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DE5BB7" w14:textId="77777777" w:rsidR="00AC5BCF" w:rsidRDefault="00AC5BCF">
      <w:pPr>
        <w:autoSpaceDE w:val="0"/>
        <w:autoSpaceDN w:val="0"/>
        <w:spacing w:after="78" w:line="220" w:lineRule="exact"/>
      </w:pPr>
      <w:bookmarkStart w:id="0" w:name="_GoBack"/>
      <w:bookmarkEnd w:id="0"/>
    </w:p>
    <w:p w14:paraId="0D713D59" w14:textId="77777777" w:rsidR="00AC5BCF" w:rsidRPr="00C33ADC" w:rsidRDefault="001F1BB6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14:paraId="4C4B25D8" w14:textId="77777777" w:rsidR="00AC5BCF" w:rsidRPr="00C33ADC" w:rsidRDefault="001F1BB6">
      <w:pPr>
        <w:autoSpaceDE w:val="0"/>
        <w:autoSpaceDN w:val="0"/>
        <w:spacing w:before="670" w:after="0" w:line="230" w:lineRule="auto"/>
        <w:jc w:val="center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Северная Осетия-Алания</w:t>
      </w:r>
    </w:p>
    <w:p w14:paraId="79F7B73E" w14:textId="77777777" w:rsidR="00AC5BCF" w:rsidRPr="00C33ADC" w:rsidRDefault="001F1BB6" w:rsidP="00C33ADC">
      <w:pPr>
        <w:tabs>
          <w:tab w:val="left" w:pos="4436"/>
        </w:tabs>
        <w:autoSpaceDE w:val="0"/>
        <w:autoSpaceDN w:val="0"/>
        <w:spacing w:before="670" w:after="0" w:line="262" w:lineRule="auto"/>
        <w:jc w:val="center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Администрация местного самоуправления муниципального образования Кировский район Р</w:t>
      </w:r>
      <w:r w:rsid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еспублики 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С</w:t>
      </w:r>
      <w:r w:rsid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еверная 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О</w:t>
      </w:r>
      <w:r w:rsid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сетия- 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Алания.</w:t>
      </w:r>
    </w:p>
    <w:p w14:paraId="2F3DB551" w14:textId="77777777" w:rsidR="00AC5BCF" w:rsidRPr="00C33ADC" w:rsidRDefault="001F1BB6">
      <w:pPr>
        <w:autoSpaceDE w:val="0"/>
        <w:autoSpaceDN w:val="0"/>
        <w:spacing w:before="2156" w:after="0" w:line="245" w:lineRule="auto"/>
        <w:ind w:left="6698" w:right="1872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УТВЕРЖДАЮ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Директор</w:t>
      </w:r>
    </w:p>
    <w:p w14:paraId="6D61BE90" w14:textId="496FED40" w:rsidR="00AC5BCF" w:rsidRPr="00C33ADC" w:rsidRDefault="001F1BB6">
      <w:pPr>
        <w:autoSpaceDE w:val="0"/>
        <w:autoSpaceDN w:val="0"/>
        <w:spacing w:before="182" w:after="0" w:line="230" w:lineRule="auto"/>
        <w:ind w:right="396"/>
        <w:jc w:val="right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______________( </w:t>
      </w:r>
      <w:r w:rsidR="00D1579F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Р.Х.Кулаев.</w:t>
      </w:r>
      <w:r w:rsidRPr="00C33ADC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)</w:t>
      </w:r>
    </w:p>
    <w:p w14:paraId="59D887DB" w14:textId="77777777" w:rsidR="00AC5BCF" w:rsidRPr="00C33ADC" w:rsidRDefault="001F1BB6">
      <w:pPr>
        <w:autoSpaceDE w:val="0"/>
        <w:autoSpaceDN w:val="0"/>
        <w:spacing w:before="182" w:after="0" w:line="230" w:lineRule="auto"/>
        <w:ind w:right="236"/>
        <w:jc w:val="right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Приказ №_____________________</w:t>
      </w:r>
    </w:p>
    <w:p w14:paraId="62E0CBFA" w14:textId="77777777" w:rsidR="00AC5BCF" w:rsidRPr="00C33ADC" w:rsidRDefault="001F1BB6">
      <w:pPr>
        <w:autoSpaceDE w:val="0"/>
        <w:autoSpaceDN w:val="0"/>
        <w:spacing w:before="182" w:after="0" w:line="230" w:lineRule="auto"/>
        <w:ind w:right="158"/>
        <w:jc w:val="right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от "____" ______________  20___ г.</w:t>
      </w:r>
    </w:p>
    <w:p w14:paraId="64FE137B" w14:textId="3C9D5E4F" w:rsidR="00AC5BCF" w:rsidRDefault="001F1BB6" w:rsidP="00D1579F">
      <w:pPr>
        <w:pStyle w:val="21"/>
        <w:shd w:val="clear" w:color="auto" w:fill="FFFFFF"/>
        <w:spacing w:before="240" w:after="120" w:line="240" w:lineRule="atLeast"/>
        <w:jc w:val="center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</w:t>
      </w:r>
    </w:p>
    <w:p w14:paraId="7C37C5C0" w14:textId="002C9258" w:rsidR="00D1579F" w:rsidRPr="00D1579F" w:rsidRDefault="00D1579F" w:rsidP="00D1579F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val="ru-RU" w:eastAsia="ru-RU"/>
        </w:rPr>
      </w:pPr>
      <w:r w:rsidRPr="00D1579F">
        <w:rPr>
          <w:rFonts w:ascii="LiberationSerif" w:eastAsia="Times New Roman" w:hAnsi="LiberationSerif" w:cs="Times New Roman"/>
          <w:b/>
          <w:bCs/>
          <w:caps/>
          <w:color w:val="000000"/>
          <w:lang w:val="ru-RU" w:eastAsia="ru-RU"/>
        </w:rPr>
        <w:t>(ID 334857)</w:t>
      </w:r>
    </w:p>
    <w:p w14:paraId="023E317A" w14:textId="77777777" w:rsidR="00AC5BCF" w:rsidRPr="00C33ADC" w:rsidRDefault="001F1BB6">
      <w:pPr>
        <w:autoSpaceDE w:val="0"/>
        <w:autoSpaceDN w:val="0"/>
        <w:spacing w:before="166" w:after="0" w:line="262" w:lineRule="auto"/>
        <w:ind w:left="3888" w:right="3888"/>
        <w:jc w:val="center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«Русский язык»</w:t>
      </w:r>
    </w:p>
    <w:p w14:paraId="26FCB5FE" w14:textId="77777777" w:rsidR="00AC5BCF" w:rsidRPr="00C33ADC" w:rsidRDefault="001F1BB6">
      <w:pPr>
        <w:autoSpaceDE w:val="0"/>
        <w:autoSpaceDN w:val="0"/>
        <w:spacing w:before="670" w:after="0" w:line="262" w:lineRule="auto"/>
        <w:ind w:left="2592" w:right="2592"/>
        <w:jc w:val="center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для 5 класса основного общего образования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на 2022-2023  учебный год</w:t>
      </w:r>
    </w:p>
    <w:p w14:paraId="47DE8C3F" w14:textId="76671AD0" w:rsidR="00AC5BCF" w:rsidRPr="00C33ADC" w:rsidRDefault="001F1BB6">
      <w:pPr>
        <w:autoSpaceDE w:val="0"/>
        <w:autoSpaceDN w:val="0"/>
        <w:spacing w:before="2112" w:after="0" w:line="262" w:lineRule="auto"/>
        <w:ind w:left="6062" w:hanging="708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Составитель: </w:t>
      </w:r>
      <w:r w:rsidR="00D1579F">
        <w:rPr>
          <w:rFonts w:ascii="Times New Roman" w:eastAsia="Times New Roman" w:hAnsi="Times New Roman"/>
          <w:color w:val="000000"/>
          <w:sz w:val="24"/>
          <w:lang w:val="ru-RU"/>
        </w:rPr>
        <w:t>Тараева Эльвира Григорьевна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учитель русского языка и литературы</w:t>
      </w:r>
    </w:p>
    <w:p w14:paraId="3FB7157E" w14:textId="77777777" w:rsidR="00AC5BCF" w:rsidRPr="00C33ADC" w:rsidRDefault="00AC5BCF">
      <w:pPr>
        <w:rPr>
          <w:lang w:val="ru-RU"/>
        </w:rPr>
        <w:sectPr w:rsidR="00AC5BCF" w:rsidRPr="00C33ADC">
          <w:pgSz w:w="11900" w:h="16840"/>
          <w:pgMar w:top="298" w:right="876" w:bottom="1440" w:left="1074" w:header="720" w:footer="720" w:gutter="0"/>
          <w:cols w:space="720" w:equalWidth="0">
            <w:col w:w="9950" w:space="0"/>
          </w:cols>
          <w:docGrid w:linePitch="360"/>
        </w:sectPr>
      </w:pPr>
    </w:p>
    <w:p w14:paraId="6DC05CFC" w14:textId="77777777" w:rsidR="00AC5BCF" w:rsidRPr="00C33ADC" w:rsidRDefault="00AC5BCF">
      <w:pPr>
        <w:autoSpaceDE w:val="0"/>
        <w:autoSpaceDN w:val="0"/>
        <w:spacing w:after="78" w:line="220" w:lineRule="exact"/>
        <w:rPr>
          <w:lang w:val="ru-RU"/>
        </w:rPr>
      </w:pPr>
    </w:p>
    <w:p w14:paraId="07BC2410" w14:textId="4D1ED1F8" w:rsidR="00AC5BCF" w:rsidRPr="00C33ADC" w:rsidRDefault="001F1BB6">
      <w:pPr>
        <w:autoSpaceDE w:val="0"/>
        <w:autoSpaceDN w:val="0"/>
        <w:spacing w:after="0" w:line="230" w:lineRule="auto"/>
        <w:ind w:right="3558"/>
        <w:jc w:val="right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с.</w:t>
      </w:r>
      <w:r w:rsid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="00D1579F">
        <w:rPr>
          <w:rFonts w:ascii="Times New Roman" w:eastAsia="Times New Roman" w:hAnsi="Times New Roman"/>
          <w:color w:val="000000"/>
          <w:sz w:val="24"/>
          <w:lang w:val="ru-RU"/>
        </w:rPr>
        <w:t>Ставд-Дурт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2022</w:t>
      </w:r>
    </w:p>
    <w:p w14:paraId="57C03EAC" w14:textId="77777777" w:rsidR="00AC5BCF" w:rsidRPr="00C33ADC" w:rsidRDefault="00AC5BCF">
      <w:pPr>
        <w:rPr>
          <w:lang w:val="ru-RU"/>
        </w:rPr>
        <w:sectPr w:rsidR="00AC5BCF" w:rsidRPr="00C33ADC">
          <w:pgSz w:w="11900" w:h="16840"/>
          <w:pgMar w:top="29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14:paraId="0531238E" w14:textId="77777777" w:rsidR="00AC5BCF" w:rsidRPr="00C33ADC" w:rsidRDefault="00AC5BCF">
      <w:pPr>
        <w:autoSpaceDE w:val="0"/>
        <w:autoSpaceDN w:val="0"/>
        <w:spacing w:after="78" w:line="220" w:lineRule="exact"/>
        <w:rPr>
          <w:lang w:val="ru-RU"/>
        </w:rPr>
      </w:pPr>
    </w:p>
    <w:p w14:paraId="492DB49C" w14:textId="77777777" w:rsidR="00AC5BCF" w:rsidRPr="00C33ADC" w:rsidRDefault="001F1BB6">
      <w:pPr>
        <w:autoSpaceDE w:val="0"/>
        <w:autoSpaceDN w:val="0"/>
        <w:spacing w:after="0" w:line="286" w:lineRule="auto"/>
        <w:ind w:right="288" w:firstLine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Минпросвещения России от 31 05 2021 г № 287, зарегистрирован Министерством юстиции Российской Федерации 05 07 2021 г , рег номер — 64101) (далее — ФГОС ООО),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Примерной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14:paraId="79769D16" w14:textId="77777777" w:rsidR="00AC5BCF" w:rsidRPr="00C33ADC" w:rsidRDefault="001F1BB6">
      <w:pPr>
        <w:autoSpaceDE w:val="0"/>
        <w:autoSpaceDN w:val="0"/>
        <w:spacing w:before="226" w:after="0" w:line="230" w:lineRule="auto"/>
        <w:rPr>
          <w:lang w:val="ru-RU"/>
        </w:rPr>
      </w:pP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14:paraId="56753BB8" w14:textId="77777777" w:rsidR="00AC5BCF" w:rsidRPr="00C33ADC" w:rsidRDefault="001F1BB6">
      <w:pPr>
        <w:autoSpaceDE w:val="0"/>
        <w:autoSpaceDN w:val="0"/>
        <w:spacing w:before="348" w:after="0"/>
        <w:ind w:firstLine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 и   метапредметные   результаты  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 курса   русского   языка,   реализованных в большей части входящих в Федеральный перечень УМК по русскому языку. </w:t>
      </w:r>
    </w:p>
    <w:p w14:paraId="6A80DCE1" w14:textId="77777777" w:rsidR="00AC5BCF" w:rsidRPr="00C33ADC" w:rsidRDefault="001F1BB6">
      <w:pPr>
        <w:autoSpaceDE w:val="0"/>
        <w:autoSpaceDN w:val="0"/>
        <w:spacing w:before="262" w:after="0" w:line="230" w:lineRule="auto"/>
        <w:rPr>
          <w:lang w:val="ru-RU"/>
        </w:rPr>
      </w:pP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«РУССКИЙ ЯЗЫК»</w:t>
      </w:r>
    </w:p>
    <w:p w14:paraId="6CA6982D" w14:textId="77777777" w:rsidR="00AC5BCF" w:rsidRPr="00C33ADC" w:rsidRDefault="001F1BB6">
      <w:pPr>
        <w:autoSpaceDE w:val="0"/>
        <w:autoSpaceDN w:val="0"/>
        <w:spacing w:before="166" w:after="0"/>
        <w:ind w:firstLine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Русский язык —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межнационального общения русский язык является средством коммуникации всех народов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Российской Федерации, основой их социально-экономической, культурной и духовной консолидации.</w:t>
      </w:r>
    </w:p>
    <w:p w14:paraId="4E28DA87" w14:textId="77777777" w:rsidR="00AC5BCF" w:rsidRPr="00C33ADC" w:rsidRDefault="001F1BB6">
      <w:pPr>
        <w:autoSpaceDE w:val="0"/>
        <w:autoSpaceDN w:val="0"/>
        <w:spacing w:before="70" w:after="0" w:line="283" w:lineRule="auto"/>
        <w:ind w:firstLine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возможности её самореализации в различных жизненно важных для человека областях.</w:t>
      </w:r>
    </w:p>
    <w:p w14:paraId="10544157" w14:textId="77777777" w:rsidR="00AC5BCF" w:rsidRPr="00C33ADC" w:rsidRDefault="001F1BB6">
      <w:pPr>
        <w:autoSpaceDE w:val="0"/>
        <w:autoSpaceDN w:val="0"/>
        <w:spacing w:before="70" w:after="0"/>
        <w:ind w:right="720" w:firstLine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0B5B6759" w14:textId="77777777" w:rsidR="00AC5BCF" w:rsidRPr="00C33ADC" w:rsidRDefault="001F1BB6">
      <w:pPr>
        <w:autoSpaceDE w:val="0"/>
        <w:autoSpaceDN w:val="0"/>
        <w:spacing w:before="72" w:after="0"/>
        <w:ind w:right="432" w:firstLine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Обучение русскому языку в школе направлено на совершенствование нравственной и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коммуникативной культуры ученика, развитие его интеллектуальных и творческих способностей, мышления, памяти и воображения, навыков самостоятельной учебной деятельности,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самообразования.</w:t>
      </w:r>
    </w:p>
    <w:p w14:paraId="4C987269" w14:textId="77777777" w:rsidR="00AC5BCF" w:rsidRPr="00C33ADC" w:rsidRDefault="001F1BB6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обучения русскому языку ориентировано также на развитие функциональной грамотности как интегративного умения человека читать, понимать тексты, использовать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Речевая и текстовая деятельность является системообразующей доминантой школьного курса русского языка.</w:t>
      </w:r>
    </w:p>
    <w:p w14:paraId="0F69FF03" w14:textId="77777777" w:rsidR="00AC5BCF" w:rsidRPr="00C33ADC" w:rsidRDefault="001F1BB6">
      <w:pPr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Соответствующие умения и навыки представлены в перечне метапредметных и предметных результатов обучения, в содержании обучения (разделы «Язык и речь», «Текст», «Функциональные разновидности языка»).</w:t>
      </w:r>
    </w:p>
    <w:p w14:paraId="7068D9E6" w14:textId="77777777" w:rsidR="00AC5BCF" w:rsidRPr="00C33ADC" w:rsidRDefault="001F1BB6">
      <w:pPr>
        <w:autoSpaceDE w:val="0"/>
        <w:autoSpaceDN w:val="0"/>
        <w:spacing w:before="262" w:after="0" w:line="230" w:lineRule="auto"/>
        <w:rPr>
          <w:lang w:val="ru-RU"/>
        </w:rPr>
      </w:pP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«РУССКИЙ ЯЗЫК»</w:t>
      </w:r>
    </w:p>
    <w:p w14:paraId="017C3529" w14:textId="77777777" w:rsidR="00AC5BCF" w:rsidRPr="00C33ADC" w:rsidRDefault="001F1BB6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Целями изучения русского языка по программам основного общего образования являются:</w:t>
      </w:r>
    </w:p>
    <w:p w14:paraId="151008E4" w14:textId="77777777" w:rsidR="00AC5BCF" w:rsidRPr="00C33ADC" w:rsidRDefault="00AC5BCF">
      <w:pPr>
        <w:rPr>
          <w:lang w:val="ru-RU"/>
        </w:rPr>
        <w:sectPr w:rsidR="00AC5BCF" w:rsidRPr="00C33ADC">
          <w:pgSz w:w="11900" w:h="16840"/>
          <w:pgMar w:top="298" w:right="650" w:bottom="428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2331BFA3" w14:textId="77777777" w:rsidR="00AC5BCF" w:rsidRPr="00C33ADC" w:rsidRDefault="00AC5BCF">
      <w:pPr>
        <w:autoSpaceDE w:val="0"/>
        <w:autoSpaceDN w:val="0"/>
        <w:spacing w:after="78" w:line="220" w:lineRule="exact"/>
        <w:rPr>
          <w:lang w:val="ru-RU"/>
        </w:rPr>
      </w:pPr>
    </w:p>
    <w:p w14:paraId="4691A705" w14:textId="77777777" w:rsidR="00AC5BCF" w:rsidRPr="00C33ADC" w:rsidRDefault="001F1BB6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получения знаний в разных сферах ​человеческой деятельности; проявление уважения к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общероссийской и русской культуре, к культуре и языкам всех народов Российской Федерации;</w:t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использование в собственной речевой практике разнообразных грамматических средств;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совершенствование орфографической и пунктуационной грамотности; воспитание стремления к речевому самосовершенствованию;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совершенствование речевой деятельности, коммуникативных умений, обеспечивающих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и т. п. в процессе изучения русского языка;</w:t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развитие функциональной грамотности: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др.); освоение стратегий и тактик информационно-смысловой переработки текста, овладение способами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5CC141FE" w14:textId="77777777" w:rsidR="00AC5BCF" w:rsidRPr="00C33ADC" w:rsidRDefault="001F1BB6">
      <w:pPr>
        <w:autoSpaceDE w:val="0"/>
        <w:autoSpaceDN w:val="0"/>
        <w:spacing w:before="262" w:after="0" w:line="230" w:lineRule="auto"/>
        <w:rPr>
          <w:lang w:val="ru-RU"/>
        </w:rPr>
      </w:pP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«РУССКИЙ ЯЗЫК» В УЧЕБНОМ ПЛАНЕ</w:t>
      </w:r>
    </w:p>
    <w:p w14:paraId="7D0DA741" w14:textId="77777777" w:rsidR="00AC5BCF" w:rsidRPr="00C33ADC" w:rsidRDefault="001F1BB6">
      <w:pPr>
        <w:autoSpaceDE w:val="0"/>
        <w:autoSpaceDN w:val="0"/>
        <w:spacing w:before="166" w:after="0" w:line="271" w:lineRule="auto"/>
        <w:ind w:right="144" w:firstLine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Федеральным государственным образовательным стандартом основного общего образования учебный предмет «Русский язык» входит в  предметную  область  «Русский язык и литература» и является обязательным для  изучения.</w:t>
      </w:r>
    </w:p>
    <w:p w14:paraId="0FD65DBB" w14:textId="77777777" w:rsidR="00AC5BCF" w:rsidRPr="00C33ADC" w:rsidRDefault="001F1BB6">
      <w:pPr>
        <w:autoSpaceDE w:val="0"/>
        <w:autoSpaceDN w:val="0"/>
        <w:spacing w:before="72" w:after="0" w:line="271" w:lineRule="auto"/>
        <w:ind w:right="576" w:firstLine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Содержание учебного предмета «Русский язык», представленное в рабочей программе, соответствует ФГОС ООО, Примерной основной образовательной программе основного общего образования.</w:t>
      </w:r>
    </w:p>
    <w:p w14:paraId="2DD67ED0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Учебным планом на изучение русского языка в 5 классе отводится  - 170 ч. (5 часов в неделю).</w:t>
      </w:r>
    </w:p>
    <w:p w14:paraId="18CBCE07" w14:textId="77777777" w:rsidR="00AC5BCF" w:rsidRPr="00C33ADC" w:rsidRDefault="00AC5BCF">
      <w:pPr>
        <w:rPr>
          <w:lang w:val="ru-RU"/>
        </w:rPr>
        <w:sectPr w:rsidR="00AC5BCF" w:rsidRPr="00C33ADC">
          <w:pgSz w:w="11900" w:h="16840"/>
          <w:pgMar w:top="298" w:right="702" w:bottom="1440" w:left="666" w:header="720" w:footer="720" w:gutter="0"/>
          <w:cols w:space="720" w:equalWidth="0">
            <w:col w:w="10532" w:space="0"/>
          </w:cols>
          <w:docGrid w:linePitch="360"/>
        </w:sectPr>
      </w:pPr>
    </w:p>
    <w:p w14:paraId="5DAB9B90" w14:textId="77777777" w:rsidR="00AC5BCF" w:rsidRPr="00C33ADC" w:rsidRDefault="00AC5BCF">
      <w:pPr>
        <w:autoSpaceDE w:val="0"/>
        <w:autoSpaceDN w:val="0"/>
        <w:spacing w:after="78" w:line="220" w:lineRule="exact"/>
        <w:rPr>
          <w:lang w:val="ru-RU"/>
        </w:rPr>
      </w:pPr>
    </w:p>
    <w:p w14:paraId="1B7BC5EC" w14:textId="77777777" w:rsidR="00AC5BCF" w:rsidRPr="00C33ADC" w:rsidRDefault="001F1BB6">
      <w:pPr>
        <w:autoSpaceDE w:val="0"/>
        <w:autoSpaceDN w:val="0"/>
        <w:spacing w:after="0" w:line="230" w:lineRule="auto"/>
        <w:rPr>
          <w:lang w:val="ru-RU"/>
        </w:rPr>
      </w:pP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14:paraId="7664A3B5" w14:textId="77777777" w:rsidR="00AC5BCF" w:rsidRPr="00C33ADC" w:rsidRDefault="001F1BB6">
      <w:pPr>
        <w:autoSpaceDE w:val="0"/>
        <w:autoSpaceDN w:val="0"/>
        <w:spacing w:before="346" w:after="0" w:line="271" w:lineRule="auto"/>
        <w:ind w:left="180" w:right="5616"/>
        <w:rPr>
          <w:lang w:val="ru-RU"/>
        </w:rPr>
      </w:pP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Общие сведения о языке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Богатство и выразительность русского языка.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Лингвистика как наука о языке.</w:t>
      </w:r>
    </w:p>
    <w:p w14:paraId="0DE940B5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Основные разделы лингвистики.</w:t>
      </w:r>
    </w:p>
    <w:p w14:paraId="48640D3C" w14:textId="77777777" w:rsidR="00AC5BCF" w:rsidRPr="00C33ADC" w:rsidRDefault="001F1BB6">
      <w:pPr>
        <w:autoSpaceDE w:val="0"/>
        <w:autoSpaceDN w:val="0"/>
        <w:spacing w:before="190" w:after="0" w:line="262" w:lineRule="auto"/>
        <w:ind w:left="180" w:right="1872"/>
        <w:rPr>
          <w:lang w:val="ru-RU"/>
        </w:rPr>
      </w:pP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Язык и речь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Язык и речь.Речь устная и письменная, монологическая и диалогическая, полилог.</w:t>
      </w:r>
    </w:p>
    <w:p w14:paraId="415C9A74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Виды речевой деятельности (говорение, слушание, чтение, письмо), их особенности.</w:t>
      </w:r>
    </w:p>
    <w:p w14:paraId="189E1DF3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2" w:after="0" w:line="262" w:lineRule="auto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14:paraId="04EFA389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2" w:after="0" w:line="262" w:lineRule="auto"/>
        <w:ind w:right="1008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14:paraId="78617158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14:paraId="4D462E1C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Речевые формулы приветствия, прощания, просьбы, благодарности.</w:t>
      </w:r>
    </w:p>
    <w:p w14:paraId="1863CCCE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14:paraId="47B4AC23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Виды аудирования: выборочное, ознакомительное, детальное.</w:t>
      </w:r>
    </w:p>
    <w:p w14:paraId="793CA87B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Виды чтения: изучающее, ознакомительное, просмотровое, поисковое.</w:t>
      </w:r>
    </w:p>
    <w:p w14:paraId="27187ADC" w14:textId="77777777" w:rsidR="00AC5BCF" w:rsidRPr="00C33ADC" w:rsidRDefault="001F1BB6">
      <w:pPr>
        <w:autoSpaceDE w:val="0"/>
        <w:autoSpaceDN w:val="0"/>
        <w:spacing w:before="190" w:after="0" w:line="262" w:lineRule="auto"/>
        <w:ind w:left="180" w:right="144"/>
        <w:rPr>
          <w:lang w:val="ru-RU"/>
        </w:rPr>
      </w:pP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Текст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Текст и его основные признаки. Тема и главная мысль текста. Микротема текста. Ключевые слова.</w:t>
      </w:r>
    </w:p>
    <w:p w14:paraId="712E0D48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Функционально-смысловые типы речи: описание, повествование, рассуждение; их особенности.</w:t>
      </w:r>
    </w:p>
    <w:p w14:paraId="0EC06850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14:paraId="066E80EF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14:paraId="58550952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Повествование как тип речи. Рассказ.</w:t>
      </w:r>
    </w:p>
    <w:p w14:paraId="515366FB" w14:textId="77777777" w:rsidR="00AC5BCF" w:rsidRPr="00C33ADC" w:rsidRDefault="001F1BB6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07A27D02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2" w:after="0" w:line="262" w:lineRule="auto"/>
        <w:ind w:right="144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14:paraId="7FA276B0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Информационная переработка текста: простой и сложный план текста.</w:t>
      </w:r>
    </w:p>
    <w:p w14:paraId="16B02A49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190" w:after="0" w:line="271" w:lineRule="auto"/>
        <w:ind w:right="1584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Функциональные разновидности языка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14:paraId="7F52FF2B" w14:textId="77777777" w:rsidR="00AC5BCF" w:rsidRPr="00C33ADC" w:rsidRDefault="001F1BB6">
      <w:pPr>
        <w:autoSpaceDE w:val="0"/>
        <w:autoSpaceDN w:val="0"/>
        <w:spacing w:before="190" w:after="0" w:line="271" w:lineRule="auto"/>
        <w:ind w:left="180" w:right="5472"/>
        <w:rPr>
          <w:lang w:val="ru-RU"/>
        </w:rPr>
      </w:pP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СИСТЕМА ЯЗЫКА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Фонетика. Графика. Орфоэпия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Фонетика и графика как разделы лингвистики.</w:t>
      </w:r>
    </w:p>
    <w:p w14:paraId="2E140DDB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Звук как единица языка. Смыслоразличительная роль звука.</w:t>
      </w:r>
    </w:p>
    <w:p w14:paraId="52646080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Система гласных звуков.</w:t>
      </w:r>
    </w:p>
    <w:p w14:paraId="6FD6F573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Система согласных звуков.</w:t>
      </w:r>
    </w:p>
    <w:p w14:paraId="24932CA6" w14:textId="77777777" w:rsidR="00AC5BCF" w:rsidRPr="00C33ADC" w:rsidRDefault="001F1BB6">
      <w:pPr>
        <w:autoSpaceDE w:val="0"/>
        <w:autoSpaceDN w:val="0"/>
        <w:spacing w:before="70" w:after="0" w:line="262" w:lineRule="auto"/>
        <w:ind w:left="180" w:right="2448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Изменение звуков в речевом потоке. Элементы фонетической транскрипции. Слог. Ударение. Свойства русского ударения.</w:t>
      </w:r>
    </w:p>
    <w:p w14:paraId="3D249720" w14:textId="77777777" w:rsidR="00AC5BCF" w:rsidRPr="00C33ADC" w:rsidRDefault="00AC5BCF">
      <w:pPr>
        <w:rPr>
          <w:lang w:val="ru-RU"/>
        </w:rPr>
        <w:sectPr w:rsidR="00AC5BCF" w:rsidRPr="00C33ADC">
          <w:pgSz w:w="11900" w:h="16840"/>
          <w:pgMar w:top="298" w:right="650" w:bottom="384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3FC670A8" w14:textId="77777777" w:rsidR="00AC5BCF" w:rsidRPr="00C33ADC" w:rsidRDefault="00AC5BCF">
      <w:pPr>
        <w:autoSpaceDE w:val="0"/>
        <w:autoSpaceDN w:val="0"/>
        <w:spacing w:after="78" w:line="220" w:lineRule="exact"/>
        <w:rPr>
          <w:lang w:val="ru-RU"/>
        </w:rPr>
      </w:pPr>
    </w:p>
    <w:p w14:paraId="3ADCA231" w14:textId="77777777" w:rsidR="00AC5BCF" w:rsidRPr="00C33ADC" w:rsidRDefault="001F1BB6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Соотношение звуков и букв.</w:t>
      </w:r>
    </w:p>
    <w:p w14:paraId="3D46FE61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Фонетический анализ слова.</w:t>
      </w:r>
    </w:p>
    <w:p w14:paraId="67999B23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Способы обозначения [й’], мягкости согласных.</w:t>
      </w:r>
    </w:p>
    <w:p w14:paraId="0AE18DFF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Основные выразительные средства фонетики.</w:t>
      </w:r>
    </w:p>
    <w:p w14:paraId="0A1121EB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Прописные и строчные буквы.</w:t>
      </w:r>
    </w:p>
    <w:p w14:paraId="4E4EE347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Интонация, её функции. Основные элементы интонации.</w:t>
      </w:r>
    </w:p>
    <w:p w14:paraId="4371E965" w14:textId="77777777" w:rsidR="00AC5BCF" w:rsidRPr="00C33ADC" w:rsidRDefault="001F1BB6">
      <w:pPr>
        <w:autoSpaceDE w:val="0"/>
        <w:autoSpaceDN w:val="0"/>
        <w:spacing w:before="70" w:after="0" w:line="262" w:lineRule="auto"/>
        <w:ind w:left="180" w:right="6336"/>
        <w:rPr>
          <w:lang w:val="ru-RU"/>
        </w:rPr>
      </w:pP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Орфография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Орфография как раздел лингвистики.</w:t>
      </w:r>
    </w:p>
    <w:p w14:paraId="04138FED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Понятие «орфограмма». Буквенные и небуквенные орфограммы.</w:t>
      </w:r>
    </w:p>
    <w:p w14:paraId="7D852E77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разделительных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ъ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14:paraId="79549459" w14:textId="77777777" w:rsidR="00AC5BCF" w:rsidRPr="00C33ADC" w:rsidRDefault="001F1BB6">
      <w:pPr>
        <w:autoSpaceDE w:val="0"/>
        <w:autoSpaceDN w:val="0"/>
        <w:spacing w:before="72" w:after="0" w:line="262" w:lineRule="auto"/>
        <w:ind w:left="180" w:right="6192"/>
        <w:rPr>
          <w:lang w:val="ru-RU"/>
        </w:rPr>
      </w:pP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Лексикология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Лексикология как раздел лингвистики.</w:t>
      </w:r>
    </w:p>
    <w:p w14:paraId="3CCC03C2" w14:textId="77777777" w:rsidR="00AC5BCF" w:rsidRPr="00C33ADC" w:rsidRDefault="001F1BB6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14:paraId="79B8F2D4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14:paraId="4748A88D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Синонимы. Антонимы. Омонимы. Паронимы.</w:t>
      </w:r>
    </w:p>
    <w:p w14:paraId="4976F4AD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14:paraId="73956750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Лексический анализ слов (в рамках изученного).</w:t>
      </w:r>
    </w:p>
    <w:p w14:paraId="45A9596E" w14:textId="77777777" w:rsidR="00AC5BCF" w:rsidRPr="00C33ADC" w:rsidRDefault="001F1BB6">
      <w:pPr>
        <w:autoSpaceDE w:val="0"/>
        <w:autoSpaceDN w:val="0"/>
        <w:spacing w:before="70" w:after="0" w:line="262" w:lineRule="auto"/>
        <w:ind w:left="180" w:right="6480"/>
        <w:rPr>
          <w:lang w:val="ru-RU"/>
        </w:rPr>
      </w:pP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Морфемика. Орфография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Морфемика как раздел лингвистики.</w:t>
      </w:r>
    </w:p>
    <w:p w14:paraId="0CD8A40F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14:paraId="6E1A97C8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Чередование звуков в морфемах (в том числе чередование гласных с нулём звука).</w:t>
      </w:r>
    </w:p>
    <w:p w14:paraId="0D3DC6AD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Морфемный анализ слов.</w:t>
      </w:r>
    </w:p>
    <w:p w14:paraId="15FB876F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Уместное использование слов с суффиксами оценки в собственной речи.</w:t>
      </w:r>
    </w:p>
    <w:p w14:paraId="6D8763B8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14:paraId="7E098519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Правописание корней с проверяемыми, непроверяемыми, ​непроизносимыми согласными (в рамках изученного).</w:t>
      </w:r>
    </w:p>
    <w:p w14:paraId="4E4408A4" w14:textId="77777777" w:rsidR="00AC5BCF" w:rsidRPr="00C33ADC" w:rsidRDefault="001F1BB6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ё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шипящих в корне слова.</w:t>
      </w:r>
    </w:p>
    <w:p w14:paraId="230C5F76" w14:textId="77777777" w:rsidR="00AC5BCF" w:rsidRPr="00C33ADC" w:rsidRDefault="001F1BB6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неизменяемых на письме приставок и приставок на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-з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(-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14:paraId="2CB6EA37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ы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приставок.</w:t>
      </w:r>
    </w:p>
    <w:p w14:paraId="00440A3D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ы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14:paraId="4D4979DC" w14:textId="77777777" w:rsidR="00AC5BCF" w:rsidRPr="00C33ADC" w:rsidRDefault="001F1BB6">
      <w:pPr>
        <w:autoSpaceDE w:val="0"/>
        <w:autoSpaceDN w:val="0"/>
        <w:spacing w:before="70" w:after="0" w:line="262" w:lineRule="auto"/>
        <w:ind w:left="180" w:right="3024"/>
        <w:rPr>
          <w:lang w:val="ru-RU"/>
        </w:rPr>
      </w:pP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Морфология. Культура речи. Орфография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Морфология как раздел грамматики. Грамматическое значение слова.</w:t>
      </w:r>
    </w:p>
    <w:p w14:paraId="16D4D381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14:paraId="7DC2B0E9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Имя существительное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14:paraId="3109CB90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 </w:t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Род, число, падеж имени существительного.</w:t>
      </w:r>
    </w:p>
    <w:p w14:paraId="5FD322F6" w14:textId="77777777" w:rsidR="00AC5BCF" w:rsidRPr="00C33ADC" w:rsidRDefault="00AC5BCF">
      <w:pPr>
        <w:rPr>
          <w:lang w:val="ru-RU"/>
        </w:rPr>
        <w:sectPr w:rsidR="00AC5BCF" w:rsidRPr="00C33ADC">
          <w:pgSz w:w="11900" w:h="16840"/>
          <w:pgMar w:top="298" w:right="780" w:bottom="428" w:left="666" w:header="720" w:footer="720" w:gutter="0"/>
          <w:cols w:space="720" w:equalWidth="0">
            <w:col w:w="10454" w:space="0"/>
          </w:cols>
          <w:docGrid w:linePitch="360"/>
        </w:sectPr>
      </w:pPr>
    </w:p>
    <w:p w14:paraId="41F1146E" w14:textId="77777777" w:rsidR="00AC5BCF" w:rsidRPr="00C33ADC" w:rsidRDefault="00AC5BCF">
      <w:pPr>
        <w:autoSpaceDE w:val="0"/>
        <w:autoSpaceDN w:val="0"/>
        <w:spacing w:after="78" w:line="220" w:lineRule="exact"/>
        <w:rPr>
          <w:lang w:val="ru-RU"/>
        </w:rPr>
      </w:pPr>
    </w:p>
    <w:p w14:paraId="58A98A5D" w14:textId="77777777" w:rsidR="00AC5BCF" w:rsidRPr="00C33ADC" w:rsidRDefault="001F1BB6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Имена существительные общего рода.</w:t>
      </w:r>
    </w:p>
    <w:p w14:paraId="7B2DF9C8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Имена существительные, имеющие форму только единственного или только множественного числа. </w:t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14:paraId="2DD4725B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Морфологический анализ имён существительных.</w:t>
      </w:r>
    </w:p>
    <w:p w14:paraId="4A33DAE9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62" w:lineRule="auto"/>
        <w:ind w:right="1872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Нормы произношения, нормы постановки ударения, нормы словоизменения имён существительных.</w:t>
      </w:r>
    </w:p>
    <w:p w14:paraId="4261EBEB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Правописание собственных имён существительных.</w:t>
      </w:r>
    </w:p>
    <w:p w14:paraId="41A476F4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на конце имён существительных после шипящих.</w:t>
      </w:r>
    </w:p>
    <w:p w14:paraId="5D744DA6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Правописание безударных окончаний имён существительных.</w:t>
      </w:r>
    </w:p>
    <w:p w14:paraId="51D3BF6E" w14:textId="77777777" w:rsidR="00AC5BCF" w:rsidRPr="00C33ADC" w:rsidRDefault="001F1BB6">
      <w:pPr>
        <w:autoSpaceDE w:val="0"/>
        <w:autoSpaceDN w:val="0"/>
        <w:spacing w:before="72" w:after="0" w:line="262" w:lineRule="auto"/>
        <w:ind w:left="180" w:right="432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ё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) после шипящих и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в суффиксах и окончаниях имён существительных. Правописание суффиксов </w:t>
      </w: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чик</w:t>
      </w: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- 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щик</w:t>
      </w: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; -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ек</w:t>
      </w: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ик</w:t>
      </w: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- 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(-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чик</w:t>
      </w: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) имён существительных.</w:t>
      </w:r>
    </w:p>
    <w:p w14:paraId="4363CEE7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корней с чередованием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//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: -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лаг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лож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-; -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раст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ращ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рос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-; -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гар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гор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-,-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зар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зор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-;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-клан- 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-клон-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-скак- 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-скоч-.</w:t>
      </w:r>
    </w:p>
    <w:p w14:paraId="67055BFE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Слитное и раздельное написание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с именами существительными.</w:t>
      </w:r>
    </w:p>
    <w:p w14:paraId="53A70493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Имя прилагательное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14:paraId="49676B6B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Имена прилагательные полные и краткие, их синтаксические функции.</w:t>
      </w:r>
    </w:p>
    <w:p w14:paraId="1F90D6EB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Склонение имён прилагательных. </w:t>
      </w:r>
    </w:p>
    <w:p w14:paraId="1291B031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Морфологический анализ имён прилагательных.</w:t>
      </w:r>
    </w:p>
    <w:p w14:paraId="7A2111D4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14:paraId="61B5DD89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Правописание безударных окончаний имён прилагательных.</w:t>
      </w:r>
    </w:p>
    <w:p w14:paraId="1900C3CA" w14:textId="77777777" w:rsidR="00AC5BCF" w:rsidRPr="00C33ADC" w:rsidRDefault="001F1BB6">
      <w:pPr>
        <w:autoSpaceDE w:val="0"/>
        <w:autoSpaceDN w:val="0"/>
        <w:spacing w:before="70" w:after="0" w:line="262" w:lineRule="auto"/>
        <w:ind w:left="180" w:right="1008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шипящих и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в суффиксах и окончаниях имён прилагательных. Правописание кратких форм имён прилагательных с основой на шипящий.</w:t>
      </w:r>
    </w:p>
    <w:p w14:paraId="4D63C8E4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Слитное и раздельное написание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не 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с именами прилагательными.</w:t>
      </w:r>
    </w:p>
    <w:p w14:paraId="081EA8A0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71" w:lineRule="auto"/>
        <w:ind w:right="1296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Глагол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14:paraId="1B37B4C7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Глаголы совершенного и несовершенного вида, возвратные и невозвратные.</w:t>
      </w:r>
    </w:p>
    <w:p w14:paraId="431F080A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14:paraId="188447FE" w14:textId="77777777" w:rsidR="00AC5BCF" w:rsidRPr="00C33ADC" w:rsidRDefault="001F1BB6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Спряжение глагола.</w:t>
      </w:r>
    </w:p>
    <w:p w14:paraId="25CAA561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14:paraId="6A37465D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корней с чередованием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//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>: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-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бер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бир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блест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блист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дер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дир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-,-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жег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жиг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мер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мир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пер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пир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стел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стил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тер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тир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-.</w:t>
      </w:r>
    </w:p>
    <w:p w14:paraId="65934C9A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Использование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14:paraId="5EEEA296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-тся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-ться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в глаголах, суффиксов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-ова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- —-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ева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-,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-ыва-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-ива-</w:t>
      </w:r>
      <w:r w:rsidRPr="00C33ADC">
        <w:rPr>
          <w:rFonts w:ascii="Times New Roman" w:eastAsia="Times New Roman" w:hAnsi="Times New Roman"/>
          <w:i/>
          <w:color w:val="000000"/>
          <w:sz w:val="24"/>
          <w:lang w:val="ru-RU"/>
        </w:rPr>
        <w:t>.</w:t>
      </w:r>
    </w:p>
    <w:p w14:paraId="03E02AE3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Правописание безударных личных окончаний глагола.</w:t>
      </w:r>
    </w:p>
    <w:p w14:paraId="49DA0A80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гласной перед суффиксом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-л-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в формах прошедшего времени глагола.</w:t>
      </w:r>
    </w:p>
    <w:p w14:paraId="4CD1A7A4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Слитное и раздельное написание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с глаголами.</w:t>
      </w:r>
    </w:p>
    <w:p w14:paraId="221921EF" w14:textId="77777777" w:rsidR="00AC5BCF" w:rsidRPr="00C33ADC" w:rsidRDefault="001F1BB6">
      <w:pPr>
        <w:autoSpaceDE w:val="0"/>
        <w:autoSpaceDN w:val="0"/>
        <w:spacing w:before="70" w:after="0" w:line="262" w:lineRule="auto"/>
        <w:ind w:left="180" w:right="864"/>
        <w:rPr>
          <w:lang w:val="ru-RU"/>
        </w:rPr>
      </w:pP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Синтаксис. Культура речи. Пунктуация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Синтаксис как раздел грамматики. Словосочетание и предложение как единицы синтаксиса.</w:t>
      </w:r>
    </w:p>
    <w:p w14:paraId="3937A21F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Словосочетание и его признаки. Основные виды словосочетаний по морфологическим свойствам</w:t>
      </w:r>
    </w:p>
    <w:p w14:paraId="26534000" w14:textId="77777777" w:rsidR="00AC5BCF" w:rsidRPr="00C33ADC" w:rsidRDefault="00AC5BCF">
      <w:pPr>
        <w:rPr>
          <w:lang w:val="ru-RU"/>
        </w:rPr>
        <w:sectPr w:rsidR="00AC5BCF" w:rsidRPr="00C33ADC">
          <w:pgSz w:w="11900" w:h="16840"/>
          <w:pgMar w:top="298" w:right="682" w:bottom="428" w:left="666" w:header="720" w:footer="720" w:gutter="0"/>
          <w:cols w:space="720" w:equalWidth="0">
            <w:col w:w="10552" w:space="0"/>
          </w:cols>
          <w:docGrid w:linePitch="360"/>
        </w:sectPr>
      </w:pPr>
    </w:p>
    <w:p w14:paraId="62CB1771" w14:textId="77777777" w:rsidR="00AC5BCF" w:rsidRPr="00C33ADC" w:rsidRDefault="00AC5BCF">
      <w:pPr>
        <w:autoSpaceDE w:val="0"/>
        <w:autoSpaceDN w:val="0"/>
        <w:spacing w:after="66" w:line="220" w:lineRule="exact"/>
        <w:rPr>
          <w:lang w:val="ru-RU"/>
        </w:rPr>
      </w:pPr>
    </w:p>
    <w:p w14:paraId="244F22EB" w14:textId="77777777" w:rsidR="00AC5BCF" w:rsidRPr="00C33ADC" w:rsidRDefault="001F1BB6">
      <w:pPr>
        <w:autoSpaceDE w:val="0"/>
        <w:autoSpaceDN w:val="0"/>
        <w:spacing w:after="0" w:line="230" w:lineRule="auto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главного слова (именные, глагольные, наречные). Средства связи слов в словосочетании.</w:t>
      </w:r>
    </w:p>
    <w:p w14:paraId="0AFB552F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Синтаксический анализ словосочетания.</w:t>
      </w:r>
    </w:p>
    <w:p w14:paraId="66FFAE4F" w14:textId="77777777" w:rsidR="00AC5BCF" w:rsidRPr="00C33ADC" w:rsidRDefault="001F1BB6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Предложение и его признаки. Виды предложений по цели высказывания и эмоциональной окраске.</w:t>
      </w:r>
    </w:p>
    <w:p w14:paraId="79CEFC6A" w14:textId="77777777" w:rsidR="00AC5BCF" w:rsidRPr="00C33ADC" w:rsidRDefault="001F1BB6">
      <w:pPr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14:paraId="14B6680B" w14:textId="77777777" w:rsidR="00AC5BCF" w:rsidRPr="00C33ADC" w:rsidRDefault="001F1BB6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Главные члены предложения (грамматическая основа). 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морфологические средства его выражения: глаголом, именем существительным, именем прилагательным.</w:t>
      </w:r>
    </w:p>
    <w:p w14:paraId="34C23973" w14:textId="77777777" w:rsidR="00AC5BCF" w:rsidRPr="00C33ADC" w:rsidRDefault="001F1BB6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Тире между подлежащим и сказуемым.</w:t>
      </w:r>
    </w:p>
    <w:p w14:paraId="1A22C73F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</w:t>
      </w:r>
    </w:p>
    <w:p w14:paraId="434286E4" w14:textId="77777777" w:rsidR="00AC5BCF" w:rsidRPr="00C33ADC" w:rsidRDefault="001F1BB6">
      <w:pPr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14:paraId="6A3DABD9" w14:textId="77777777" w:rsidR="00AC5BCF" w:rsidRPr="00C33ADC" w:rsidRDefault="001F1BB6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, союзами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),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14:paraId="5AF6878F" w14:textId="77777777" w:rsidR="00AC5BCF" w:rsidRPr="00C33ADC" w:rsidRDefault="001F1BB6">
      <w:pPr>
        <w:autoSpaceDE w:val="0"/>
        <w:autoSpaceDN w:val="0"/>
        <w:spacing w:before="70" w:after="0" w:line="230" w:lineRule="auto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Предложения с обобщающим словом при однородных членах.</w:t>
      </w:r>
    </w:p>
    <w:p w14:paraId="3EBB7016" w14:textId="77777777" w:rsidR="00AC5BCF" w:rsidRPr="00C33ADC" w:rsidRDefault="001F1BB6">
      <w:pPr>
        <w:autoSpaceDE w:val="0"/>
        <w:autoSpaceDN w:val="0"/>
        <w:spacing w:before="70" w:after="0" w:line="262" w:lineRule="auto"/>
        <w:ind w:left="180" w:right="72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Предложения с обращением, особенности интонации. Обращение и средства его выражения. Синтаксический анализ простого и простого осложнённого предложений.</w:t>
      </w:r>
    </w:p>
    <w:p w14:paraId="37C7CE7D" w14:textId="77777777" w:rsidR="00AC5BCF" w:rsidRPr="00C33ADC" w:rsidRDefault="001F1BB6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, союзами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),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14:paraId="07496ABA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Предложения простые и сложные. Сложные предложения с бессоюзной и союзной связью.</w:t>
      </w:r>
    </w:p>
    <w:p w14:paraId="269028D4" w14:textId="77777777" w:rsidR="00AC5BCF" w:rsidRPr="00C33ADC" w:rsidRDefault="001F1BB6">
      <w:pPr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Предложения сложносочинённые и сложноподчинённые (общее представление, практическое усвоение).</w:t>
      </w:r>
    </w:p>
    <w:p w14:paraId="037B1CE5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14:paraId="2510226F" w14:textId="77777777" w:rsidR="00AC5BCF" w:rsidRPr="00C33ADC" w:rsidRDefault="001F1BB6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Предложения с прямой речью.</w:t>
      </w:r>
    </w:p>
    <w:p w14:paraId="7705BA5D" w14:textId="77777777" w:rsidR="00AC5BCF" w:rsidRPr="00C33ADC" w:rsidRDefault="001F1BB6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Пунктуационное оформление предложений с прямой речью.</w:t>
      </w:r>
    </w:p>
    <w:p w14:paraId="31CB6AE9" w14:textId="77777777" w:rsidR="00AC5BCF" w:rsidRPr="00C33ADC" w:rsidRDefault="001F1BB6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Диалог.</w:t>
      </w:r>
    </w:p>
    <w:p w14:paraId="63D1407D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Пунктуационное оформление диалога на письме.</w:t>
      </w:r>
    </w:p>
    <w:p w14:paraId="6DA3DF10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Пунктуация как раздел лингвистики.</w:t>
      </w:r>
    </w:p>
    <w:p w14:paraId="42B158FB" w14:textId="77777777" w:rsidR="00AC5BCF" w:rsidRPr="00C33ADC" w:rsidRDefault="00AC5BCF">
      <w:pPr>
        <w:rPr>
          <w:lang w:val="ru-RU"/>
        </w:rPr>
        <w:sectPr w:rsidR="00AC5BCF" w:rsidRPr="00C33ADC">
          <w:pgSz w:w="11900" w:h="16840"/>
          <w:pgMar w:top="286" w:right="656" w:bottom="1440" w:left="666" w:header="720" w:footer="720" w:gutter="0"/>
          <w:cols w:space="720" w:equalWidth="0">
            <w:col w:w="10578" w:space="0"/>
          </w:cols>
          <w:docGrid w:linePitch="360"/>
        </w:sectPr>
      </w:pPr>
    </w:p>
    <w:p w14:paraId="28AF6BE1" w14:textId="77777777" w:rsidR="00AC5BCF" w:rsidRPr="00C33ADC" w:rsidRDefault="00AC5BCF">
      <w:pPr>
        <w:autoSpaceDE w:val="0"/>
        <w:autoSpaceDN w:val="0"/>
        <w:spacing w:after="78" w:line="220" w:lineRule="exact"/>
        <w:rPr>
          <w:lang w:val="ru-RU"/>
        </w:rPr>
      </w:pPr>
    </w:p>
    <w:p w14:paraId="6CCA5048" w14:textId="77777777" w:rsidR="00AC5BCF" w:rsidRPr="00C33ADC" w:rsidRDefault="001F1BB6">
      <w:pPr>
        <w:autoSpaceDE w:val="0"/>
        <w:autoSpaceDN w:val="0"/>
        <w:spacing w:after="0" w:line="230" w:lineRule="auto"/>
        <w:rPr>
          <w:lang w:val="ru-RU"/>
        </w:rPr>
      </w:pP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14:paraId="2876C72E" w14:textId="77777777" w:rsidR="00AC5BCF" w:rsidRPr="00C33ADC" w:rsidRDefault="001F1BB6">
      <w:pPr>
        <w:autoSpaceDE w:val="0"/>
        <w:autoSpaceDN w:val="0"/>
        <w:spacing w:before="346" w:after="0" w:line="230" w:lineRule="auto"/>
        <w:rPr>
          <w:lang w:val="ru-RU"/>
        </w:rPr>
      </w:pP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14:paraId="6FC3EE46" w14:textId="77777777" w:rsidR="00AC5BCF" w:rsidRPr="00C33ADC" w:rsidRDefault="001F1BB6">
      <w:pPr>
        <w:autoSpaceDE w:val="0"/>
        <w:autoSpaceDN w:val="0"/>
        <w:spacing w:before="166" w:after="0" w:line="281" w:lineRule="auto"/>
        <w:ind w:firstLine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самовоспитания и саморазвития, формирования внутренней позиции личности.</w:t>
      </w:r>
    </w:p>
    <w:p w14:paraId="4A98E6F8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Гражданского воспитания: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 неприятие любых форм экстремизма, дискриминации; понимание роли различных социальных институтов в жизни человека;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 готовность к разнообразной совместной деятельности, стремление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к взаимопониманию и взаимопомощи; активное участие в школьном самоуправлении; готовность к участию в гуманитарной деятельности (помощь людям, нуждающимся в ней; волонтёрство).</w:t>
      </w:r>
    </w:p>
    <w:p w14:paraId="66E19587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Патриотического воспитания: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России; проявление интереса к познанию русского языка, к истории и культуре Российской Федерации, культуре своего края, народов России в контексте учебного предмета «Русский язык»; ценностное отношение к русскому языку, к достижениям своей Родины — России, к науке, искусству, боевым подвигам и трудовым достижениям народа, в том числе отражённым в художественных произведениях;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14:paraId="77324949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81" w:lineRule="auto"/>
        <w:ind w:right="432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Духовно-нравственного воспитания: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ориентация на моральные ценности и нормы в ситуациях нравственного выбора; готовность оценивать своё поведение, в том числе речевое, и поступки, а также поведение и поступки других людей с позиции нравственных и правовых нормс учётом осознания последствий поступков; активное неприятие асоциальных поступков; свобода и ответственностьличности в условиях индивидуального и общественного пространства.</w:t>
      </w:r>
    </w:p>
    <w:p w14:paraId="5F326F47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81" w:lineRule="auto"/>
        <w:ind w:right="288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Эстетического воспитания: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восприимчивость к разным видам искусства, традициям и творчеству своего и других народов; понимание эмоционального воздействия искусства; осознание важности художественной культуры как средства коммуникации и самовыражения; 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</w:t>
      </w:r>
    </w:p>
    <w:p w14:paraId="2CE3D714" w14:textId="77777777" w:rsidR="00AC5BCF" w:rsidRPr="00C33ADC" w:rsidRDefault="00AC5BCF">
      <w:pPr>
        <w:rPr>
          <w:lang w:val="ru-RU"/>
        </w:rPr>
        <w:sectPr w:rsidR="00AC5BCF" w:rsidRPr="00C33ADC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3BBEDD67" w14:textId="77777777" w:rsidR="00AC5BCF" w:rsidRPr="00C33ADC" w:rsidRDefault="00AC5BCF">
      <w:pPr>
        <w:autoSpaceDE w:val="0"/>
        <w:autoSpaceDN w:val="0"/>
        <w:spacing w:after="66" w:line="220" w:lineRule="exact"/>
        <w:rPr>
          <w:lang w:val="ru-RU"/>
        </w:rPr>
      </w:pPr>
    </w:p>
    <w:p w14:paraId="244088AB" w14:textId="77777777" w:rsidR="00AC5BCF" w:rsidRPr="00C33ADC" w:rsidRDefault="001F1BB6">
      <w:pPr>
        <w:autoSpaceDE w:val="0"/>
        <w:autoSpaceDN w:val="0"/>
        <w:spacing w:after="0" w:line="230" w:lineRule="auto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видах искусства.</w:t>
      </w:r>
    </w:p>
    <w:p w14:paraId="5AC7D033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Физического воспитания, формирования культуры здоровья и эмоционального благополучия: </w:t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ценности жизни с опорой на собственный жизненный и читательский опыт;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(употреб​ление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 в процессе школьного языкового образования; способность адаптироваться к стрессовым ситуациям и меняющимся социальным, информационным и природным условиям, в том числе осмысляя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собственный опыт и выстраивая дальнейшие цели;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принимать себя и других, не осуждая;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языке; сформированность навыков рефлексии, признание своего права на ошибку и такого же права другого человека.</w:t>
      </w:r>
    </w:p>
    <w:p w14:paraId="3E8B2AB1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Трудового воспитания: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выполнять такого рода деятельность;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интерес к практическому изучению профессий и труда ​раз​личного рода, в том числе на основе применения изучае​мого предметного знания и ознакомления с деятельностью филологов,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журналистов, писателей;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 умение рассказать о своих планах на будущее.</w:t>
      </w:r>
    </w:p>
    <w:p w14:paraId="7BF18CEF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Экологического воспитания: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умение точно, логично выражать свою точку зрения на экологические проблемы; </w:t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активное неприятие действий, приносящих вред окружающей среде; осознание своей роли как гражданина и потребителя в условиях взаимосвязи природной,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технологической и социальной сред; готовность к участию в практической деятельности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экологической направленности.</w:t>
      </w:r>
    </w:p>
    <w:p w14:paraId="7CB89559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Ценности научного познания: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чело​века, природы и общества, взаимосвязях человека с природной и социальной средой; закономерностях развития языка; овладение языковой и читательской культурой, навыками ​чтения как средства познания мира; овладение основными навыками исследовательской деятельности с учётом специфики школьного языкового образования; установка на осмысление опыта, наблюдений, поступков и стремление совершенствовать пути достижения индивидуального и коллективного благо​получия.</w:t>
      </w:r>
    </w:p>
    <w:p w14:paraId="50466028" w14:textId="77777777" w:rsidR="00AC5BCF" w:rsidRPr="00C33ADC" w:rsidRDefault="001F1BB6">
      <w:pPr>
        <w:autoSpaceDE w:val="0"/>
        <w:autoSpaceDN w:val="0"/>
        <w:spacing w:before="70" w:after="0" w:line="262" w:lineRule="auto"/>
        <w:ind w:left="144" w:right="1008"/>
        <w:jc w:val="center"/>
        <w:rPr>
          <w:lang w:val="ru-RU"/>
        </w:rPr>
      </w:pP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Адаптации обучающегося к изменяющимся условиям социальной и природной среды: 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освоение обучающимися социального опыта, основных социальных ролей, норм и правил</w:t>
      </w:r>
    </w:p>
    <w:p w14:paraId="36E3BCDE" w14:textId="77777777" w:rsidR="00AC5BCF" w:rsidRPr="00C33ADC" w:rsidRDefault="00AC5BCF">
      <w:pPr>
        <w:rPr>
          <w:lang w:val="ru-RU"/>
        </w:rPr>
        <w:sectPr w:rsidR="00AC5BCF" w:rsidRPr="00C33ADC">
          <w:pgSz w:w="11900" w:h="16840"/>
          <w:pgMar w:top="286" w:right="680" w:bottom="438" w:left="666" w:header="720" w:footer="720" w:gutter="0"/>
          <w:cols w:space="720" w:equalWidth="0">
            <w:col w:w="10554" w:space="0"/>
          </w:cols>
          <w:docGrid w:linePitch="360"/>
        </w:sectPr>
      </w:pPr>
    </w:p>
    <w:p w14:paraId="59D15E6C" w14:textId="77777777" w:rsidR="00AC5BCF" w:rsidRPr="00C33ADC" w:rsidRDefault="00AC5BCF">
      <w:pPr>
        <w:autoSpaceDE w:val="0"/>
        <w:autoSpaceDN w:val="0"/>
        <w:spacing w:after="66" w:line="220" w:lineRule="exact"/>
        <w:rPr>
          <w:lang w:val="ru-RU"/>
        </w:rPr>
      </w:pPr>
    </w:p>
    <w:p w14:paraId="502043E7" w14:textId="77777777" w:rsidR="00AC5BCF" w:rsidRPr="00C33ADC" w:rsidRDefault="001F1BB6">
      <w:pPr>
        <w:tabs>
          <w:tab w:val="left" w:pos="180"/>
        </w:tabs>
        <w:autoSpaceDE w:val="0"/>
        <w:autoSpaceDN w:val="0"/>
        <w:spacing w:after="0" w:line="288" w:lineRule="auto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потребность во взаимодействии в условиях неопределённости, открытость опыту и знаниям других;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развития; умение оперировать основными понятиями, терминами и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осознавать стрессовую ситуацию, оценивать происходящие изменения и их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последствия, опираясь на жизненный, речевой и читательский опыт; воспринимать стрессовую ситуацию как вызов, требующий контрмер; оценивать ситуацию стресса, корректировать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принимаемые решения 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в отсутствие гарантий успеха.</w:t>
      </w:r>
    </w:p>
    <w:p w14:paraId="00D9D9A0" w14:textId="77777777" w:rsidR="00AC5BCF" w:rsidRPr="00C33ADC" w:rsidRDefault="001F1BB6">
      <w:pPr>
        <w:autoSpaceDE w:val="0"/>
        <w:autoSpaceDN w:val="0"/>
        <w:spacing w:before="262" w:after="0" w:line="230" w:lineRule="auto"/>
        <w:rPr>
          <w:lang w:val="ru-RU"/>
        </w:rPr>
      </w:pP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14:paraId="407E8765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166" w:after="0" w:line="288" w:lineRule="auto"/>
        <w:ind w:right="288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 Овладение универсальными учебными познавательными действиями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Базовые логические действия: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характеризовать существенные признаки языковых единиц, языковых явлений и процессов;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существенный признак классификации языковых единиц (явлений), основания для обобщения и сравнения, критерии проводимого анализа; классифицировать языковые единицы по существенному признаку;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дефицит информации текста, необходимой для решения поставленной учебной задачи; </w:t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причинно-следственные связи при изучении языковых процессов; делать выводы с использованием дедуктивных и индуктивных умозаключений, умозаключений по аналогии, формулировать гипотезы о взаимосвязях;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оптималь​ный вариант с учётом самостоятельно выделенных критериев.</w:t>
      </w:r>
    </w:p>
    <w:p w14:paraId="511D1757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Базовые исследовательские действия: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вопросы как исследовательский инструмент познания в языковом образовании; </w:t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вопросы, фиксирующие несоответствие между реальным и желательным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состоянием ситуации, и самостоятельно устанавливать искомое и данное;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формировать гипотезу об истинности собственных суждений и суждений других, аргументировать свою позицию, мнение;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алгоритм действий и использовать его для решения учебных задач;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64154E41" w14:textId="77777777" w:rsidR="00AC5BCF" w:rsidRPr="00C33ADC" w:rsidRDefault="00AC5BCF">
      <w:pPr>
        <w:rPr>
          <w:lang w:val="ru-RU"/>
        </w:rPr>
        <w:sectPr w:rsidR="00AC5BCF" w:rsidRPr="00C33ADC">
          <w:pgSz w:w="11900" w:h="16840"/>
          <w:pgMar w:top="286" w:right="634" w:bottom="296" w:left="666" w:header="720" w:footer="720" w:gutter="0"/>
          <w:cols w:space="720" w:equalWidth="0">
            <w:col w:w="10600" w:space="0"/>
          </w:cols>
          <w:docGrid w:linePitch="360"/>
        </w:sectPr>
      </w:pPr>
    </w:p>
    <w:p w14:paraId="2067F1CD" w14:textId="77777777" w:rsidR="00AC5BCF" w:rsidRPr="00C33ADC" w:rsidRDefault="00AC5BCF">
      <w:pPr>
        <w:autoSpaceDE w:val="0"/>
        <w:autoSpaceDN w:val="0"/>
        <w:spacing w:after="90" w:line="220" w:lineRule="exact"/>
        <w:rPr>
          <w:lang w:val="ru-RU"/>
        </w:rPr>
      </w:pPr>
    </w:p>
    <w:p w14:paraId="4EB40550" w14:textId="77777777" w:rsidR="00AC5BCF" w:rsidRPr="00C33ADC" w:rsidRDefault="001F1BB6">
      <w:pPr>
        <w:tabs>
          <w:tab w:val="left" w:pos="180"/>
        </w:tabs>
        <w:autoSpaceDE w:val="0"/>
        <w:autoSpaceDN w:val="0"/>
        <w:spacing w:after="0" w:line="283" w:lineRule="auto"/>
        <w:ind w:right="288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на применимость и достоверность информацию, полученную в ходе лингвистического исследования (эксперимента);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формулировать обобщения и выводы по результатам проведённого наблюдения, исследования; владеть инструментами оценки достоверности полученных выводов и обобщений; </w:t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6B3C9E9C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Работа с информацией: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различные методы, инструменты и запросы при поиске и отборе информации с учётом предложенной учебной задачи и заданных критериев;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выбирать, анализировать, интерпретировать, обобщать и систематизировать информацию, представленную в текстах, таб​лицах, схемах;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различные виды аудирования и чтения для оценки текста с точки зрения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достоверности и применимости содержащейся в нём информации и усвоения необходимой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информации с целью решения учебных задач;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смысловое чтение для извлечения, обобщения и систематизации информации из одного или нескольких источников с учётом поставленных целей;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сходные аргументы (подтверждающие или опровергающие одну и ту же идею, версию) в различных информационных источниках;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надёжность информации по критериям, пред​ложенным учителем или сформулированным самостоятельно;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эффективно запоминать и систематизировать информацию.</w:t>
      </w:r>
    </w:p>
    <w:p w14:paraId="0F9DAAA1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Овладение универсальными учебными коммуникативными действиями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Общение: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невербальные средства общения, понимать значение социальных знаков;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и распознавать предпосылки конфликтных ситуаций и смягчать конфликты, вести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переговоры;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намерения других, проявлять уважительное отношение к собеседнику и в корректной форме формулировать свои возражения;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в ходе диалога/дискуссии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сопоставлять свои суждения с суждениями других участников диалога, обнаруживать различие и сходство позиций;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публично представлять результаты проведённого языкового анализа, выполненного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лингвистического эксперимента, исследования, проекта;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2EA7A1F4" w14:textId="77777777" w:rsidR="00AC5BCF" w:rsidRPr="00C33ADC" w:rsidRDefault="001F1BB6">
      <w:pPr>
        <w:autoSpaceDE w:val="0"/>
        <w:autoSpaceDN w:val="0"/>
        <w:spacing w:before="70" w:after="0" w:line="262" w:lineRule="auto"/>
        <w:ind w:left="180" w:right="864"/>
        <w:rPr>
          <w:lang w:val="ru-RU"/>
        </w:rPr>
      </w:pP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Совместная деятельность: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понимать и использовать преимущества командной и ин​дивидуальной работы при решении</w:t>
      </w:r>
    </w:p>
    <w:p w14:paraId="6FFCE1B5" w14:textId="77777777" w:rsidR="00AC5BCF" w:rsidRPr="00C33ADC" w:rsidRDefault="00AC5BCF">
      <w:pPr>
        <w:rPr>
          <w:lang w:val="ru-RU"/>
        </w:rPr>
        <w:sectPr w:rsidR="00AC5BCF" w:rsidRPr="00C33ADC">
          <w:pgSz w:w="11900" w:h="16840"/>
          <w:pgMar w:top="310" w:right="670" w:bottom="356" w:left="666" w:header="720" w:footer="720" w:gutter="0"/>
          <w:cols w:space="720" w:equalWidth="0">
            <w:col w:w="10564" w:space="0"/>
          </w:cols>
          <w:docGrid w:linePitch="360"/>
        </w:sectPr>
      </w:pPr>
    </w:p>
    <w:p w14:paraId="536BD550" w14:textId="77777777" w:rsidR="00AC5BCF" w:rsidRPr="00C33ADC" w:rsidRDefault="00AC5BCF">
      <w:pPr>
        <w:autoSpaceDE w:val="0"/>
        <w:autoSpaceDN w:val="0"/>
        <w:spacing w:after="66" w:line="220" w:lineRule="exact"/>
        <w:rPr>
          <w:lang w:val="ru-RU"/>
        </w:rPr>
      </w:pPr>
    </w:p>
    <w:p w14:paraId="6AE341F1" w14:textId="77777777" w:rsidR="00AC5BCF" w:rsidRPr="00C33ADC" w:rsidRDefault="001F1BB6">
      <w:pPr>
        <w:tabs>
          <w:tab w:val="left" w:pos="180"/>
        </w:tabs>
        <w:autoSpaceDE w:val="0"/>
        <w:autoSpaceDN w:val="0"/>
        <w:spacing w:after="0" w:line="288" w:lineRule="auto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конкретной проблемы, ​обосновывать необходимость применения групповых форм ​взаимодействия при решении поставленной задачи;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совмест​ной работы; уметь обобщать мнения нескольких людей, проявлять готовность руководить, выполнять поручения, подчиняться;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иные); </w:t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качество своего вклада в общий продукт по критериям, самостоятельно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2B659943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Овладение универсальными учебными регулятивными действиями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Самоорганизация: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проблемы для решения в учебных и жизненных ситуациях;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различных подходах к принятию решений (индивидуальное, принятие решения в группе, принятие решения группой);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составлять план действий, вносить необходимые коррективы в ходе его реализации; </w:t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делать выбор и брать ответственность за решение.</w:t>
      </w:r>
    </w:p>
    <w:p w14:paraId="73B56997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Самоконтроль: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разными способами самоконтроля (в том числе речевого), самомотивации и рефлексии; </w:t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давать адекватную оценку учебной ситуации и предлагать план её изменения;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предвидеть трудности, которые могут возникнуть при решении учебной задачи, и адаптировать решение к меняющимся обстоятельствам;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объяснять причины достижения (недостижения) результата дея​тельности;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общения.</w:t>
      </w:r>
    </w:p>
    <w:p w14:paraId="11A0C649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/>
        <w:ind w:right="720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Эмоциональный интеллект: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развивать способность управлять собственными эмоциями и эмоциями других;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эмоций.</w:t>
      </w:r>
    </w:p>
    <w:p w14:paraId="5FE39EE2" w14:textId="77777777" w:rsidR="00AC5BCF" w:rsidRPr="00C33ADC" w:rsidRDefault="001F1BB6">
      <w:pPr>
        <w:autoSpaceDE w:val="0"/>
        <w:autoSpaceDN w:val="0"/>
        <w:spacing w:before="70" w:after="0" w:line="281" w:lineRule="auto"/>
        <w:ind w:left="180" w:right="4464"/>
        <w:rPr>
          <w:lang w:val="ru-RU"/>
        </w:rPr>
      </w:pP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Принятие себя и других: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осознанно относиться к другому человеку и его мнению; признавать своё и чужое право на ошибку;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себя и других, не осуждая;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открытость;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осознавать невозможность контролировать всё вокруг.</w:t>
      </w:r>
    </w:p>
    <w:p w14:paraId="3A531F11" w14:textId="77777777" w:rsidR="00AC5BCF" w:rsidRPr="00C33ADC" w:rsidRDefault="001F1BB6">
      <w:pPr>
        <w:autoSpaceDE w:val="0"/>
        <w:autoSpaceDN w:val="0"/>
        <w:spacing w:before="262" w:after="0" w:line="230" w:lineRule="auto"/>
        <w:rPr>
          <w:lang w:val="ru-RU"/>
        </w:rPr>
      </w:pP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14:paraId="21DB9649" w14:textId="77777777" w:rsidR="00AC5BCF" w:rsidRPr="00C33ADC" w:rsidRDefault="00AC5BCF">
      <w:pPr>
        <w:rPr>
          <w:lang w:val="ru-RU"/>
        </w:rPr>
        <w:sectPr w:rsidR="00AC5BCF" w:rsidRPr="00C33ADC">
          <w:pgSz w:w="11900" w:h="16840"/>
          <w:pgMar w:top="286" w:right="686" w:bottom="452" w:left="666" w:header="720" w:footer="720" w:gutter="0"/>
          <w:cols w:space="720" w:equalWidth="0">
            <w:col w:w="10548" w:space="0"/>
          </w:cols>
          <w:docGrid w:linePitch="360"/>
        </w:sectPr>
      </w:pPr>
    </w:p>
    <w:p w14:paraId="00213076" w14:textId="77777777" w:rsidR="00AC5BCF" w:rsidRPr="00C33ADC" w:rsidRDefault="00AC5BCF">
      <w:pPr>
        <w:autoSpaceDE w:val="0"/>
        <w:autoSpaceDN w:val="0"/>
        <w:spacing w:after="78" w:line="220" w:lineRule="exact"/>
        <w:rPr>
          <w:lang w:val="ru-RU"/>
        </w:rPr>
      </w:pPr>
    </w:p>
    <w:p w14:paraId="144CCC5A" w14:textId="77777777" w:rsidR="00AC5BCF" w:rsidRPr="00C33ADC" w:rsidRDefault="001F1BB6">
      <w:pPr>
        <w:tabs>
          <w:tab w:val="left" w:pos="180"/>
        </w:tabs>
        <w:autoSpaceDE w:val="0"/>
        <w:autoSpaceDN w:val="0"/>
        <w:spacing w:after="0" w:line="271" w:lineRule="auto"/>
        <w:ind w:right="144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Общие сведения о языке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14:paraId="614855FD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14:paraId="2F17A315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190" w:after="0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Язык и речь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14:paraId="38D83652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2" w:after="0" w:line="262" w:lineRule="auto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14:paraId="59A8AB86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14:paraId="36C91550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Владеть различными видами аудирования: выборочным, ​ознакомительным, детальным — научно-учебных и художественных текстов различных функционально-смысловых типов речи.</w:t>
      </w:r>
    </w:p>
    <w:p w14:paraId="5B436B89" w14:textId="77777777" w:rsidR="00AC5BCF" w:rsidRPr="00C33ADC" w:rsidRDefault="001F1BB6">
      <w:pPr>
        <w:autoSpaceDE w:val="0"/>
        <w:autoSpaceDN w:val="0"/>
        <w:spacing w:before="70" w:after="0" w:line="262" w:lineRule="auto"/>
        <w:ind w:left="180" w:right="288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Владеть различными видами чтения: просмотровым, ознакомительным, изучающим, поисковым. Устно пересказывать прочитанный или прослушанный текст объёмом не менее 100 слов.</w:t>
      </w:r>
    </w:p>
    <w:p w14:paraId="44815FEE" w14:textId="77777777" w:rsidR="00AC5BCF" w:rsidRPr="00C33ADC" w:rsidRDefault="001F1BB6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— не менее 110 слов).</w:t>
      </w:r>
    </w:p>
    <w:p w14:paraId="3249FC49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5B6059A7" w14:textId="77777777" w:rsidR="00AC5BCF" w:rsidRPr="00C33ADC" w:rsidRDefault="001F1BB6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90—100 слов; словарного диктанта объёмом 15—20 слов; диктанта на основе связного текста объёмом 90—100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14:paraId="1A5C5368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192" w:after="0" w:line="281" w:lineRule="auto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Текст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14:paraId="62F87A4C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71789451" w14:textId="77777777" w:rsidR="00AC5BCF" w:rsidRPr="00C33ADC" w:rsidRDefault="001F1BB6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функ​ционально-смысловому типу речи.</w:t>
      </w:r>
    </w:p>
    <w:p w14:paraId="39DED80B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 </w:t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Применять знание основных признаков текста (повествование) в практике его создания.</w:t>
      </w:r>
    </w:p>
    <w:p w14:paraId="3512F823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</w:t>
      </w:r>
    </w:p>
    <w:p w14:paraId="33C61DE6" w14:textId="77777777" w:rsidR="00AC5BCF" w:rsidRPr="00C33ADC" w:rsidRDefault="00AC5BCF">
      <w:pPr>
        <w:rPr>
          <w:lang w:val="ru-RU"/>
        </w:rPr>
        <w:sectPr w:rsidR="00AC5BCF" w:rsidRPr="00C33ADC">
          <w:pgSz w:w="11900" w:h="16840"/>
          <w:pgMar w:top="298" w:right="674" w:bottom="308" w:left="666" w:header="720" w:footer="720" w:gutter="0"/>
          <w:cols w:space="720" w:equalWidth="0">
            <w:col w:w="10560" w:space="0"/>
          </w:cols>
          <w:docGrid w:linePitch="360"/>
        </w:sectPr>
      </w:pPr>
    </w:p>
    <w:p w14:paraId="5275C976" w14:textId="77777777" w:rsidR="00AC5BCF" w:rsidRPr="00C33ADC" w:rsidRDefault="00AC5BCF">
      <w:pPr>
        <w:autoSpaceDE w:val="0"/>
        <w:autoSpaceDN w:val="0"/>
        <w:spacing w:after="78" w:line="220" w:lineRule="exact"/>
        <w:rPr>
          <w:lang w:val="ru-RU"/>
        </w:rPr>
      </w:pPr>
    </w:p>
    <w:p w14:paraId="0BBE8398" w14:textId="77777777" w:rsidR="00AC5BCF" w:rsidRPr="00C33ADC" w:rsidRDefault="001F1BB6">
      <w:pPr>
        <w:autoSpaceDE w:val="0"/>
        <w:autoSpaceDN w:val="0"/>
        <w:spacing w:after="0" w:line="230" w:lineRule="auto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сочинения объёмом не менее 70 слов).</w:t>
      </w:r>
    </w:p>
    <w:p w14:paraId="26CB1BE3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Восстанавливать деформированный текст; осуществлять корректировку восстановленного текста с опорой на образец. </w:t>
      </w:r>
    </w:p>
    <w:p w14:paraId="58F999BF" w14:textId="77777777" w:rsidR="00AC5BCF" w:rsidRPr="00C33ADC" w:rsidRDefault="001F1BB6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7A8C1CC2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Представлять сообщение на заданную тему в виде презентации.</w:t>
      </w:r>
    </w:p>
    <w:p w14:paraId="6C383FA7" w14:textId="77777777" w:rsidR="00AC5BCF" w:rsidRPr="00C33ADC" w:rsidRDefault="001F1BB6">
      <w:pPr>
        <w:autoSpaceDE w:val="0"/>
        <w:autoSpaceDN w:val="0"/>
        <w:spacing w:before="72" w:after="0" w:line="271" w:lineRule="auto"/>
        <w:ind w:firstLine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—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целостность, связность, информативность).</w:t>
      </w:r>
    </w:p>
    <w:p w14:paraId="44EEC934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71" w:lineRule="auto"/>
        <w:ind w:right="432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Функциональные разновидности языка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14:paraId="17A99A26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190" w:after="0"/>
        <w:ind w:right="720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Система языка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Фонетика. Графика. Орфоэпия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14:paraId="608B5781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Проводить фонетический анализ слов.</w:t>
      </w:r>
    </w:p>
    <w:p w14:paraId="5CA8D670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14:paraId="54377A13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71" w:lineRule="auto"/>
        <w:ind w:right="576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Орфография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14:paraId="6F53209D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Распознавать изученные орфограммы.</w:t>
      </w:r>
    </w:p>
    <w:p w14:paraId="63170E96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ъ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14:paraId="06976B89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78" w:lineRule="auto"/>
        <w:ind w:right="144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Лексикология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 </w:t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14:paraId="7A050E7A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14:paraId="2F0968DD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тематические группы слов, родовые и видовые понятия.</w:t>
      </w:r>
    </w:p>
    <w:p w14:paraId="1708BA95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Проводить лексический анализ слов (в рамках изученного).</w:t>
      </w:r>
    </w:p>
    <w:p w14:paraId="44EAA6DE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Уметь пользоваться лексическими словарями (толковым словарём, словарями синонимов, антонимов, омонимов, паро​нимов).</w:t>
      </w:r>
    </w:p>
    <w:p w14:paraId="79106A16" w14:textId="77777777" w:rsidR="00AC5BCF" w:rsidRPr="00C33ADC" w:rsidRDefault="001F1BB6">
      <w:pPr>
        <w:autoSpaceDE w:val="0"/>
        <w:autoSpaceDN w:val="0"/>
        <w:spacing w:before="70" w:after="0" w:line="262" w:lineRule="auto"/>
        <w:ind w:left="180" w:right="2880"/>
        <w:rPr>
          <w:lang w:val="ru-RU"/>
        </w:rPr>
      </w:pP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Морфемика. Орфография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морфему как минимальную значимую единицу языка.</w:t>
      </w:r>
    </w:p>
    <w:p w14:paraId="05C2CD39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Распознавать морфемы в слове (корень, приставку, суффикс, окончание), выделять основу слова.</w:t>
      </w:r>
    </w:p>
    <w:p w14:paraId="1D47C7AB" w14:textId="77777777" w:rsidR="00AC5BCF" w:rsidRPr="00C33ADC" w:rsidRDefault="001F1BB6">
      <w:pPr>
        <w:autoSpaceDE w:val="0"/>
        <w:autoSpaceDN w:val="0"/>
        <w:spacing w:before="70" w:after="0" w:line="262" w:lineRule="auto"/>
        <w:ind w:left="180" w:right="72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Находить чередование звуков в морфемах (в том числе чередование гласных с нулём звука). Проводить морфемный анализ слов.</w:t>
      </w:r>
    </w:p>
    <w:p w14:paraId="65C3BB4B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— и после приставок; корней с</w:t>
      </w:r>
    </w:p>
    <w:p w14:paraId="20F513B9" w14:textId="77777777" w:rsidR="00AC5BCF" w:rsidRPr="00C33ADC" w:rsidRDefault="00AC5BCF">
      <w:pPr>
        <w:rPr>
          <w:lang w:val="ru-RU"/>
        </w:rPr>
        <w:sectPr w:rsidR="00AC5BCF" w:rsidRPr="00C33ADC">
          <w:pgSz w:w="11900" w:h="16840"/>
          <w:pgMar w:top="298" w:right="718" w:bottom="368" w:left="666" w:header="720" w:footer="720" w:gutter="0"/>
          <w:cols w:space="720" w:equalWidth="0">
            <w:col w:w="10516" w:space="0"/>
          </w:cols>
          <w:docGrid w:linePitch="360"/>
        </w:sectPr>
      </w:pPr>
    </w:p>
    <w:p w14:paraId="75027420" w14:textId="77777777" w:rsidR="00AC5BCF" w:rsidRPr="00C33ADC" w:rsidRDefault="00AC5BCF">
      <w:pPr>
        <w:autoSpaceDE w:val="0"/>
        <w:autoSpaceDN w:val="0"/>
        <w:spacing w:after="66" w:line="220" w:lineRule="exact"/>
        <w:rPr>
          <w:lang w:val="ru-RU"/>
        </w:rPr>
      </w:pPr>
    </w:p>
    <w:p w14:paraId="7A2DDA3F" w14:textId="77777777" w:rsidR="00AC5BCF" w:rsidRPr="00C33ADC" w:rsidRDefault="001F1BB6">
      <w:pPr>
        <w:autoSpaceDE w:val="0"/>
        <w:autoSpaceDN w:val="0"/>
        <w:spacing w:after="0" w:line="271" w:lineRule="auto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—о после шипящих в корне слова;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ы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14:paraId="4C1A8F02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Уместно использовать слова с суффиксами оценки в собственной речи.</w:t>
      </w:r>
    </w:p>
    <w:p w14:paraId="31ED1DC3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/>
        <w:ind w:right="432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Морфология. Культура речи. Орфография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Применять знания о частях речи как лексико-грамматических разрядах слов, о грамматическом значении слова, о сис​теме частей речи в русском языке для решения практико-ориентированных учебных задач.</w:t>
      </w:r>
    </w:p>
    <w:p w14:paraId="709B9A1A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Распознавать имена существительные, имена прилагательные, глаголы.</w:t>
      </w:r>
    </w:p>
    <w:p w14:paraId="1C73D69A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14:paraId="22FC8EDD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2" w:after="0" w:line="262" w:lineRule="auto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14:paraId="4E01819C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Имя существительное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14:paraId="2AD628E5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Определять лексико-грамматические разряды имён существительных.</w:t>
      </w:r>
    </w:p>
    <w:p w14:paraId="74EBB041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14:paraId="10D5B05E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Проводить морфологический анализ имён существительных.</w:t>
      </w:r>
    </w:p>
    <w:p w14:paraId="70DBB846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14:paraId="38394320" w14:textId="77777777" w:rsidR="00AC5BCF" w:rsidRPr="00C33ADC" w:rsidRDefault="001F1BB6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нормы правописания имён существительных: безударных окончаний;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ё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) после шипящих и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в суффиксах и окончаниях; суффиксов </w:t>
      </w: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чик</w:t>
      </w: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щик</w:t>
      </w: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ек</w:t>
      </w: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ик</w:t>
      </w: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>- (-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чик</w:t>
      </w: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>-);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корней с чередованием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//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лаг</w:t>
      </w: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лож</w:t>
      </w: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раст</w:t>
      </w: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ращ</w:t>
      </w: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рос</w:t>
      </w: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гар</w:t>
      </w: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гор</w:t>
      </w: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зар</w:t>
      </w: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зор</w:t>
      </w: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-клан-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-клон-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-скак-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-скоч-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; употребления/неупотребления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ь 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на конце имён существительных после шипящих; слитное и раздельное написание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с именами существительными; правописание собственных имён существительных.</w:t>
      </w:r>
    </w:p>
    <w:p w14:paraId="07D0F978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Имя прилагательное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14:paraId="76FF3813" w14:textId="77777777" w:rsidR="00AC5BCF" w:rsidRPr="00C33ADC" w:rsidRDefault="001F1BB6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Проводить частичный морфологический анализ имён прилагательных (в рамках изученного).</w:t>
      </w:r>
    </w:p>
    <w:p w14:paraId="381715AF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Соблюдать нормы словоизменения, произношения имён прилагательных, постановки в них ударения (в рамках изучен​ного).</w:t>
      </w:r>
    </w:p>
    <w:p w14:paraId="68A799E3" w14:textId="77777777" w:rsidR="00AC5BCF" w:rsidRPr="00C33ADC" w:rsidRDefault="001F1BB6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нормы правописания имён прилагательных: безударных окончаний;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шипящих и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в суффиксах и окончаниях; кратких форм имён прилагательных с основой на шипящие; нормы слитного и раздельного написания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с именами прилагательными.</w:t>
      </w:r>
    </w:p>
    <w:p w14:paraId="00C785F7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Глагол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14:paraId="016B08CF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Различать глаголы совершенного и несовершенного вида, возвратные и невозвратные.</w:t>
      </w:r>
    </w:p>
    <w:p w14:paraId="023DA9E5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14:paraId="12AB7A1D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Определять спряжение глагола, уметь спрягать глаголы.</w:t>
      </w:r>
    </w:p>
    <w:p w14:paraId="57787369" w14:textId="77777777" w:rsidR="00AC5BCF" w:rsidRPr="00C33ADC" w:rsidRDefault="001F1BB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Проводить частичный морфологический анализ глаголов (в рамках изученного).</w:t>
      </w:r>
    </w:p>
    <w:p w14:paraId="42F071D0" w14:textId="77777777" w:rsidR="00AC5BCF" w:rsidRPr="00C33ADC" w:rsidRDefault="00AC5BCF">
      <w:pPr>
        <w:rPr>
          <w:lang w:val="ru-RU"/>
        </w:rPr>
        <w:sectPr w:rsidR="00AC5BCF" w:rsidRPr="00C33ADC">
          <w:pgSz w:w="11900" w:h="16840"/>
          <w:pgMar w:top="286" w:right="670" w:bottom="438" w:left="666" w:header="720" w:footer="720" w:gutter="0"/>
          <w:cols w:space="720" w:equalWidth="0">
            <w:col w:w="10564" w:space="0"/>
          </w:cols>
          <w:docGrid w:linePitch="360"/>
        </w:sectPr>
      </w:pPr>
    </w:p>
    <w:p w14:paraId="1D4B1D45" w14:textId="77777777" w:rsidR="00AC5BCF" w:rsidRPr="00C33ADC" w:rsidRDefault="00AC5BCF">
      <w:pPr>
        <w:autoSpaceDE w:val="0"/>
        <w:autoSpaceDN w:val="0"/>
        <w:spacing w:after="78" w:line="220" w:lineRule="exact"/>
        <w:rPr>
          <w:lang w:val="ru-RU"/>
        </w:rPr>
      </w:pPr>
    </w:p>
    <w:p w14:paraId="65AE9856" w14:textId="77777777" w:rsidR="00AC5BCF" w:rsidRPr="00C33ADC" w:rsidRDefault="001F1BB6">
      <w:pPr>
        <w:tabs>
          <w:tab w:val="left" w:pos="180"/>
        </w:tabs>
        <w:autoSpaceDE w:val="0"/>
        <w:autoSpaceDN w:val="0"/>
        <w:spacing w:after="0" w:line="262" w:lineRule="auto"/>
        <w:ind w:right="144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14:paraId="761704E3" w14:textId="77777777" w:rsidR="00AC5BCF" w:rsidRPr="00C33ADC" w:rsidRDefault="001F1BB6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нормы правописания глаголов: корней с чередованием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//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; использования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ь 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-тся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-ться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в глаголах; суффиксов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-ова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-— -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ева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-,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-ыва-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-ива-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; личных окончаний глагола, гласной перед суффиксом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-л-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в формах прошедшего времени глагола; слитного и раздельного написания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с глаголами.</w:t>
      </w:r>
    </w:p>
    <w:p w14:paraId="6C237D03" w14:textId="77777777" w:rsidR="00AC5BCF" w:rsidRPr="00C33ADC" w:rsidRDefault="001F1BB6">
      <w:pPr>
        <w:tabs>
          <w:tab w:val="left" w:pos="180"/>
        </w:tabs>
        <w:autoSpaceDE w:val="0"/>
        <w:autoSpaceDN w:val="0"/>
        <w:spacing w:before="70" w:after="0" w:line="281" w:lineRule="auto"/>
        <w:ind w:right="432"/>
        <w:rPr>
          <w:lang w:val="ru-RU"/>
        </w:rPr>
      </w:pP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Синтаксис. Культура речи. Пунктуация </w:t>
      </w:r>
      <w:r w:rsidRPr="00C33ADC">
        <w:rPr>
          <w:lang w:val="ru-RU"/>
        </w:rPr>
        <w:br/>
      </w:r>
      <w:r w:rsidRPr="00C33ADC">
        <w:rPr>
          <w:lang w:val="ru-RU"/>
        </w:rPr>
        <w:tab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14:paraId="287FC25E" w14:textId="77777777" w:rsidR="00AC5BCF" w:rsidRPr="00C33ADC" w:rsidRDefault="001F1BB6">
      <w:pPr>
        <w:autoSpaceDE w:val="0"/>
        <w:autoSpaceDN w:val="0"/>
        <w:spacing w:before="70" w:after="0" w:line="288" w:lineRule="auto"/>
        <w:ind w:firstLine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словосочетания по морфологическим свойствам главного слова (именные, глагольные, наречные); простые нео​сложнённые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морфологические средства выражения второстепенных членов предложения (в рамках изученного).</w:t>
      </w:r>
    </w:p>
    <w:p w14:paraId="485067BD" w14:textId="77777777" w:rsidR="00AC5BCF" w:rsidRPr="00C33ADC" w:rsidRDefault="001F1BB6">
      <w:pPr>
        <w:autoSpaceDE w:val="0"/>
        <w:autoSpaceDN w:val="0"/>
        <w:spacing w:before="70" w:after="0" w:line="281" w:lineRule="auto"/>
        <w:ind w:right="576" w:firstLine="180"/>
        <w:rPr>
          <w:lang w:val="ru-RU"/>
        </w:rPr>
      </w:pP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на письме пунктуационные нормы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, союзами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),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C33AD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; оформлять на письме диалог.</w:t>
      </w:r>
    </w:p>
    <w:p w14:paraId="4FA8A476" w14:textId="77777777" w:rsidR="00AC5BCF" w:rsidRPr="00C33ADC" w:rsidRDefault="00AC5BCF">
      <w:pPr>
        <w:rPr>
          <w:lang w:val="ru-RU"/>
        </w:rPr>
        <w:sectPr w:rsidR="00AC5BCF" w:rsidRPr="00C33ADC">
          <w:pgSz w:w="11900" w:h="16840"/>
          <w:pgMar w:top="298" w:right="668" w:bottom="1440" w:left="666" w:header="720" w:footer="720" w:gutter="0"/>
          <w:cols w:space="720" w:equalWidth="0">
            <w:col w:w="10566" w:space="0"/>
          </w:cols>
          <w:docGrid w:linePitch="360"/>
        </w:sectPr>
      </w:pPr>
    </w:p>
    <w:p w14:paraId="13BA24CD" w14:textId="77777777" w:rsidR="00AC5BCF" w:rsidRPr="00C33ADC" w:rsidRDefault="00AC5BCF">
      <w:pPr>
        <w:autoSpaceDE w:val="0"/>
        <w:autoSpaceDN w:val="0"/>
        <w:spacing w:after="64" w:line="220" w:lineRule="exact"/>
        <w:rPr>
          <w:lang w:val="ru-RU"/>
        </w:rPr>
      </w:pPr>
    </w:p>
    <w:p w14:paraId="67228F75" w14:textId="77777777" w:rsidR="00AC5BCF" w:rsidRDefault="001F1BB6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5210"/>
        <w:gridCol w:w="1082"/>
        <w:gridCol w:w="2222"/>
      </w:tblGrid>
      <w:tr w:rsidR="00AC5BCF" w14:paraId="024B1467" w14:textId="77777777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E6642E" w14:textId="77777777" w:rsidR="00AC5BCF" w:rsidRDefault="001F1BB6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2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9E0909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CD6D51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E7AE77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5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631CF69A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082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2D56F2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4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2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6D7C6D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AC5BCF" w14:paraId="5102872B" w14:textId="77777777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A6CBE" w14:textId="77777777" w:rsidR="00AC5BCF" w:rsidRDefault="00AC5BCF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A66C7" w14:textId="77777777" w:rsidR="00AC5BCF" w:rsidRDefault="00AC5BCF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15C227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70C60E2F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1B0DDE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6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FF3F6" w14:textId="77777777" w:rsidR="00AC5BCF" w:rsidRDefault="00AC5BCF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196EF704" w14:textId="77777777" w:rsidR="00AC5BCF" w:rsidRDefault="00AC5BCF"/>
        </w:tc>
        <w:tc>
          <w:tcPr>
            <w:tcW w:w="1726" w:type="dxa"/>
            <w:vMerge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51071557" w14:textId="77777777" w:rsidR="00AC5BCF" w:rsidRDefault="00AC5BCF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A8FFC" w14:textId="77777777" w:rsidR="00AC5BCF" w:rsidRDefault="00AC5BCF"/>
        </w:tc>
      </w:tr>
      <w:tr w:rsidR="00AC5BCF" w14:paraId="0279210F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08678B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Раздел 1. ПОВТОРЕНИЕ </w:t>
            </w:r>
          </w:p>
        </w:tc>
      </w:tr>
      <w:tr w:rsidR="00AC5BCF" w14:paraId="6523BE85" w14:textId="77777777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F5DC97" w14:textId="77777777" w:rsidR="00AC5BCF" w:rsidRDefault="001F1BB6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1C8A24" w14:textId="77777777" w:rsidR="00AC5BCF" w:rsidRDefault="001F1BB6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Повторение пройденного материала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EC463E" w14:textId="77777777" w:rsidR="00AC5BCF" w:rsidRDefault="001F1BB6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724F9715" w14:textId="77777777" w:rsidR="00AC5BCF" w:rsidRDefault="001F1BB6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63E34F" w14:textId="77777777" w:rsidR="00AC5BCF" w:rsidRDefault="001F1BB6">
            <w:pPr>
              <w:autoSpaceDE w:val="0"/>
              <w:autoSpaceDN w:val="0"/>
              <w:spacing w:before="80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143014" w14:textId="77777777" w:rsidR="00AC5BCF" w:rsidRDefault="001F1BB6">
            <w:pPr>
              <w:autoSpaceDE w:val="0"/>
              <w:autoSpaceDN w:val="0"/>
              <w:spacing w:before="80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05.09.2022 09.09.2022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A855C24" w14:textId="77777777" w:rsidR="00AC5BCF" w:rsidRPr="00C33ADC" w:rsidRDefault="001F1BB6">
            <w:pPr>
              <w:autoSpaceDE w:val="0"/>
              <w:autoSpaceDN w:val="0"/>
              <w:spacing w:before="80" w:after="0" w:line="252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Анализировать лексические значения многозначных слов, сравнивать прямое и переносное значения слова, значения слов в синонимическом ряду и анто- нимической паре, значения слова и фразеологизма, наблюдать за образова- нием новых слов от иноязычных, ис- пользованием «старых»слов в новом значении.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2C81B5" w14:textId="77777777" w:rsidR="00AC5BCF" w:rsidRDefault="001F1BB6">
            <w:pPr>
              <w:autoSpaceDE w:val="0"/>
              <w:autoSpaceDN w:val="0"/>
              <w:spacing w:before="80" w:after="0" w:line="25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 ;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78D22B" w14:textId="77777777" w:rsidR="00AC5BCF" w:rsidRDefault="001F1BB6">
            <w:pPr>
              <w:autoSpaceDE w:val="0"/>
              <w:autoSpaceDN w:val="0"/>
              <w:spacing w:before="80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 /lesson/7621/main/306312/</w:t>
            </w:r>
          </w:p>
        </w:tc>
      </w:tr>
      <w:tr w:rsidR="00AC5BCF" w14:paraId="56ACF99D" w14:textId="77777777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50DABF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E49079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2876FE9" w14:textId="77777777" w:rsidR="00AC5BCF" w:rsidRDefault="00AC5BCF"/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DD2473" w14:textId="77777777" w:rsidR="00AC5BCF" w:rsidRDefault="00AC5BCF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CC0B59" w14:textId="77777777" w:rsidR="00AC5BCF" w:rsidRDefault="00AC5BCF"/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64DC1851" w14:textId="77777777" w:rsidR="00AC5BCF" w:rsidRDefault="00AC5BCF"/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9DC419" w14:textId="77777777" w:rsidR="00AC5BCF" w:rsidRDefault="00AC5BCF"/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78E9C5" w14:textId="77777777" w:rsidR="00AC5BCF" w:rsidRDefault="00AC5BCF"/>
        </w:tc>
      </w:tr>
      <w:tr w:rsidR="00AC5BCF" w:rsidRPr="00D1579F" w14:paraId="69EA3A46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F0EE13" w14:textId="77777777" w:rsidR="00AC5BCF" w:rsidRPr="00C33ADC" w:rsidRDefault="001F1BB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Раздел 2. ОБЩИЕ  СВЕДЕНИЯ  О  ЯЗЫКЕ </w:t>
            </w:r>
          </w:p>
        </w:tc>
      </w:tr>
      <w:tr w:rsidR="00AC5BCF" w14:paraId="7E109C6B" w14:textId="77777777">
        <w:trPr>
          <w:trHeight w:hRule="exact" w:val="534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CA746F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E19A78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Богатство и выразительность русского языка.</w:t>
            </w:r>
          </w:p>
          <w:p w14:paraId="57EFC6C2" w14:textId="77777777" w:rsidR="00AC5BCF" w:rsidRPr="00C33ADC" w:rsidRDefault="001F1BB6">
            <w:pPr>
              <w:autoSpaceDE w:val="0"/>
              <w:autoSpaceDN w:val="0"/>
              <w:spacing w:before="20" w:after="0" w:line="23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Лингвистика как наука о язык.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A8E029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7DAC5D02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7906F1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0C3713" w14:textId="77777777" w:rsidR="00AC5BCF" w:rsidRDefault="001F1BB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12.09.2022 13.09.2022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DA9A07C" w14:textId="77777777" w:rsidR="00AC5BCF" w:rsidRPr="00C33ADC" w:rsidRDefault="001F1BB6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амостоятельно формулировать обобщения и выводы о словарном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богатстве русского языка.;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основные разделы лингвистики.;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основания для сравнения слова и социальных знаков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(дорожные знаки, знаки сервисов, предупредительные знаки,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математические символы и проч.).;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язык как систему знаков и как средство человеческого общения.;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Выявлять и сравнивать основные единицы языка и речи (в пределах изученного в начальной школе);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Самостоятельно формулировать суждения о красоте и богатстве рус- ского языка на основе проведённого анализа.;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прозаические и поэти- ческие тексты с точки зрения исполь- зования в них изобразительно-вырази- тельных языковых средств; самостоя- тельно формулировать обобщения и выводы о словарном богатстве русского языка.;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основные разделы лингвистики.;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основания для сравнения слова и социальных знаков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(дорожные знаки;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знаки сервисов;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предупреди- тельные знаки;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математические сим- волы и проч.).;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язык как систему знаков и как средство человеческого общения.;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Выявлять и сравнивать основные единицы языка и речи (в пределах изученного в начальной школе);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7E5A96" w14:textId="77777777" w:rsidR="00AC5BCF" w:rsidRDefault="001F1BB6">
            <w:pPr>
              <w:autoSpaceDE w:val="0"/>
              <w:autoSpaceDN w:val="0"/>
              <w:spacing w:before="78" w:after="0" w:line="25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 ;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660667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 /lesson/7621/main/306312/</w:t>
            </w:r>
          </w:p>
        </w:tc>
      </w:tr>
      <w:tr w:rsidR="00AC5BCF" w14:paraId="2E353AB3" w14:textId="77777777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4DB094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7BF368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35CE39" w14:textId="77777777" w:rsidR="00AC5BCF" w:rsidRDefault="00AC5BCF"/>
        </w:tc>
      </w:tr>
      <w:tr w:rsidR="00AC5BCF" w14:paraId="30D9B494" w14:textId="77777777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199E46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Раздел 3. ЯЗЫК И  РЕЧЬ </w:t>
            </w:r>
          </w:p>
        </w:tc>
      </w:tr>
    </w:tbl>
    <w:p w14:paraId="2AF160BE" w14:textId="77777777" w:rsidR="00AC5BCF" w:rsidRDefault="00AC5BCF">
      <w:pPr>
        <w:autoSpaceDE w:val="0"/>
        <w:autoSpaceDN w:val="0"/>
        <w:spacing w:after="0" w:line="14" w:lineRule="exact"/>
      </w:pPr>
    </w:p>
    <w:p w14:paraId="09191DBD" w14:textId="77777777" w:rsidR="00AC5BCF" w:rsidRDefault="00AC5BCF">
      <w:pPr>
        <w:sectPr w:rsidR="00AC5BCF">
          <w:pgSz w:w="16840" w:h="11900"/>
          <w:pgMar w:top="282" w:right="640" w:bottom="880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23967E6E" w14:textId="77777777" w:rsidR="00AC5BCF" w:rsidRDefault="00AC5BC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5210"/>
        <w:gridCol w:w="1082"/>
        <w:gridCol w:w="2222"/>
      </w:tblGrid>
      <w:tr w:rsidR="00AC5BCF" w14:paraId="41E8513A" w14:textId="77777777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7D003A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7E88BC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Язык и речь. Монолог. Диалог.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Полилог.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508211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99AA3FD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91E444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EF1039" w14:textId="77777777" w:rsidR="00AC5BCF" w:rsidRDefault="001F1BB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14.09.2022 16.09.2022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54E1694" w14:textId="77777777" w:rsidR="00AC5BCF" w:rsidRPr="00C33ADC" w:rsidRDefault="001F1BB6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Создавать устные монологические высказывания на основе жизненных наблюдений, чтения научно-учебной, художественной и научно-популярной литературы.;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Создавать устные монологические высказывания на основе жизненных наблюдений;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чтения научно-учебной;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художественной и научно-популярной литературы. 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C4E444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 ;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75B687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/subject/lesson/7622/</w:t>
            </w:r>
          </w:p>
        </w:tc>
      </w:tr>
      <w:tr w:rsidR="00AC5BCF" w14:paraId="15987F06" w14:textId="77777777">
        <w:trPr>
          <w:trHeight w:hRule="exact" w:val="233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810566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B8E009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Речь как деятельность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77AC22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5137FA6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14E156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159EE0" w14:textId="77777777" w:rsidR="00AC5BCF" w:rsidRDefault="001F1BB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19.09.2022 21.09.2022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4C7CA9CD" w14:textId="77777777" w:rsidR="00AC5BCF" w:rsidRPr="00C33ADC" w:rsidRDefault="001F1BB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Устно пересказывать прочитанный или прослушанный текст, в том числе с изменением лица рассказчика.;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Участвовать в диалоге на лингвистические темы (в рамках изученного) и диалоге/полилоге на основе жизненных наблюдений. 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приёмы различных видов аудирования и чтения.;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Устно и письменно формулировать тему и главную мысль прослушанного и прочитанного текста, вопросы по содержанию текста и отвечать на них. ; Анализировать содержание исходного текста, подробно и сжато передавать его в письменной форме.;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Анализировать содержание исходного текста, подробно и сжато передавать его в письменной форме.;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8B00AD" w14:textId="77777777" w:rsidR="00AC5BCF" w:rsidRDefault="001F1BB6">
            <w:pPr>
              <w:autoSpaceDE w:val="0"/>
              <w:autoSpaceDN w:val="0"/>
              <w:spacing w:before="78" w:after="0" w:line="245" w:lineRule="auto"/>
              <w:ind w:right="43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 ;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A5D992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/subject/lesson/7622/</w:t>
            </w:r>
          </w:p>
        </w:tc>
      </w:tr>
      <w:tr w:rsidR="00AC5BCF" w14:paraId="5508025D" w14:textId="77777777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4DB983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D29023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F05560" w14:textId="77777777" w:rsidR="00AC5BCF" w:rsidRDefault="00AC5BCF"/>
        </w:tc>
      </w:tr>
      <w:tr w:rsidR="00AC5BCF" w14:paraId="1B480278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4F965C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4. ТЕКСТ</w:t>
            </w:r>
          </w:p>
        </w:tc>
      </w:tr>
      <w:tr w:rsidR="00AC5BCF" w14:paraId="442EBB7F" w14:textId="77777777">
        <w:trPr>
          <w:trHeight w:hRule="exact" w:val="90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936E2A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F6206B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432"/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Текст и его основные признаки.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Композиционная структура текста.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467692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93FA6BD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EC897B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633850" w14:textId="77777777" w:rsidR="00AC5BCF" w:rsidRDefault="001F1BB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22.09.2022 27.09.2022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373F5A8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1008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основные признаки текста.;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Членить текст на композиционносмысловые части (абзацы).;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A40867" w14:textId="77777777" w:rsidR="00AC5BCF" w:rsidRDefault="001F1BB6">
            <w:pPr>
              <w:autoSpaceDE w:val="0"/>
              <w:autoSpaceDN w:val="0"/>
              <w:spacing w:before="78" w:after="0" w:line="25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 ;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E2FDC7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/subject/lesson/7624/</w:t>
            </w:r>
          </w:p>
        </w:tc>
      </w:tr>
    </w:tbl>
    <w:p w14:paraId="4FDBDFD0" w14:textId="77777777" w:rsidR="00AC5BCF" w:rsidRDefault="00AC5BCF">
      <w:pPr>
        <w:autoSpaceDE w:val="0"/>
        <w:autoSpaceDN w:val="0"/>
        <w:spacing w:after="0" w:line="14" w:lineRule="exact"/>
      </w:pPr>
    </w:p>
    <w:p w14:paraId="4125FEE3" w14:textId="77777777" w:rsidR="00AC5BCF" w:rsidRDefault="00AC5BCF">
      <w:pPr>
        <w:sectPr w:rsidR="00AC5BCF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69B01983" w14:textId="77777777" w:rsidR="00AC5BCF" w:rsidRDefault="00AC5BC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5210"/>
        <w:gridCol w:w="1082"/>
        <w:gridCol w:w="2222"/>
      </w:tblGrid>
      <w:tr w:rsidR="00AC5BCF" w14:paraId="6BF73EEF" w14:textId="77777777">
        <w:trPr>
          <w:trHeight w:hRule="exact" w:val="63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CFA8A2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8513DC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Функциональносмысловые типы речи. Повествование как тип речи. </w:t>
            </w:r>
          </w:p>
          <w:p w14:paraId="3C57C3ED" w14:textId="77777777" w:rsidR="00AC5BCF" w:rsidRDefault="001F1BB6">
            <w:pPr>
              <w:autoSpaceDE w:val="0"/>
              <w:autoSpaceDN w:val="0"/>
              <w:spacing w:before="20" w:after="0" w:line="247" w:lineRule="auto"/>
              <w:ind w:left="72" w:right="144"/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Рассказ. Смысловой анализ текста. Информационная переработка текста.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Редактирование текста.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042F3F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19536B0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5FDD9E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C5F4E0" w14:textId="77777777" w:rsidR="00AC5BCF" w:rsidRDefault="001F1BB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28.09.2022 03.10.2022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61502697" w14:textId="77777777" w:rsidR="00AC5BCF" w:rsidRPr="00C33ADC" w:rsidRDefault="001F1BB6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и 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функциональносмысловому типу речи.; Устанавливать взаимосвязь описанных в тексте событий, явлений,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процессов.;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Создавать тексты, опираясь на знание основных признаков текста,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особенностей функционально-смысловых типов речи, функциональных разновидностей языка (в рамках изученного).;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Создавать тексты функционально-смыслового типа речи (повествование) с опорой на жизненный и читательский опыт; тексты с опорой на сюжетную картину.;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Восстанавливать деформированный текст, корректировать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восстановленный текст с опорой на образец.;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Составлять план текста (простой, сложный) и пересказывать его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содержание по плану в устной и письменной форме, в том числе с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изменением лица рассказчика.;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Представлять сообщение на заданную тему в виде презентации.;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Создавать текст электронной презентации с учётом внеязыковых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требований, предъявляемых к ней, и в соответствии со спецификой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употребления языковых средств.;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Редактировать собственные/созданные другими обучающимися тексты с целью совершенствования их содержания: оценивать достоверность фактического материала, анализировать текст с точки зрения целостности, связности, информативности.;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Сопоставлять исходный и отредактированный тексты.;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Корректировать исходный текст с опорой на знание норм современного русского литературного языка (в пределах изученного).;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E55A4D" w14:textId="77777777" w:rsidR="00AC5BCF" w:rsidRDefault="001F1BB6">
            <w:pPr>
              <w:autoSpaceDE w:val="0"/>
              <w:autoSpaceDN w:val="0"/>
              <w:spacing w:before="78" w:after="0" w:line="252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Сочинение;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 ;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C627F2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 /lesson/7624/</w:t>
            </w:r>
          </w:p>
        </w:tc>
      </w:tr>
      <w:tr w:rsidR="00AC5BCF" w14:paraId="5E148FD1" w14:textId="77777777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3656BB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A9F9CF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E144AD" w14:textId="77777777" w:rsidR="00AC5BCF" w:rsidRDefault="00AC5BCF"/>
        </w:tc>
      </w:tr>
      <w:tr w:rsidR="00AC5BCF" w14:paraId="45605619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DE1F37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5. ФУНКЦИОНАЛЬНЫЕ  РАЗНОВИДНОСТИ  ЯЗЫКА</w:t>
            </w:r>
          </w:p>
        </w:tc>
      </w:tr>
      <w:tr w:rsidR="00AC5BCF" w14:paraId="1AB1637A" w14:textId="77777777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D3E41C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E2D6A5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5154ED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A33F1E5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D3CA51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053D05" w14:textId="77777777" w:rsidR="00AC5BCF" w:rsidRDefault="001F1BB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04.10.2022 05.10.2022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902E07A" w14:textId="77777777" w:rsidR="00AC5BCF" w:rsidRPr="00C33ADC" w:rsidRDefault="001F1BB6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тексты, принадлежащие к разным функциональным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разновидностям языка: определять сферу использования и соотносить её с той или иной разновидностью языка.;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6A854E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изложение ;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88EB23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/subject/lesson/7622/</w:t>
            </w:r>
          </w:p>
        </w:tc>
      </w:tr>
      <w:tr w:rsidR="00AC5BCF" w14:paraId="6AAF94BC" w14:textId="77777777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41F6EB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AA66AB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318B08" w14:textId="77777777" w:rsidR="00AC5BCF" w:rsidRDefault="00AC5BCF"/>
        </w:tc>
      </w:tr>
      <w:tr w:rsidR="00AC5BCF" w14:paraId="6357EBB7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E9E089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Раздел 6. СИСТЕМА ЯЗЫКА </w:t>
            </w:r>
          </w:p>
        </w:tc>
      </w:tr>
      <w:tr w:rsidR="00AC5BCF" w14:paraId="2E85E015" w14:textId="77777777">
        <w:trPr>
          <w:trHeight w:hRule="exact" w:val="205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FAC6BD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A712C8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Фонетика. Графика. Орфоэпия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885F7E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BC440A3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F07B36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B3CA32" w14:textId="77777777" w:rsidR="00AC5BCF" w:rsidRDefault="001F1BB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06.10.2022 12.10.2022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2609225" w14:textId="77777777" w:rsidR="00AC5BCF" w:rsidRPr="00C33ADC" w:rsidRDefault="001F1BB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смыслоразличительную функцию звука речи в слове; приводить примеры.;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звуки речи по заданным характеристикам.;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звуковой состав слова.;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Классифицировать звуки по заданным признакам.;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ударные и безударные гласные, звонкие и глухие, твёрдые и мягкие согласные.;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с помощью элементов транскрипции особенности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произношения и написания слов.;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Сравнивать звуковой и буквенный составы слова.;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D34ED6" w14:textId="77777777" w:rsidR="00AC5BCF" w:rsidRPr="00C33ADC" w:rsidRDefault="001F1BB6">
            <w:pPr>
              <w:autoSpaceDE w:val="0"/>
              <w:autoSpaceDN w:val="0"/>
              <w:spacing w:before="78" w:after="0" w:line="252" w:lineRule="auto"/>
              <w:ind w:left="7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работа 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сочинение;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проверочная работа.</w:t>
            </w:r>
          </w:p>
          <w:p w14:paraId="5E8446D3" w14:textId="77777777" w:rsidR="00AC5BCF" w:rsidRDefault="001F1BB6">
            <w:pPr>
              <w:autoSpaceDE w:val="0"/>
              <w:autoSpaceDN w:val="0"/>
              <w:spacing w:before="18" w:after="0" w:line="245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 ;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9DF9D3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/subject/lesson/7625/</w:t>
            </w:r>
          </w:p>
        </w:tc>
      </w:tr>
    </w:tbl>
    <w:p w14:paraId="60F24398" w14:textId="77777777" w:rsidR="00AC5BCF" w:rsidRDefault="00AC5BCF">
      <w:pPr>
        <w:autoSpaceDE w:val="0"/>
        <w:autoSpaceDN w:val="0"/>
        <w:spacing w:after="0" w:line="14" w:lineRule="exact"/>
      </w:pPr>
    </w:p>
    <w:p w14:paraId="49180060" w14:textId="77777777" w:rsidR="00AC5BCF" w:rsidRDefault="00AC5BCF">
      <w:pPr>
        <w:sectPr w:rsidR="00AC5BCF">
          <w:pgSz w:w="16840" w:h="11900"/>
          <w:pgMar w:top="284" w:right="640" w:bottom="406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38D33AC4" w14:textId="77777777" w:rsidR="00AC5BCF" w:rsidRDefault="00AC5BC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5210"/>
        <w:gridCol w:w="1082"/>
        <w:gridCol w:w="2222"/>
      </w:tblGrid>
      <w:tr w:rsidR="00AC5BCF" w14:paraId="13A62CF1" w14:textId="77777777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824D84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E49267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Орфография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D13DE7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7040A181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80C2DA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C0221A" w14:textId="77777777" w:rsidR="00AC5BCF" w:rsidRDefault="001F1BB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13.10.2022 14.10.2022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DE9117E" w14:textId="77777777" w:rsidR="00AC5BCF" w:rsidRPr="00C33ADC" w:rsidRDefault="001F1BB6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Оперировать понятием «орфограмма» и различать буквенные и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небуквенные орфограммы при проведении орфографического анализа слова.;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изученные орфограммы.;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знания по орфографии в практике правописания (в том числе применять знания о правописании разделительных ъ и ь).;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Находить и использовать необходимую информацию.;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50E4A4" w14:textId="77777777" w:rsidR="00AC5BCF" w:rsidRDefault="001F1BB6">
            <w:pPr>
              <w:autoSpaceDE w:val="0"/>
              <w:autoSpaceDN w:val="0"/>
              <w:spacing w:before="78" w:after="0" w:line="25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 ;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604791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 /lesson/7626/</w:t>
            </w:r>
          </w:p>
        </w:tc>
      </w:tr>
      <w:tr w:rsidR="00AC5BCF" w14:paraId="0E8714D6" w14:textId="77777777">
        <w:trPr>
          <w:trHeight w:hRule="exact" w:val="33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16D3EB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6.3.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CCCB52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Лексикология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A0C04F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3FE8764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9CE85C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8AF3E2" w14:textId="77777777" w:rsidR="00AC5BCF" w:rsidRDefault="001F1BB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15.10.2022 31.10.2022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49BACC24" w14:textId="77777777" w:rsidR="00AC5BCF" w:rsidRPr="00C33ADC" w:rsidRDefault="001F1BB6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лексическое значение слова разными способами (подбор однокоренных слов; подбор синонимов и антонимов; определение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значения слова по контексту, с помощью толкового словаря);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однозначные и многозначные слова, различать прямое и переносное значения слова.;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прямое и переносное значения слова по заданному признаку.; Распознавать синонимы, антонимы, омонимы.;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многозначные слова и омонимы.;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Уметь правильно употреблять слова-паронимы.;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тематические группы слов, родовые и видовые понятия.; Находить основания для тематической группировки слов.;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Группировать слова по тематическому признаку.;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Проводить лексический анализ слов.;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Находить необходимую информацию в лексических словарях разных видов (толковые словари, словари синонимов, антонимов, омонимов, паронимов) и использовать её;;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364CE8" w14:textId="77777777" w:rsidR="00AC5BCF" w:rsidRPr="00C33ADC" w:rsidRDefault="001F1BB6">
            <w:pPr>
              <w:autoSpaceDE w:val="0"/>
              <w:autoSpaceDN w:val="0"/>
              <w:spacing w:before="78" w:after="0" w:line="252" w:lineRule="auto"/>
              <w:ind w:left="7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 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сочинение;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31333B" w14:textId="77777777" w:rsidR="00AC5BCF" w:rsidRDefault="001F1BB6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https://www.yaklass.ru/p/russky-yazik/5-klass/leksika-13969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/omonimy-sinonimy-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antonimy-13137</w:t>
            </w:r>
          </w:p>
        </w:tc>
      </w:tr>
      <w:tr w:rsidR="00AC5BCF" w14:paraId="323A1D63" w14:textId="77777777">
        <w:trPr>
          <w:trHeight w:hRule="exact" w:val="207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370445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6.4.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ABC38D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Морфемика. Орфография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79D50F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60EF7C4F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80D710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C75E07" w14:textId="77777777" w:rsidR="00AC5BCF" w:rsidRDefault="001F1BB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07.11.2022 19.11.2022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6E6EE485" w14:textId="77777777" w:rsidR="00AC5BCF" w:rsidRPr="00C33ADC" w:rsidRDefault="001F1BB6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морфему как минимальную значимую единицу языка.; Распознавать морфемы в слове (корень, приставку, суффикс, окончание), выделять основу слова.;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чередование звуков в морфемах (в том числе чередование гласных с нулём звука).;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Проводить морфемный анализ слов.;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знания по морфемике при выполнении языкового анализа различных видов и в практике правописания слов с изученными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орфограммами.;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Уместно использовать слова с суффиксами оценки в собственной речи.;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41A213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4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Диктант ;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F39224" w14:textId="77777777" w:rsidR="00AC5BCF" w:rsidRDefault="001F1BB6">
            <w:pPr>
              <w:autoSpaceDE w:val="0"/>
              <w:autoSpaceDN w:val="0"/>
              <w:spacing w:before="78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https://www.yaklass.ru/p/russky-yazik/5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-klass/orfografiia-morfemika-14362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/sostav-slova-13684/re-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4c090432-1f62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-40c0-94d2-320b8c8aeeae</w:t>
            </w:r>
          </w:p>
        </w:tc>
      </w:tr>
      <w:tr w:rsidR="00AC5BCF" w14:paraId="25179A2B" w14:textId="77777777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861C2E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F3F9EA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C73A61" w14:textId="77777777" w:rsidR="00AC5BCF" w:rsidRDefault="00AC5BCF"/>
        </w:tc>
      </w:tr>
      <w:tr w:rsidR="00AC5BCF" w:rsidRPr="00D1579F" w14:paraId="3EC7BD32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823213" w14:textId="77777777" w:rsidR="00AC5BCF" w:rsidRPr="00C33ADC" w:rsidRDefault="001F1B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7. МОРФОЛОГИЯ. КУЛЬТУРА РЕЧИ. ОРФОГРАФИЯ</w:t>
            </w:r>
          </w:p>
        </w:tc>
      </w:tr>
      <w:tr w:rsidR="00AC5BCF" w14:paraId="3E83CF2E" w14:textId="77777777">
        <w:trPr>
          <w:trHeight w:hRule="exact" w:val="30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B20D25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AF0016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Морфология как раздел лингвистики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A315F3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B8DC978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76D14A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47F5C6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21.11.2022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9AC8A5E" w14:textId="77777777" w:rsidR="00AC5BCF" w:rsidRPr="00C33ADC" w:rsidRDefault="001F1BB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и характеризовать особенности грамматического значения слова в отличие от лексического.;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самостоятельные (знаменательные) части речи и их формы в рамках изученного; служебные части речи; междометия,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звукоподражательные слова (общее представление).;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Группировать слова разных частей речи по заданным признакам, находить основания для классификации.;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знания о части речи как лексико-грамматическом разряде слов, о грамматическом значении слова, о системе частей речи в русском языке для решения практико-ориентированных учебных задач.;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имена существительные, имена прилагательные, глаголы.; Проводить морфологический анализ имён существительных, частичный морфологический анализ имён прилагательных, глаголов.;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Применять знания по морфологии при выполнении языкового анализа различных видов в речевой практике.;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44FF08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F8A94D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 /lesson/7623/</w:t>
            </w:r>
          </w:p>
        </w:tc>
      </w:tr>
    </w:tbl>
    <w:p w14:paraId="61AFFA3D" w14:textId="77777777" w:rsidR="00AC5BCF" w:rsidRDefault="00AC5BCF">
      <w:pPr>
        <w:autoSpaceDE w:val="0"/>
        <w:autoSpaceDN w:val="0"/>
        <w:spacing w:after="0" w:line="14" w:lineRule="exact"/>
      </w:pPr>
    </w:p>
    <w:p w14:paraId="371FF0E5" w14:textId="77777777" w:rsidR="00AC5BCF" w:rsidRDefault="00AC5BCF">
      <w:pPr>
        <w:sectPr w:rsidR="00AC5BCF">
          <w:pgSz w:w="16840" w:h="11900"/>
          <w:pgMar w:top="284" w:right="640" w:bottom="310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5F6948E5" w14:textId="77777777" w:rsidR="00AC5BCF" w:rsidRDefault="00AC5BC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5210"/>
        <w:gridCol w:w="1082"/>
        <w:gridCol w:w="2222"/>
      </w:tblGrid>
      <w:tr w:rsidR="00AC5BCF" w14:paraId="367815A2" w14:textId="77777777">
        <w:trPr>
          <w:trHeight w:hRule="exact" w:val="399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1E72DF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29D49D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Имя существительное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CE71B0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49EC40EF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83DC0E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9DC6A5" w14:textId="77777777" w:rsidR="00AC5BCF" w:rsidRDefault="001F1BB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22.11.2022 19.12.2022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7DAA5AD" w14:textId="77777777" w:rsidR="00AC5BCF" w:rsidRPr="00C33ADC" w:rsidRDefault="001F1BB6">
            <w:pPr>
              <w:autoSpaceDE w:val="0"/>
              <w:autoSpaceDN w:val="0"/>
              <w:spacing w:before="78" w:after="0" w:line="254" w:lineRule="auto"/>
              <w:ind w:left="72" w:right="288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и характеризовать общее грамматическое значение,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морфологические признаки и синтаксические функции имени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существительного.;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роль имени существительного в речи.;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и характеризовать лексико- грамматические разряды имён существительных по значению, имена существительные собственные и нарицательные; имена существительные одушевлённые и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неодушевлённые.;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типы склонения имён существительных.;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Выявлять разносклоняемые и несклоняемые имена существительные.; Определять род, число, падеж, тип склонения имён существительных.; Группировать имена существительные по заданным морфологическим признакам.;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Проводить морфологический анализ имён существительных.;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Употреблять имена существительные в соответствии с нормами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словоизменения, произношения, постановки в них ударения (в рамках изученного), употребления несклоняемых имён существительных, согласования прилагательного с существительным общего рода.; Применять нормы правописания имён существительных с изученными орфограммами.;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128961" w14:textId="77777777" w:rsidR="00AC5BCF" w:rsidRDefault="001F1BB6">
            <w:pPr>
              <w:autoSpaceDE w:val="0"/>
              <w:autoSpaceDN w:val="0"/>
              <w:spacing w:before="78" w:after="0" w:line="250" w:lineRule="auto"/>
              <w:ind w:left="74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изложение; сочинение ;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2D3C88" w14:textId="77777777" w:rsidR="00AC5BCF" w:rsidRDefault="001F1BB6">
            <w:pPr>
              <w:autoSpaceDE w:val="0"/>
              <w:autoSpaceDN w:val="0"/>
              <w:spacing w:before="7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https://www.yaklass.ru/p/russky-yazik/5-klass/imia-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sushchestvitelnoe-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14368/pravopisanie-suffiksov-13606</w:t>
            </w:r>
          </w:p>
        </w:tc>
      </w:tr>
      <w:tr w:rsidR="00AC5BCF" w14:paraId="5FA9D1DB" w14:textId="77777777">
        <w:trPr>
          <w:trHeight w:hRule="exact" w:val="426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E2B4BB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7.3.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3C2B59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Имя прилагательное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57BEC4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4B3E18FA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511C5E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BA0B0E" w14:textId="77777777" w:rsidR="00AC5BCF" w:rsidRDefault="001F1BB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20.12.2022 14.01.2023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E46E7CF" w14:textId="77777777" w:rsidR="00AC5BCF" w:rsidRPr="00C33ADC" w:rsidRDefault="001F1BB6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и характеризовать общее грамматическое значение,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морфологические признаки и синтаксические функции имени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прилагательного.;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его роль в речи.;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Правильно склонять имена прилагательные.;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правила правописания безударных окончаний имён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прилагательных.;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полную и краткую формы имён прилагательных.;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правила правописания кратких форм имён прилагательных с основой на шипящий.;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особенности использования имён прилагательных в изучаемых текстах.;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Проводить частичный морфологический анализ имён прилагательных (в рамках изученного).;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нормы словоизменения имён прилагательных, нормы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согласования имён прилагательных с существительными общего рода, неизменяемыми именами существительными; нормы произношения, постановки ударения (в рамках изученного).;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нормы правописания о — е после шипящих и ц в суффиксах и окончаниях имён прилагательных; правописания не с именами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прилагательными.;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37D43A" w14:textId="77777777" w:rsidR="00AC5BCF" w:rsidRDefault="001F1BB6">
            <w:pPr>
              <w:autoSpaceDE w:val="0"/>
              <w:autoSpaceDN w:val="0"/>
              <w:spacing w:before="78" w:after="0" w:line="252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Сочинение;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 ;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D5A1B8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 /lesson/7630/</w:t>
            </w:r>
          </w:p>
        </w:tc>
      </w:tr>
    </w:tbl>
    <w:p w14:paraId="10E49960" w14:textId="77777777" w:rsidR="00AC5BCF" w:rsidRDefault="00AC5BCF">
      <w:pPr>
        <w:autoSpaceDE w:val="0"/>
        <w:autoSpaceDN w:val="0"/>
        <w:spacing w:after="0" w:line="14" w:lineRule="exact"/>
      </w:pPr>
    </w:p>
    <w:p w14:paraId="2CDCB10C" w14:textId="77777777" w:rsidR="00AC5BCF" w:rsidRDefault="00AC5BCF">
      <w:pPr>
        <w:sectPr w:rsidR="00AC5BCF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2980E38A" w14:textId="77777777" w:rsidR="00AC5BCF" w:rsidRDefault="00AC5BC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5210"/>
        <w:gridCol w:w="1082"/>
        <w:gridCol w:w="2222"/>
      </w:tblGrid>
      <w:tr w:rsidR="00AC5BCF" w14:paraId="2576059F" w14:textId="77777777">
        <w:trPr>
          <w:trHeight w:hRule="exact" w:val="515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A5F83A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7.4.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30B3C6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Глагол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6D5939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43048C37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83EFC7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29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9257F3" w14:textId="77777777" w:rsidR="00AC5BCF" w:rsidRDefault="001F1BB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16.01.2023 18.02.2023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944B0AA" w14:textId="77777777" w:rsidR="00AC5BCF" w:rsidRPr="00C33ADC" w:rsidRDefault="001F1BB6">
            <w:pPr>
              <w:autoSpaceDE w:val="0"/>
              <w:autoSpaceDN w:val="0"/>
              <w:spacing w:before="78" w:after="0" w:line="257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и характеризовать общее грамматическое значение,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морфологические признаки и синтаксические функции глагола 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его роль в словосочетании и предложении, а также в речи.; Различать глаголы совершенного и несовершенного вида, возвратные и невозвратные.;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правила правописания -тся и -ться в глаголах; суффиксов -ова-— -ева-, -ыва- — -ива-.;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инфинитив и личные формы глагола, приводить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соответствующие примеры.;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грамматические свойства инфинитива (неопределённой формы) глагола.;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правила использования ь как показателя грамматической формы инфинитива.;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основу инфинитива.;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Выделять основу настоящего (будущего простого) времени глагола.; Определять спряжение глагола, уметь спрягать глаголы.;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Группировать глаголы по типу спряжения.;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правила правописания личных окончаний глагола.;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правила использования ь после шипящих как показателя грамматической формы глагола 2-го лица единственного числа; гласной перед суффиксом -л- в формах прошедшего времени; слитного и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раздельного написания не с глаголами.;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Проводить частичный морфологический анализ глаголов (в рамках изученного).;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Соблюдать нормы словоизменения глаголов, постановки ударения в глагольных формах (в рамках изученного).;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3A23C1" w14:textId="77777777" w:rsidR="00AC5BCF" w:rsidRPr="00C33ADC" w:rsidRDefault="001F1BB6">
            <w:pPr>
              <w:autoSpaceDE w:val="0"/>
              <w:autoSpaceDN w:val="0"/>
              <w:spacing w:before="78" w:after="0" w:line="252" w:lineRule="auto"/>
              <w:ind w:left="7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 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 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сочинение;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 ;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7A78B7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 /lesson/7627/</w:t>
            </w:r>
          </w:p>
        </w:tc>
      </w:tr>
      <w:tr w:rsidR="00AC5BCF" w14:paraId="1B7136C9" w14:textId="77777777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C26DAB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F608D9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70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BE2A7F" w14:textId="77777777" w:rsidR="00AC5BCF" w:rsidRDefault="00AC5BCF"/>
        </w:tc>
      </w:tr>
      <w:tr w:rsidR="00AC5BCF" w:rsidRPr="00D1579F" w14:paraId="41CEF076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4F7F2E" w14:textId="77777777" w:rsidR="00AC5BCF" w:rsidRPr="00C33ADC" w:rsidRDefault="001F1BB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8. СИНТАКСИС. КУЛЬТУРА РЕЧИ. ПУНКТУАЦИЯ</w:t>
            </w:r>
          </w:p>
        </w:tc>
      </w:tr>
      <w:tr w:rsidR="00AC5BCF" w14:paraId="7D283C99" w14:textId="77777777">
        <w:trPr>
          <w:trHeight w:hRule="exact" w:val="167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EBB629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B80DD2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Синтаксис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 пунктуация как разделы лингвистики. </w:t>
            </w:r>
          </w:p>
          <w:p w14:paraId="52F723B4" w14:textId="77777777" w:rsidR="00AC5BCF" w:rsidRDefault="001F1BB6">
            <w:pPr>
              <w:autoSpaceDE w:val="0"/>
              <w:autoSpaceDN w:val="0"/>
              <w:spacing w:before="1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Словосочетание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219850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19DD32CB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F267CB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84AC9D" w14:textId="77777777" w:rsidR="00AC5BCF" w:rsidRDefault="001F1BB6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20.02.2023 21.02.2023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FDEE305" w14:textId="77777777" w:rsidR="00AC5BCF" w:rsidRPr="00C33ADC" w:rsidRDefault="001F1BB6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единицы синтаксиса (словосочетание и предложение).; Определять функции знаков препинания.;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Выделять словосочетания из предложения, распознавать словосочетания по морфологическим свойствам главного слова (именные, глагольные, наречные).;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средства связи слов в словосочетании.;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Определять нарушения норм сочетания слов в составе словосочетания.; Проводить синтаксический анализ словосочетаний (в рамках изученного).;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B80472" w14:textId="77777777" w:rsidR="00AC5BCF" w:rsidRDefault="001F1BB6">
            <w:pPr>
              <w:autoSpaceDE w:val="0"/>
              <w:autoSpaceDN w:val="0"/>
              <w:spacing w:before="76" w:after="0" w:line="25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 ;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8F43C8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 /lesson/7638/</w:t>
            </w:r>
          </w:p>
        </w:tc>
      </w:tr>
    </w:tbl>
    <w:p w14:paraId="0BA9BDFC" w14:textId="77777777" w:rsidR="00AC5BCF" w:rsidRDefault="00AC5BCF">
      <w:pPr>
        <w:autoSpaceDE w:val="0"/>
        <w:autoSpaceDN w:val="0"/>
        <w:spacing w:after="0" w:line="14" w:lineRule="exact"/>
      </w:pPr>
    </w:p>
    <w:p w14:paraId="09EA1E87" w14:textId="77777777" w:rsidR="00AC5BCF" w:rsidRDefault="00AC5BCF">
      <w:pPr>
        <w:sectPr w:rsidR="00AC5BCF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75A1DA6F" w14:textId="77777777" w:rsidR="00AC5BCF" w:rsidRDefault="00AC5BC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5210"/>
        <w:gridCol w:w="1082"/>
        <w:gridCol w:w="2222"/>
      </w:tblGrid>
      <w:tr w:rsidR="00AC5BCF" w14:paraId="745154A6" w14:textId="77777777">
        <w:trPr>
          <w:trHeight w:hRule="exact" w:val="476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45D9C5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C047BC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Простое двусоставное предложение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8CEA15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AFD3253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805605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70DCAE" w14:textId="77777777" w:rsidR="00AC5BCF" w:rsidRDefault="001F1BB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22.02.2023 27.02.2023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60CEB109" w14:textId="77777777" w:rsidR="00AC5BCF" w:rsidRPr="00C33ADC" w:rsidRDefault="001F1BB6">
            <w:pPr>
              <w:autoSpaceDE w:val="0"/>
              <w:autoSpaceDN w:val="0"/>
              <w:spacing w:before="78" w:after="0" w:line="257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предложения по цели высказывания (повествовательные, побудительные, вопросительные), эмоциональной окраске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(восклицательные и невосклицательные), количеству грамматических основ (простые и сложные), наличию второстепенных членов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(распространённые и нераспространённые) и характеризовать их.; Употреблять повествовательные, побудительные, вопросительные, восклицательные предложения в речевой практике, корректируя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интонацию в соответствии с коммуникативной целью высказывания.; Определять главные (грамматическую основу) и второстепенные члены предложения.;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и характеризовать морфологические средства выражения подлежащего (именем существительным или местоимением в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правила постановки тире между подлежащим и сказуемым.; Различать распространённые и нераспространённые предложения, находить основания для сравнения и сравнивать их.;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виды второстепенных членов предложения и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морфологические средства их выражения (в рамках изученного).;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Проводить синтаксический анализ простых двусоставных предложений.;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6A9E74" w14:textId="77777777" w:rsidR="00AC5BCF" w:rsidRPr="00C33ADC" w:rsidRDefault="001F1BB6">
            <w:pPr>
              <w:autoSpaceDE w:val="0"/>
              <w:autoSpaceDN w:val="0"/>
              <w:spacing w:before="78" w:after="0" w:line="254" w:lineRule="auto"/>
              <w:ind w:left="7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 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 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сжатое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изложение;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 ;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4DAF78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 /lesson/7640/</w:t>
            </w:r>
          </w:p>
        </w:tc>
      </w:tr>
      <w:tr w:rsidR="00AC5BCF" w14:paraId="41E62C43" w14:textId="77777777">
        <w:trPr>
          <w:trHeight w:hRule="exact" w:val="382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295E23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8.3.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0D4C0B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Простое осложнённое предложение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2B080F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BE0D48F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4732C3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734141" w14:textId="77777777" w:rsidR="00AC5BCF" w:rsidRDefault="001F1BB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28.02.2023 07.03.2023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19B08FF" w14:textId="77777777" w:rsidR="00AC5BCF" w:rsidRPr="00C33ADC" w:rsidRDefault="001F1BB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и распознавать неосложнённые предложения и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предложения, осложнённые однородными членами или обращением.; Находить в предложении однородные члены и обобщающие слова при них.;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Правильно интонировать эти предложения.;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роль однородных членов предложения в речи.;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Точно использовать слова, обозначающие родовые и видовые понятия, в конструкциях с обобщающим словом при однородных членах.;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Самостоятельно составлять схемы однородных членов в предложениях (по образцу).;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пунктуационные нормы постановки знаков препинания в предложениях с однородными членами и обобщающим словом при них (в рамках изученного).;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в предложении обращение.;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Устанавливать отсутствие грамматической связи обращения с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предложением (обращение не является членом предложения).;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Правильно интонировать предложения с обращением.;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правила пунктуационного оформления обращения.;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Проводить синтаксический анализ простых осложнённых предложений.;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B4E2D3" w14:textId="77777777" w:rsidR="00AC5BCF" w:rsidRDefault="001F1BB6">
            <w:pPr>
              <w:autoSpaceDE w:val="0"/>
              <w:autoSpaceDN w:val="0"/>
              <w:spacing w:before="78" w:after="0" w:line="25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 ;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6E775D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 /lesson/7640/</w:t>
            </w:r>
          </w:p>
        </w:tc>
      </w:tr>
    </w:tbl>
    <w:p w14:paraId="363CDB62" w14:textId="77777777" w:rsidR="00AC5BCF" w:rsidRDefault="00AC5BCF">
      <w:pPr>
        <w:autoSpaceDE w:val="0"/>
        <w:autoSpaceDN w:val="0"/>
        <w:spacing w:after="0" w:line="14" w:lineRule="exact"/>
      </w:pPr>
    </w:p>
    <w:p w14:paraId="57B91EA9" w14:textId="77777777" w:rsidR="00AC5BCF" w:rsidRDefault="00AC5BCF">
      <w:pPr>
        <w:sectPr w:rsidR="00AC5BCF">
          <w:pgSz w:w="16840" w:h="11900"/>
          <w:pgMar w:top="284" w:right="640" w:bottom="1354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73DA0DFC" w14:textId="77777777" w:rsidR="00AC5BCF" w:rsidRDefault="00AC5BC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5210"/>
        <w:gridCol w:w="1082"/>
        <w:gridCol w:w="2222"/>
      </w:tblGrid>
      <w:tr w:rsidR="00AC5BCF" w14:paraId="78ECCC03" w14:textId="77777777">
        <w:trPr>
          <w:trHeight w:hRule="exact" w:val="25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577F86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8.4.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C3FEA3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Сложное предложение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0C8D94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48A042DA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31881A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3F1E4B" w14:textId="77777777" w:rsidR="00AC5BCF" w:rsidRDefault="001F1BB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09.03.2023 14.03.2023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A79FCB6" w14:textId="77777777" w:rsidR="00AC5BCF" w:rsidRPr="00C33ADC" w:rsidRDefault="001F1BB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простые и сложные предложения, сложные предложения и простые, осложнённые однородными членами.;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основания для сравнения.;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Самостоятельно формулировать выводы.;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простые и сложные предложения с точки зрения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количества грамматических основ.;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простые и сложные предложения по самостоятельно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сформулированному основанию.;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Самостоятельно формулировать выводы.;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Применять правила пунктуационного оформления сложных предложений, состоящих из частей, связанных бессоюзной связью и союзами и, но, а, однако, зато, да.;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E0A750" w14:textId="77777777" w:rsidR="00AC5BCF" w:rsidRPr="00C33ADC" w:rsidRDefault="001F1BB6">
            <w:pPr>
              <w:autoSpaceDE w:val="0"/>
              <w:autoSpaceDN w:val="0"/>
              <w:spacing w:before="78" w:after="0" w:line="252" w:lineRule="auto"/>
              <w:ind w:left="7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 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 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сочинение по картине ;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7F6FB3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 /lesson/7652/</w:t>
            </w:r>
          </w:p>
        </w:tc>
      </w:tr>
      <w:tr w:rsidR="00AC5BCF" w14:paraId="47C17A71" w14:textId="77777777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5B92D1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8.5.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1C1BFD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172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Предложения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 прямой речью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6A9E5D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614A2D60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BBA2AC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5CA8C8" w14:textId="77777777" w:rsidR="00AC5BCF" w:rsidRDefault="001F1BB6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15.03.2023 17.03.2023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FC3C3B8" w14:textId="77777777" w:rsidR="00AC5BCF" w:rsidRPr="00C33ADC" w:rsidRDefault="001F1BB6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предложения с прямой речью и сравнивать их с точки зрения позиции слов автора в предложении и пунктуационного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оформления этих предложений.;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Самостоятельно формулировать выводы о пунктуационном оформлении предложений с прямой речью.;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38331F" w14:textId="77777777" w:rsidR="00AC5BCF" w:rsidRDefault="001F1BB6">
            <w:pPr>
              <w:autoSpaceDE w:val="0"/>
              <w:autoSpaceDN w:val="0"/>
              <w:spacing w:before="76" w:after="0" w:line="25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 ;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0E1ED3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 /lesson/7653/</w:t>
            </w:r>
          </w:p>
        </w:tc>
      </w:tr>
      <w:tr w:rsidR="00AC5BCF" w14:paraId="417DD410" w14:textId="77777777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830934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8.6.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050D06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Диалог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D15FB1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950F234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6873C2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2D9C2A" w14:textId="77777777" w:rsidR="00AC5BCF" w:rsidRDefault="001F1BB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18.03.2023 20.03.2023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3CCC410" w14:textId="77777777" w:rsidR="00AC5BCF" w:rsidRPr="00C33ADC" w:rsidRDefault="001F1BB6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Моделировать диалоги на лингвистические темы (в рамках изученного) и темы на основе жизненных наблюдений.;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диалоги в художественных текстах с точки зрения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пунктуационного оформления.;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Самостоятельно формулировать выводы о пунктуационном оформлении диалога.;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Применять правила оформления диалога на письме.;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8A5FC2" w14:textId="77777777" w:rsidR="00AC5BCF" w:rsidRDefault="001F1BB6">
            <w:pPr>
              <w:autoSpaceDE w:val="0"/>
              <w:autoSpaceDN w:val="0"/>
              <w:spacing w:before="78" w:after="0" w:line="25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 ;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8871AD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 /lesson/7653/</w:t>
            </w:r>
          </w:p>
        </w:tc>
      </w:tr>
      <w:tr w:rsidR="00AC5BCF" w14:paraId="275E263B" w14:textId="77777777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3D37F7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98C384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916F0D" w14:textId="77777777" w:rsidR="00AC5BCF" w:rsidRDefault="00AC5BCF"/>
        </w:tc>
      </w:tr>
      <w:tr w:rsidR="00AC5BCF" w14:paraId="6EF37534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ED7D79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Раздел 9. ПОВТОРЕНИЕ </w:t>
            </w:r>
          </w:p>
        </w:tc>
      </w:tr>
      <w:tr w:rsidR="00AC5BCF" w14:paraId="1486E23B" w14:textId="77777777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E43B76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C9E32D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Повторение пройденного материала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1D0FDD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BF654F2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25A295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DAD95E" w14:textId="77777777" w:rsidR="00AC5BCF" w:rsidRDefault="001F1BB6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21.03.2023 25.03.2023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0D19735" w14:textId="77777777" w:rsidR="00AC5BCF" w:rsidRPr="00C33ADC" w:rsidRDefault="001F1BB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Повторить изученный материал. </w:t>
            </w:r>
          </w:p>
          <w:p w14:paraId="23A29E9B" w14:textId="77777777" w:rsidR="00AC5BCF" w:rsidRPr="00C33ADC" w:rsidRDefault="001F1BB6">
            <w:pPr>
              <w:autoSpaceDE w:val="0"/>
              <w:autoSpaceDN w:val="0"/>
              <w:spacing w:before="18" w:after="0" w:line="233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Вспомнить орфограммы по пройденным темам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AB5C54" w14:textId="77777777" w:rsidR="00AC5BCF" w:rsidRPr="00C33ADC" w:rsidRDefault="001F1BB6">
            <w:pPr>
              <w:autoSpaceDE w:val="0"/>
              <w:autoSpaceDN w:val="0"/>
              <w:spacing w:before="76" w:after="0" w:line="252" w:lineRule="auto"/>
              <w:ind w:left="7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 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 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 ;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01C8F3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 /lesson/7705/</w:t>
            </w:r>
          </w:p>
        </w:tc>
      </w:tr>
      <w:tr w:rsidR="00AC5BCF" w14:paraId="234C187C" w14:textId="77777777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A19DA5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297CDC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A7ED6B" w14:textId="77777777" w:rsidR="00AC5BCF" w:rsidRDefault="00AC5BCF"/>
        </w:tc>
      </w:tr>
      <w:tr w:rsidR="00AC5BCF" w14:paraId="69BE42A8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541534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10. ИТОГОВЫЙ КОНТРОЛЬ</w:t>
            </w:r>
          </w:p>
        </w:tc>
      </w:tr>
      <w:tr w:rsidR="00AC5BCF" w14:paraId="2158B251" w14:textId="77777777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100DE8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F2662E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Сочинения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46D7F0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FD6FB3D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711FF6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E4012D" w14:textId="77777777" w:rsidR="00AC5BCF" w:rsidRDefault="001F1BB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15.05.2023 20.05.2023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90DE8E7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259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познавательную задачу.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Планировать необходимые действия.</w:t>
            </w:r>
          </w:p>
          <w:p w14:paraId="75AC9951" w14:textId="77777777" w:rsidR="00AC5BCF" w:rsidRDefault="001F1BB6">
            <w:pPr>
              <w:autoSpaceDE w:val="0"/>
              <w:autoSpaceDN w:val="0"/>
              <w:spacing w:before="2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Проявлять готовность к работе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82A97D" w14:textId="77777777" w:rsidR="00AC5BCF" w:rsidRDefault="00AC5BCF"/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AD245C" w14:textId="77777777" w:rsidR="00AC5BCF" w:rsidRDefault="00AC5BCF"/>
        </w:tc>
      </w:tr>
      <w:tr w:rsidR="00AC5BCF" w:rsidRPr="00D1579F" w14:paraId="0948A4B5" w14:textId="77777777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BD9F8C" w14:textId="77777777" w:rsidR="00AC5BCF" w:rsidRDefault="001F1BB6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9E9AB3" w14:textId="77777777" w:rsidR="00AC5BCF" w:rsidRDefault="001F1BB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Изложения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A17A87" w14:textId="77777777" w:rsidR="00AC5BCF" w:rsidRDefault="001F1BB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7E65B0C" w14:textId="77777777" w:rsidR="00AC5BCF" w:rsidRDefault="001F1BB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3F9235" w14:textId="77777777" w:rsidR="00AC5BCF" w:rsidRDefault="001F1BB6">
            <w:pPr>
              <w:autoSpaceDE w:val="0"/>
              <w:autoSpaceDN w:val="0"/>
              <w:spacing w:before="7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D8D398" w14:textId="77777777" w:rsidR="00AC5BCF" w:rsidRDefault="001F1BB6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22.05.2023 27.05.2023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793A4DF9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Знать понятие темы, основную мысль,тип и стили речи, текст, абзац, микротемы.</w:t>
            </w:r>
          </w:p>
          <w:p w14:paraId="4CCE4EE7" w14:textId="77777777" w:rsidR="00AC5BCF" w:rsidRPr="00C33ADC" w:rsidRDefault="001F1BB6">
            <w:pPr>
              <w:autoSpaceDE w:val="0"/>
              <w:autoSpaceDN w:val="0"/>
              <w:spacing w:before="20" w:after="0" w:line="233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Знать алгоритм написания подробного изложения.</w:t>
            </w:r>
          </w:p>
          <w:p w14:paraId="21B5E117" w14:textId="77777777" w:rsidR="00AC5BCF" w:rsidRPr="00C33ADC" w:rsidRDefault="001F1BB6">
            <w:pPr>
              <w:autoSpaceDE w:val="0"/>
              <w:autoSpaceDN w:val="0"/>
              <w:spacing w:before="18" w:after="0" w:line="233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Уметь подробно воспроизводить чужой текст.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88FBC8" w14:textId="77777777" w:rsidR="00AC5BCF" w:rsidRPr="00C33ADC" w:rsidRDefault="00AC5BCF">
            <w:pPr>
              <w:rPr>
                <w:lang w:val="ru-RU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300BFB" w14:textId="77777777" w:rsidR="00AC5BCF" w:rsidRPr="00C33ADC" w:rsidRDefault="00AC5BCF">
            <w:pPr>
              <w:rPr>
                <w:lang w:val="ru-RU"/>
              </w:rPr>
            </w:pPr>
          </w:p>
        </w:tc>
      </w:tr>
      <w:tr w:rsidR="00AC5BCF" w14:paraId="7EA09912" w14:textId="77777777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E3656E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10.3.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B71736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Контрольные и проверочные работы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023BD3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7BDD2E3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502203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3594E0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28.05.2023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139D094E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432"/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Проверить уровень знаний учащихся после повторения и обобщения изученного.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Выявить пробелы.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7AA418" w14:textId="77777777" w:rsidR="00AC5BCF" w:rsidRDefault="00AC5BCF"/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F5ED62" w14:textId="77777777" w:rsidR="00AC5BCF" w:rsidRDefault="00AC5BCF"/>
        </w:tc>
      </w:tr>
      <w:tr w:rsidR="00AC5BCF" w14:paraId="73348496" w14:textId="77777777">
        <w:trPr>
          <w:trHeight w:hRule="exact" w:val="32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1D4AE3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CED056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1B6668" w14:textId="77777777" w:rsidR="00AC5BCF" w:rsidRDefault="00AC5BCF"/>
        </w:tc>
      </w:tr>
    </w:tbl>
    <w:p w14:paraId="40CF6268" w14:textId="77777777" w:rsidR="00AC5BCF" w:rsidRDefault="00AC5BCF">
      <w:pPr>
        <w:autoSpaceDE w:val="0"/>
        <w:autoSpaceDN w:val="0"/>
        <w:spacing w:after="0" w:line="14" w:lineRule="exact"/>
      </w:pPr>
    </w:p>
    <w:p w14:paraId="6EFF099E" w14:textId="77777777" w:rsidR="00AC5BCF" w:rsidRDefault="00AC5BCF">
      <w:pPr>
        <w:sectPr w:rsidR="00AC5BCF">
          <w:pgSz w:w="16840" w:h="11900"/>
          <w:pgMar w:top="284" w:right="640" w:bottom="460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4920EA6F" w14:textId="77777777" w:rsidR="00AC5BCF" w:rsidRDefault="00AC5BC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350"/>
        <w:gridCol w:w="528"/>
        <w:gridCol w:w="1106"/>
        <w:gridCol w:w="1140"/>
        <w:gridCol w:w="9378"/>
      </w:tblGrid>
      <w:tr w:rsidR="00AC5BCF" w14:paraId="00208E44" w14:textId="77777777">
        <w:trPr>
          <w:trHeight w:hRule="exact" w:val="520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CE7DDE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720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BF6373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356F64A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33419C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158</w:t>
            </w:r>
          </w:p>
        </w:tc>
        <w:tc>
          <w:tcPr>
            <w:tcW w:w="9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68D782" w14:textId="77777777" w:rsidR="00AC5BCF" w:rsidRDefault="00AC5BCF"/>
        </w:tc>
      </w:tr>
    </w:tbl>
    <w:p w14:paraId="7BFE79E0" w14:textId="77777777" w:rsidR="00AC5BCF" w:rsidRDefault="00AC5BCF">
      <w:pPr>
        <w:autoSpaceDE w:val="0"/>
        <w:autoSpaceDN w:val="0"/>
        <w:spacing w:after="0" w:line="14" w:lineRule="exact"/>
      </w:pPr>
    </w:p>
    <w:p w14:paraId="6C9688E6" w14:textId="77777777" w:rsidR="00AC5BCF" w:rsidRDefault="00AC5BCF">
      <w:pPr>
        <w:sectPr w:rsidR="00AC5BCF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660ED7D0" w14:textId="77777777" w:rsidR="00AC5BCF" w:rsidRDefault="00AC5BCF">
      <w:pPr>
        <w:autoSpaceDE w:val="0"/>
        <w:autoSpaceDN w:val="0"/>
        <w:spacing w:after="424" w:line="220" w:lineRule="exact"/>
      </w:pPr>
    </w:p>
    <w:p w14:paraId="627A34EE" w14:textId="77777777" w:rsidR="00AC5BCF" w:rsidRDefault="001F1BB6">
      <w:pPr>
        <w:autoSpaceDE w:val="0"/>
        <w:autoSpaceDN w:val="0"/>
        <w:spacing w:after="258" w:line="230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770"/>
        <w:gridCol w:w="528"/>
        <w:gridCol w:w="1106"/>
        <w:gridCol w:w="1140"/>
        <w:gridCol w:w="864"/>
        <w:gridCol w:w="1574"/>
        <w:gridCol w:w="4886"/>
        <w:gridCol w:w="1238"/>
      </w:tblGrid>
      <w:tr w:rsidR="00AC5BCF" w14:paraId="386D01CF" w14:textId="77777777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4D7DA9" w14:textId="77777777" w:rsidR="00AC5BCF" w:rsidRDefault="001F1BB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3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DA5ECA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Тема урока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732D2C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98B6E5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AD34B9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Контролируемые элементы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содержания</w:t>
            </w:r>
          </w:p>
        </w:tc>
        <w:tc>
          <w:tcPr>
            <w:tcW w:w="4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CC8CA1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Проверяемые элементы содержания</w:t>
            </w:r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3BB3CA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</w:tr>
      <w:tr w:rsidR="00AC5BCF" w14:paraId="76543693" w14:textId="77777777">
        <w:trPr>
          <w:trHeight w:hRule="exact" w:val="542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B293B" w14:textId="77777777" w:rsidR="00AC5BCF" w:rsidRDefault="00AC5BCF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99DC5" w14:textId="77777777" w:rsidR="00AC5BCF" w:rsidRDefault="00AC5BCF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46402C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1894E7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153ABF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B84DA" w14:textId="77777777" w:rsidR="00AC5BCF" w:rsidRDefault="00AC5BCF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4ACBD" w14:textId="77777777" w:rsidR="00AC5BCF" w:rsidRDefault="00AC5BCF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386C7" w14:textId="77777777" w:rsidR="00AC5BCF" w:rsidRDefault="00AC5BCF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6825F" w14:textId="77777777" w:rsidR="00AC5BCF" w:rsidRDefault="00AC5BCF"/>
        </w:tc>
      </w:tr>
      <w:tr w:rsidR="00AC5BCF" w14:paraId="7CA7DF3B" w14:textId="77777777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BE8ADC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E1CB4E" w14:textId="77777777" w:rsidR="00AC5BCF" w:rsidRPr="00C33ADC" w:rsidRDefault="001F1BB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41175A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298B05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C728EB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797AA3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62B30D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Анализ текста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7BF2E3" w14:textId="77777777" w:rsidR="00AC5BCF" w:rsidRPr="00C33ADC" w:rsidRDefault="001F1BB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2196ED" w14:textId="77777777" w:rsidR="00AC5BCF" w:rsidRDefault="001F1BB6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0E684CD7" w14:textId="77777777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2BD22B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2A9FA6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Лингвистика как наука о языке. Язык как знаковая система и средство человеческого общения.</w:t>
            </w:r>
          </w:p>
          <w:p w14:paraId="013B8FF4" w14:textId="77777777" w:rsidR="00AC5BCF" w:rsidRPr="00C33ADC" w:rsidRDefault="001F1BB6">
            <w:pPr>
              <w:autoSpaceDE w:val="0"/>
              <w:autoSpaceDN w:val="0"/>
              <w:spacing w:before="18" w:after="0" w:line="245" w:lineRule="auto"/>
              <w:ind w:left="72" w:right="288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Основные единицы языка и речи: звук, морфема, слово, словосочетание, предложение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0E45A7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92F27B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6D43AE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CA52BC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D4DF20" w14:textId="77777777" w:rsidR="00AC5BCF" w:rsidRDefault="00AC5BCF"/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808685" w14:textId="77777777" w:rsidR="00AC5BCF" w:rsidRPr="00C33ADC" w:rsidRDefault="001F1BB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Лингвистика как наука о языке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B5897D" w14:textId="77777777" w:rsidR="00AC5BCF" w:rsidRDefault="001F1BB6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1F3202D0" w14:textId="77777777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589212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E89EB2" w14:textId="77777777" w:rsidR="00AC5BCF" w:rsidRPr="00C33ADC" w:rsidRDefault="001F1B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Повторение изученного в начальной школе.</w:t>
            </w:r>
          </w:p>
          <w:p w14:paraId="391CEA8E" w14:textId="77777777" w:rsidR="00AC5BCF" w:rsidRPr="00C33ADC" w:rsidRDefault="001F1BB6">
            <w:pPr>
              <w:autoSpaceDE w:val="0"/>
              <w:autoSpaceDN w:val="0"/>
              <w:spacing w:before="20" w:after="0" w:line="245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Орфография. Правописание гласных и согласных в корне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5F25E6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3DBA00" w14:textId="77777777" w:rsidR="00AC5BCF" w:rsidRDefault="00AC5BCF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157CD9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636B6C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1CD8DD" w14:textId="77777777" w:rsidR="00AC5BCF" w:rsidRPr="00C33ADC" w:rsidRDefault="001F1BB6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Правописание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корней. Морфемный анализ слова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B86CD3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2016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Буквенные и небуквенные орфограммы Понятие «орфограмма».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33D2FD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53712D93" w14:textId="77777777">
        <w:trPr>
          <w:trHeight w:hRule="exact" w:val="188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A2A34D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5FB496" w14:textId="77777777" w:rsidR="00AC5BCF" w:rsidRPr="00C33ADC" w:rsidRDefault="001F1B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Повторение изученного в начальной школе.</w:t>
            </w:r>
          </w:p>
          <w:p w14:paraId="009FC2C0" w14:textId="77777777" w:rsidR="00AC5BCF" w:rsidRPr="00C33ADC" w:rsidRDefault="001F1BB6">
            <w:pPr>
              <w:autoSpaceDE w:val="0"/>
              <w:autoSpaceDN w:val="0"/>
              <w:spacing w:before="20" w:after="0" w:line="245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Орфография. Правописание разделительного мягкого (ь) и разделительного твёрдого (ъ) знаков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FEF494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F9876A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CCD4F2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122B92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1E49D9" w14:textId="77777777" w:rsidR="00AC5BCF" w:rsidRPr="00C33ADC" w:rsidRDefault="001F1BB6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Употребление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разделительного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мягкого (ь) и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разделительного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твёрдого (ъ) знаков Фонетический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 слова.</w:t>
            </w:r>
          </w:p>
          <w:p w14:paraId="4703BA16" w14:textId="77777777" w:rsidR="00AC5BCF" w:rsidRDefault="001F1BB6">
            <w:pPr>
              <w:autoSpaceDE w:val="0"/>
              <w:autoSpaceDN w:val="0"/>
              <w:spacing w:before="1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Морфемный анализ слова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06B6EE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2016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Буквенные и небуквенные орфограммы Понятие «орфограмма».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A4B99B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5D496B29" w14:textId="77777777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EE3812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E9D1F2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144"/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Повторение изученного в начальной школе.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Состав слова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280EB9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C9B8EF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C8679E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3BD41E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4553D2" w14:textId="77777777" w:rsidR="00AC5BCF" w:rsidRDefault="001F1BB6">
            <w:pPr>
              <w:autoSpaceDE w:val="0"/>
              <w:autoSpaceDN w:val="0"/>
              <w:spacing w:before="76" w:after="0" w:line="245" w:lineRule="auto"/>
              <w:ind w:right="288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Значимые части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слова (морфемы)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AD7FBA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Виды морфем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09AD48" w14:textId="77777777" w:rsidR="00AC5BCF" w:rsidRDefault="001F1BB6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:rsidRPr="00D1579F" w14:paraId="3FF7D0A4" w14:textId="77777777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A0FE96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53BE3A" w14:textId="77777777" w:rsidR="00AC5BCF" w:rsidRPr="00C33ADC" w:rsidRDefault="001F1B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Повторение изученного в начальной школе.</w:t>
            </w:r>
          </w:p>
          <w:p w14:paraId="1AB5629B" w14:textId="77777777" w:rsidR="00AC5BCF" w:rsidRPr="00C33ADC" w:rsidRDefault="001F1BB6">
            <w:pPr>
              <w:autoSpaceDE w:val="0"/>
              <w:autoSpaceDN w:val="0"/>
              <w:spacing w:before="20" w:after="0" w:line="245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Морфология. Самостоятельные и служебные части речи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949C3E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3AB863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C07AD8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3571E1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5EB488" w14:textId="77777777" w:rsidR="00AC5BCF" w:rsidRPr="00C33ADC" w:rsidRDefault="001F1B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Морфология.</w:t>
            </w:r>
          </w:p>
          <w:p w14:paraId="22409F8C" w14:textId="77777777" w:rsidR="00AC5BCF" w:rsidRPr="00C33ADC" w:rsidRDefault="001F1BB6">
            <w:pPr>
              <w:autoSpaceDE w:val="0"/>
              <w:autoSpaceDN w:val="0"/>
              <w:spacing w:before="20" w:after="0" w:line="247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Самостоятельные и служебные части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речи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35850B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144"/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Грамматическое значение слова. Части речи как лексико-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грамматические разряды слов.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Система частей речи в русском языке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3DBFE7" w14:textId="77777777" w:rsidR="00AC5BCF" w:rsidRPr="00C33ADC" w:rsidRDefault="001F1BB6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использованием«Оценочного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 ;</w:t>
            </w:r>
          </w:p>
        </w:tc>
      </w:tr>
      <w:tr w:rsidR="00AC5BCF" w14:paraId="14AAF853" w14:textId="77777777">
        <w:trPr>
          <w:trHeight w:hRule="exact" w:val="241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0C079C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8CB1F4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720"/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Повторение изученного в начальной школе.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Синтаксис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93C604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206243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66AA3C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9DB06B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85AC92" w14:textId="77777777" w:rsidR="00AC5BCF" w:rsidRPr="00C33ADC" w:rsidRDefault="001F1BB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Второстепенные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члены предложения Синтаксис. Виды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предложений по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цели высказывания и по эмоциональной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окраске.</w:t>
            </w:r>
          </w:p>
          <w:p w14:paraId="6A3A439D" w14:textId="77777777" w:rsidR="00AC5BCF" w:rsidRPr="00C33ADC" w:rsidRDefault="001F1BB6">
            <w:pPr>
              <w:autoSpaceDE w:val="0"/>
              <w:autoSpaceDN w:val="0"/>
              <w:spacing w:before="18" w:after="0" w:line="250" w:lineRule="auto"/>
              <w:ind w:left="72" w:right="43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Подлежащее и сказуемое как главные члены предложения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40D180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Виды предложений по цели высказывания и по эмоциональной окраске.</w:t>
            </w:r>
          </w:p>
          <w:p w14:paraId="49B1F1D1" w14:textId="77777777" w:rsidR="00AC5BCF" w:rsidRDefault="001F1BB6">
            <w:pPr>
              <w:autoSpaceDE w:val="0"/>
              <w:autoSpaceDN w:val="0"/>
              <w:spacing w:before="20" w:after="0" w:line="247" w:lineRule="auto"/>
              <w:ind w:left="72" w:right="720"/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Второстепенные члены предложения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Подлежащее и сказуемое как главные члены предложения.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Синтаксис.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96C25B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</w:tbl>
    <w:p w14:paraId="7E0544C4" w14:textId="77777777" w:rsidR="00AC5BCF" w:rsidRDefault="00AC5BCF">
      <w:pPr>
        <w:autoSpaceDE w:val="0"/>
        <w:autoSpaceDN w:val="0"/>
        <w:spacing w:after="0" w:line="14" w:lineRule="exact"/>
      </w:pPr>
    </w:p>
    <w:p w14:paraId="2B2C1162" w14:textId="77777777" w:rsidR="00AC5BCF" w:rsidRDefault="00AC5BCF">
      <w:pPr>
        <w:sectPr w:rsidR="00AC5BCF">
          <w:pgSz w:w="16840" w:h="11900"/>
          <w:pgMar w:top="644" w:right="640" w:bottom="436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54A3B1F2" w14:textId="77777777" w:rsidR="00AC5BCF" w:rsidRDefault="00AC5BC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770"/>
        <w:gridCol w:w="528"/>
        <w:gridCol w:w="1106"/>
        <w:gridCol w:w="1140"/>
        <w:gridCol w:w="864"/>
        <w:gridCol w:w="1574"/>
        <w:gridCol w:w="4886"/>
        <w:gridCol w:w="1238"/>
      </w:tblGrid>
      <w:tr w:rsidR="00AC5BCF" w14:paraId="640585D0" w14:textId="77777777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EE667C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DE6729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Речь устная и письменная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2847A4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513DD0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BD293C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E3A003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7E7C4B" w14:textId="77777777" w:rsidR="00AC5BCF" w:rsidRDefault="00AC5BCF"/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72FD9F" w14:textId="77777777" w:rsidR="00AC5BCF" w:rsidRPr="00C33ADC" w:rsidRDefault="001F1B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Речь устная и письменная, монологическая и диалогическая, полилог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789554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4E969325" w14:textId="77777777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EB75A6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0D2929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Монолог. Диалог. Полилог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F0EB27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7A082A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981AA8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439258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5228B6" w14:textId="77777777" w:rsidR="00AC5BCF" w:rsidRPr="00C33ADC" w:rsidRDefault="001F1BB6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Отбор языковых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средств в тексте в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зависимости от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темы, цели, адресата и ситуации общения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F0B9F0" w14:textId="77777777" w:rsidR="00AC5BCF" w:rsidRPr="00C33ADC" w:rsidRDefault="001F1B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Речь устная и письменная, монологическая и диалогическая, полилог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1A14A3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29C101E0" w14:textId="77777777">
        <w:trPr>
          <w:trHeight w:hRule="exact" w:val="169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97DBCB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D7BD0F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Речевые формулы приветствия, прощания, просьбы, благодарности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7CB8C7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C95E71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38FF13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9E5690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6BCA46" w14:textId="77777777" w:rsidR="00AC5BCF" w:rsidRPr="00C33ADC" w:rsidRDefault="001F1BB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Овладение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основными нормами речевого этикета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Отбор языковых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средств в тексте в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зависимости от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темы, цели, адресата и ситуации общения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3BB1DA" w14:textId="77777777" w:rsidR="00AC5BCF" w:rsidRPr="00C33ADC" w:rsidRDefault="001F1B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Речевые формулы приветствия, прощания, просьбы, благодарности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22CA8B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6F7B0BBC" w14:textId="77777777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71BDDF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8E097F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Виды речевой деятельности (говорение, слушание, чтение, письмо), их особенности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0F4624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02E0B2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72CBD5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026293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8C8416" w14:textId="77777777" w:rsidR="00AC5BCF" w:rsidRPr="00C33ADC" w:rsidRDefault="001F1BB6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Отбор языковых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средств в тексте в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зависимости от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темы, цели, адресата и ситуации общения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B3FBEF" w14:textId="77777777" w:rsidR="00AC5BCF" w:rsidRPr="00C33ADC" w:rsidRDefault="001F1BB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Речь устная и письменная, монологическая и диалогическая, полилог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D4E5A7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08D6FF7C" w14:textId="77777777">
        <w:trPr>
          <w:trHeight w:hRule="exact" w:val="111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7E23DB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326C71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Виды аудирования: выборочное, ознакомительное, детальное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76E366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FE8A4F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0CD2C4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FE696B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1EFAE6" w14:textId="77777777" w:rsidR="00AC5BCF" w:rsidRPr="00C33ADC" w:rsidRDefault="001F1BB6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Отбор языковых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средств в тексте в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зависимости от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темы, цели, адресата и ситуации общения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8C18E7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Подробное и сжатое изложение содержания текста. Изложение содержание текста с изменением лица рассказчика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A43D79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5E7CDDE2" w14:textId="77777777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13F830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250F80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720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Виды чтения: изучающее, ознакомительное, просмотровое, поисковое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D04E9C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64777D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48AE76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599340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72C271" w14:textId="77777777" w:rsidR="00AC5BCF" w:rsidRPr="00C33ADC" w:rsidRDefault="001F1BB6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Отбор языковых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средств в тексте в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зависимости от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темы, цели, адресата и ситуации общения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9A1868" w14:textId="77777777" w:rsidR="00AC5BCF" w:rsidRPr="00C33ADC" w:rsidRDefault="00AC5BCF">
            <w:pPr>
              <w:rPr>
                <w:lang w:val="ru-RU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A71FD5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26BD73A6" w14:textId="77777777">
        <w:trPr>
          <w:trHeight w:hRule="exact" w:val="118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590715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71A49F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576"/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Понятие о тексте. Тема, главная мысль текста.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Микротемы текста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C52221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BB38EF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8406DC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07FE30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AF5039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Текст как речевое произведение.</w:t>
            </w:r>
          </w:p>
          <w:p w14:paraId="3EA5A447" w14:textId="77777777" w:rsidR="00AC5BCF" w:rsidRPr="00C33ADC" w:rsidRDefault="001F1BB6">
            <w:pPr>
              <w:autoSpaceDE w:val="0"/>
              <w:autoSpaceDN w:val="0"/>
              <w:spacing w:before="18" w:after="0" w:line="250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Смысловая и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композиционная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целостность текста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9BFE26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left="72" w:right="158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Понятие о тексте. Основные признаки текста. Тема и главная мысль текста, микротема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71E726" w14:textId="77777777" w:rsidR="00AC5BCF" w:rsidRDefault="001F1BB6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0B5C3383" w14:textId="77777777">
        <w:trPr>
          <w:trHeight w:hRule="exact" w:val="111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0A6EC9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48F9CD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Композиционная структура текста. Абзац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A3ECB7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BCE7A6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0F8381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34A82E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24CF05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Текст как речевое произведение.</w:t>
            </w:r>
          </w:p>
          <w:p w14:paraId="1326B249" w14:textId="77777777" w:rsidR="00AC5BCF" w:rsidRPr="00C33ADC" w:rsidRDefault="001F1BB6">
            <w:pPr>
              <w:autoSpaceDE w:val="0"/>
              <w:autoSpaceDN w:val="0"/>
              <w:spacing w:before="20" w:after="0" w:line="247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Смысловая и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композиционная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целостность текста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92483A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Абзац как средство членения текста на композиционно-смысловые части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E9AB44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02D4B4E2" w14:textId="77777777">
        <w:trPr>
          <w:trHeight w:hRule="exact" w:val="732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30D9F7" w14:textId="77777777" w:rsidR="00AC5BCF" w:rsidRDefault="001F1BB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</w:t>
            </w:r>
          </w:p>
        </w:tc>
        <w:tc>
          <w:tcPr>
            <w:tcW w:w="377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26CD78" w14:textId="77777777" w:rsidR="00AC5BCF" w:rsidRPr="00C33ADC" w:rsidRDefault="001F1BB6">
            <w:pPr>
              <w:autoSpaceDE w:val="0"/>
              <w:autoSpaceDN w:val="0"/>
              <w:spacing w:before="74" w:after="0" w:line="23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A54E70" w14:textId="77777777" w:rsidR="00AC5BCF" w:rsidRDefault="001F1BB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BEC9FE" w14:textId="77777777" w:rsidR="00AC5BCF" w:rsidRDefault="001F1BB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581508" w14:textId="77777777" w:rsidR="00AC5BCF" w:rsidRDefault="001F1BB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2B7BD7" w14:textId="77777777" w:rsidR="00AC5BCF" w:rsidRDefault="001F1BB6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23.09.2022</w:t>
            </w: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3AE030" w14:textId="77777777" w:rsidR="00AC5BCF" w:rsidRPr="00C33ADC" w:rsidRDefault="001F1BB6">
            <w:pPr>
              <w:autoSpaceDE w:val="0"/>
              <w:autoSpaceDN w:val="0"/>
              <w:spacing w:before="74" w:after="0" w:line="250" w:lineRule="auto"/>
              <w:ind w:left="72" w:right="480"/>
              <w:jc w:val="both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Средства связи предложений в тексте</w:t>
            </w:r>
          </w:p>
        </w:tc>
        <w:tc>
          <w:tcPr>
            <w:tcW w:w="488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B77FA8" w14:textId="77777777" w:rsidR="00AC5BCF" w:rsidRPr="00C33ADC" w:rsidRDefault="001F1BB6">
            <w:pPr>
              <w:autoSpaceDE w:val="0"/>
              <w:autoSpaceDN w:val="0"/>
              <w:spacing w:before="74" w:after="0" w:line="250" w:lineRule="auto"/>
              <w:ind w:left="72" w:right="288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Средства связи предложений и частей текста (формы слова, однокоренные слова, синонимы, антонимы, личные местоимения, повтор слова и др.)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A93149" w14:textId="77777777" w:rsidR="00AC5BCF" w:rsidRDefault="001F1BB6">
            <w:pPr>
              <w:autoSpaceDE w:val="0"/>
              <w:autoSpaceDN w:val="0"/>
              <w:spacing w:before="74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743C0AE7" w14:textId="77777777">
        <w:trPr>
          <w:trHeight w:hRule="exact" w:val="90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2C0337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8428E6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22012F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9424D7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5631DD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C3922D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CB863E" w14:textId="77777777" w:rsidR="00AC5BCF" w:rsidRPr="00C33ADC" w:rsidRDefault="001F1BB6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Стили и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функционально-смысловые типы речи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E9AD59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AC0B58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</w:tbl>
    <w:p w14:paraId="3E7B3B40" w14:textId="77777777" w:rsidR="00AC5BCF" w:rsidRDefault="00AC5BCF">
      <w:pPr>
        <w:autoSpaceDE w:val="0"/>
        <w:autoSpaceDN w:val="0"/>
        <w:spacing w:after="0" w:line="14" w:lineRule="exact"/>
      </w:pPr>
    </w:p>
    <w:p w14:paraId="189CDF7E" w14:textId="77777777" w:rsidR="00AC5BCF" w:rsidRDefault="00AC5BCF">
      <w:pPr>
        <w:sectPr w:rsidR="00AC5BCF">
          <w:pgSz w:w="16840" w:h="11900"/>
          <w:pgMar w:top="284" w:right="640" w:bottom="424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5536A510" w14:textId="77777777" w:rsidR="00AC5BCF" w:rsidRDefault="00AC5BC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770"/>
        <w:gridCol w:w="528"/>
        <w:gridCol w:w="1106"/>
        <w:gridCol w:w="1140"/>
        <w:gridCol w:w="864"/>
        <w:gridCol w:w="1574"/>
        <w:gridCol w:w="4886"/>
        <w:gridCol w:w="1238"/>
      </w:tblGrid>
      <w:tr w:rsidR="00AC5BCF" w:rsidRPr="00D1579F" w14:paraId="77D8F122" w14:textId="77777777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672ACF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E2126E" w14:textId="77777777" w:rsidR="00AC5BCF" w:rsidRPr="00C33ADC" w:rsidRDefault="001F1B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Повествование как тип речи. Рассказ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E9C786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98370C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849941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F840E9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DEEC82" w14:textId="77777777" w:rsidR="00AC5BCF" w:rsidRPr="00C33ADC" w:rsidRDefault="001F1BB6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Стили и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функционально-смысловые типы речи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24041B" w14:textId="77777777" w:rsidR="00AC5BCF" w:rsidRPr="00C33ADC" w:rsidRDefault="001F1B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Повествование как тип речи. Рассказ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BE4139" w14:textId="77777777" w:rsidR="00AC5BCF" w:rsidRPr="00C33ADC" w:rsidRDefault="001F1BB6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использованием«Оценочного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 ;</w:t>
            </w:r>
          </w:p>
        </w:tc>
      </w:tr>
      <w:tr w:rsidR="00AC5BCF" w14:paraId="0FAC92B7" w14:textId="77777777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A7A5DA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9289D1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Практикум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BDE6CD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4C1214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5E474E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E26476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34D6A3" w14:textId="77777777" w:rsidR="00AC5BCF" w:rsidRPr="00C33ADC" w:rsidRDefault="001F1BB6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Стили и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функционально-смысловые типы речи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1B07E8" w14:textId="77777777" w:rsidR="00AC5BCF" w:rsidRPr="00C33ADC" w:rsidRDefault="001F1B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Повествование как тип речи. Рассказ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0AF6D9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 ;</w:t>
            </w:r>
          </w:p>
        </w:tc>
      </w:tr>
      <w:tr w:rsidR="00AC5BCF" w14:paraId="4A685838" w14:textId="77777777">
        <w:trPr>
          <w:trHeight w:hRule="exact" w:val="111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852C94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0C0927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Сочинение по сюжетной картине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C7D968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EC6C7B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0A94B5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F7BE7D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29.09.2022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53C058" w14:textId="77777777" w:rsidR="00AC5BCF" w:rsidRPr="00C33ADC" w:rsidRDefault="001F1BB6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Создание текстов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различных стилей и функционально-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смысловых типов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речи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0697E8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FE7200" w14:textId="77777777" w:rsidR="00AC5BCF" w:rsidRDefault="001F1BB6">
            <w:pPr>
              <w:autoSpaceDE w:val="0"/>
              <w:autoSpaceDN w:val="0"/>
              <w:spacing w:before="78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сочинение ;</w:t>
            </w:r>
          </w:p>
        </w:tc>
      </w:tr>
      <w:tr w:rsidR="00AC5BCF" w14:paraId="77D72D85" w14:textId="77777777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0D3D9A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010DF2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Смысловой анализ текста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80BDF4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040697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7DBD99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DF8266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9A91F2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Анализ текста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DDB361" w14:textId="77777777" w:rsidR="00AC5BCF" w:rsidRPr="00C33ADC" w:rsidRDefault="001F1BB6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Смысловой анализ текста: его композиционных особенностей, количества микротем и абзацев, способов и средств связи предложений в тексте; использование языковых средств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выразительности (сравнение, эпитет, олицетворение, метафора)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374823" w14:textId="77777777" w:rsidR="00AC5BCF" w:rsidRDefault="001F1BB6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0FF7826E" w14:textId="77777777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FA3A1C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940223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Смысловой анализ текста. Практикум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22DADE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3374E8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189E4D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7DEEC0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3D227B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Анализ текста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607D48" w14:textId="77777777" w:rsidR="00AC5BCF" w:rsidRPr="00C33ADC" w:rsidRDefault="001F1BB6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Смысловой анализ текста: его композиционных особенностей, количества микротем и абзацев, способов и средств связи предложений в тексте; использование языковых средств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выразительности (сравнение, эпитет, олицетворение, метафора)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B320A0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 ;</w:t>
            </w:r>
          </w:p>
        </w:tc>
      </w:tr>
      <w:tr w:rsidR="00AC5BCF" w14:paraId="4C2C0ABC" w14:textId="77777777">
        <w:trPr>
          <w:trHeight w:hRule="exact" w:val="9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536372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1AC9B5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B8EE90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A4BA91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96259D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2DE92E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5747FA" w14:textId="77777777" w:rsidR="00AC5BCF" w:rsidRPr="00C33ADC" w:rsidRDefault="001F1BB6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Информационная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обработка текстов различных стилей и жанров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71197C" w14:textId="77777777" w:rsidR="00AC5BCF" w:rsidRPr="00C33ADC" w:rsidRDefault="001F1BB6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Информационная переработка текста. Простой и сложный план текста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EB97D1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5D63119C" w14:textId="77777777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A4B805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347CF8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Изложение и его виды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AB182D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CB4746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7A0281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BEB994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04.10.2022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E20FE8" w14:textId="77777777" w:rsidR="00AC5BCF" w:rsidRPr="00C33ADC" w:rsidRDefault="001F1BB6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Информационная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обработка текстов различных стилей и жанров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893520" w14:textId="77777777" w:rsidR="00AC5BCF" w:rsidRPr="00C33ADC" w:rsidRDefault="001F1BB6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Смысловой анализ текста: его композиционных особенностей, количества микротем и абзацев, способов и средств связи предложений в тексте; использование языковых средств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выразительности (сравнение, эпитет, олицетворение, метафора)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C7D5D5" w14:textId="77777777" w:rsidR="00AC5BCF" w:rsidRDefault="001F1BB6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374EBF65" w14:textId="77777777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A78795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0926EA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Функциональные разновидности языка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2692EF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DFAFF2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6DAE95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CF518A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77D294" w14:textId="77777777" w:rsidR="00AC5BCF" w:rsidRPr="00C33ADC" w:rsidRDefault="001F1BB6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Стили и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функционально-смысловые типы речи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D6617E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left="72" w:right="86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Понятие о функциональных разновидностях языка (общее представление)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66DD90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 ;</w:t>
            </w:r>
          </w:p>
        </w:tc>
      </w:tr>
      <w:tr w:rsidR="00AC5BCF" w14:paraId="3BFEAD82" w14:textId="77777777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11569D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34A578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Изложение. Проверочная работа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BCBDAB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C51120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2EE7D1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802C0C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268A26" w14:textId="77777777" w:rsidR="00AC5BCF" w:rsidRPr="00C33ADC" w:rsidRDefault="001F1BB6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Информационная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обработка текстов различных стилей и жанров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8E99B6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Подробное и сжатое изложение содержания текста. Изложение содержание текста с изменением лица рассказчика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ABC704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изложение ;</w:t>
            </w:r>
          </w:p>
        </w:tc>
      </w:tr>
      <w:tr w:rsidR="00AC5BCF" w14:paraId="4A075405" w14:textId="77777777">
        <w:trPr>
          <w:trHeight w:hRule="exact" w:val="111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5331E3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ADAD40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Редактирование текста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DC5DA4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016446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70A979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224AD7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9E09AC" w14:textId="77777777" w:rsidR="00AC5BCF" w:rsidRPr="00C33ADC" w:rsidRDefault="001F1BB6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Отбор языковых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средств в тексте в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зависимости от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темы, цели, адресата и ситуации общения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E5F729" w14:textId="77777777" w:rsidR="00AC5BCF" w:rsidRPr="00C33ADC" w:rsidRDefault="00AC5BCF">
            <w:pPr>
              <w:rPr>
                <w:lang w:val="ru-RU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47940B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3947F8C3" w14:textId="77777777">
        <w:trPr>
          <w:trHeight w:hRule="exact" w:val="90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2F1E8F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B40627" w14:textId="77777777" w:rsidR="00AC5BCF" w:rsidRDefault="001F1BB6">
            <w:pPr>
              <w:autoSpaceDE w:val="0"/>
              <w:autoSpaceDN w:val="0"/>
              <w:spacing w:before="76" w:after="0" w:line="250" w:lineRule="auto"/>
              <w:ind w:left="72" w:right="144"/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Фонетика и графика как разделы лингвистики. Звук как единица языка. Смыслоразличительная роль звука.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Система гласных звуков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5CD478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4FD251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443548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BCEC6A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C66F82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Звуки и буквы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B08F43" w14:textId="77777777" w:rsidR="00AC5BCF" w:rsidRPr="00C33ADC" w:rsidRDefault="001F1BB6">
            <w:pPr>
              <w:autoSpaceDE w:val="0"/>
              <w:autoSpaceDN w:val="0"/>
              <w:spacing w:before="76" w:after="0" w:line="250" w:lineRule="auto"/>
              <w:ind w:left="72" w:right="230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 как единица языка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Система гласных звуков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Смыслоразличительная роль звука. </w:t>
            </w:r>
          </w:p>
          <w:p w14:paraId="6E74F0A7" w14:textId="77777777" w:rsidR="00AC5BCF" w:rsidRPr="00C33ADC" w:rsidRDefault="001F1BB6">
            <w:pPr>
              <w:autoSpaceDE w:val="0"/>
              <w:autoSpaceDN w:val="0"/>
              <w:spacing w:before="18" w:after="0" w:line="233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Фонетика и графика как разделы лингвистики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41257D" w14:textId="77777777" w:rsidR="00AC5BCF" w:rsidRDefault="001F1BB6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</w:tbl>
    <w:p w14:paraId="191F2E34" w14:textId="77777777" w:rsidR="00AC5BCF" w:rsidRDefault="00AC5BCF">
      <w:pPr>
        <w:autoSpaceDE w:val="0"/>
        <w:autoSpaceDN w:val="0"/>
        <w:spacing w:after="0" w:line="14" w:lineRule="exact"/>
      </w:pPr>
    </w:p>
    <w:p w14:paraId="5C3C40CE" w14:textId="77777777" w:rsidR="00AC5BCF" w:rsidRDefault="00AC5BCF">
      <w:pPr>
        <w:sectPr w:rsidR="00AC5BCF">
          <w:pgSz w:w="16840" w:h="11900"/>
          <w:pgMar w:top="284" w:right="640" w:bottom="382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0E8EF65B" w14:textId="77777777" w:rsidR="00AC5BCF" w:rsidRDefault="00AC5BC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770"/>
        <w:gridCol w:w="528"/>
        <w:gridCol w:w="1106"/>
        <w:gridCol w:w="1140"/>
        <w:gridCol w:w="864"/>
        <w:gridCol w:w="1574"/>
        <w:gridCol w:w="4886"/>
        <w:gridCol w:w="1238"/>
      </w:tblGrid>
      <w:tr w:rsidR="00AC5BCF" w14:paraId="1DD3B99B" w14:textId="77777777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8DBA88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29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39B318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Система согласных звуков. Основные выразительные средства фонетики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9888B1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C0DA7F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8B1F12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339C5A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0205FC" w14:textId="77777777" w:rsidR="00AC5BCF" w:rsidRPr="00C33ADC" w:rsidRDefault="001F1BB6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 средств выразительности Звуки и буквы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AC4D7E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Система согласных звуков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25B66A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 ;</w:t>
            </w:r>
          </w:p>
        </w:tc>
      </w:tr>
      <w:tr w:rsidR="00AC5BCF" w14:paraId="0FA6F4C5" w14:textId="77777777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843285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92EF89" w14:textId="77777777" w:rsidR="00AC5BCF" w:rsidRPr="00C33ADC" w:rsidRDefault="001F1B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Слог. Ударение. Свойства русского ударения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FC1EBA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33BC1C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C43F6E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C2672D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FD323E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Фонетический анализ слова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7D48F9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2160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Слог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Ударение. Свойства русского ударения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6520C5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 ;</w:t>
            </w:r>
          </w:p>
        </w:tc>
      </w:tr>
      <w:tr w:rsidR="00AC5BCF" w14:paraId="0BD665A0" w14:textId="77777777">
        <w:trPr>
          <w:trHeight w:hRule="exact" w:val="73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08DCD2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31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0C210E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432"/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Изменение звуков в речевом потоке.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Элементы фонетической транскрипции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5CFBD7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363435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7DAB92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2BE378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C24DDB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Звуки и буквы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31AD8B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2160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Изменение звуков в речевом потоке Элементы фонетической транскрипции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DB5EF3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:rsidRPr="00D1579F" w14:paraId="02166EC7" w14:textId="77777777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055A55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32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6732FD" w14:textId="77777777" w:rsidR="00AC5BCF" w:rsidRDefault="001F1BB6">
            <w:pPr>
              <w:autoSpaceDE w:val="0"/>
              <w:autoSpaceDN w:val="0"/>
              <w:spacing w:before="76" w:after="0" w:line="250" w:lineRule="auto"/>
              <w:ind w:left="72" w:right="144"/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Соотношение звуков и букв. Прописные и строчные буквы. Способы обозначения [й’], мягкости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согласных.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Фонетический анализ слова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1BF206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20890D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368C65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B4BBE9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999C7B" w14:textId="77777777" w:rsidR="00AC5BCF" w:rsidRPr="00C33ADC" w:rsidRDefault="001F1BB6">
            <w:pPr>
              <w:autoSpaceDE w:val="0"/>
              <w:autoSpaceDN w:val="0"/>
              <w:spacing w:before="76" w:after="0" w:line="250" w:lineRule="auto"/>
              <w:ind w:left="72" w:right="524"/>
              <w:jc w:val="both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Звуки и буквы Фонетический анализ слова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14F56D" w14:textId="77777777" w:rsidR="00AC5BCF" w:rsidRPr="00C33ADC" w:rsidRDefault="001F1BB6">
            <w:pPr>
              <w:autoSpaceDE w:val="0"/>
              <w:autoSpaceDN w:val="0"/>
              <w:spacing w:before="76" w:after="0" w:line="250" w:lineRule="auto"/>
              <w:ind w:left="72" w:right="18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Прописные и строчные буквы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Способы обозначения [й`]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Способы обозначения мягкости согласных Элементы фонетической транскрипции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1808CD" w14:textId="77777777" w:rsidR="00AC5BCF" w:rsidRPr="00C33ADC" w:rsidRDefault="001F1BB6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использованием«Оценочного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 ;</w:t>
            </w:r>
          </w:p>
        </w:tc>
      </w:tr>
      <w:tr w:rsidR="00AC5BCF" w14:paraId="632948B9" w14:textId="77777777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A474A7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33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1BF288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Орфоэпия как раздел лингвистики. Основные орфоэпические нормы. Интонация, её функции.</w:t>
            </w:r>
          </w:p>
          <w:p w14:paraId="0433F6F2" w14:textId="77777777" w:rsidR="00AC5BCF" w:rsidRPr="00C33ADC" w:rsidRDefault="001F1BB6">
            <w:pPr>
              <w:autoSpaceDE w:val="0"/>
              <w:autoSpaceDN w:val="0"/>
              <w:spacing w:before="18" w:after="0" w:line="233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Основные элементы интонации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95437B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4AADE8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FE9085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FB263E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F6EFE5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Орфоэпические нормы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5DCFBA" w14:textId="77777777" w:rsidR="00AC5BCF" w:rsidRDefault="00AC5BCF"/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F6DA80" w14:textId="77777777" w:rsidR="00AC5BCF" w:rsidRDefault="001F1BB6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6963DEE6" w14:textId="77777777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D7D472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FE0131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Орфография. Орфограмма. Буквенные и небуквенные орфограммы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807E3C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777793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330995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038866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9480DB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Орфография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201632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432"/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Орфография как раздел лингвистики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Понятие «орфограмма».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Буквенные и небуквенные орфограммы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003E54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6932B311" w14:textId="77777777">
        <w:trPr>
          <w:trHeight w:hRule="exact" w:val="116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6B1B36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35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FFB18C" w14:textId="77777777" w:rsidR="00AC5BCF" w:rsidRPr="00C33ADC" w:rsidRDefault="001F1B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разделительных Ъ и Ь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4B13E9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47B97F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A40D88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A816CA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7F0AF0" w14:textId="77777777" w:rsidR="00AC5BCF" w:rsidRPr="00C33ADC" w:rsidRDefault="001F1BB6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Употребление Ь и Ъ.Фонетический анализ слова.</w:t>
            </w:r>
          </w:p>
          <w:p w14:paraId="6ED384EF" w14:textId="77777777" w:rsidR="00AC5BCF" w:rsidRDefault="001F1BB6">
            <w:pPr>
              <w:autoSpaceDE w:val="0"/>
              <w:autoSpaceDN w:val="0"/>
              <w:spacing w:before="20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Морфемный анализ слова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9FA64E" w14:textId="77777777" w:rsidR="00AC5BCF" w:rsidRPr="00C33ADC" w:rsidRDefault="001F1B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разделительных ъ и ь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BBE450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:rsidRPr="00D1579F" w14:paraId="65A98E40" w14:textId="77777777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0C837E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36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1D5D54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288"/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Повторение тем "Фонетика, графика, орфоэпия", "Орфография".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Проверочная работа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923037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507982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524DAA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7A39A3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021BFA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Фонетический анализ слова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F7FFAB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left="72" w:right="158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Орфография как раздел лингвистики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Фонетика и графика как разделы лингвистики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17FF4A" w14:textId="77777777" w:rsidR="00AC5BCF" w:rsidRPr="00C33ADC" w:rsidRDefault="001F1BB6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 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Устный опрос ; тестирование ;</w:t>
            </w:r>
          </w:p>
        </w:tc>
      </w:tr>
      <w:tr w:rsidR="00AC5BCF" w14:paraId="3BE38529" w14:textId="77777777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C31B52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37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FBEC1C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9DC769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F7EDCC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6A7F1B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9AFA09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771333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Лексическое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значение слова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283C9B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Лексикология как раздел лингвистики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A9DF2D" w14:textId="77777777" w:rsidR="00AC5BCF" w:rsidRDefault="001F1BB6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6F8BC8F7" w14:textId="77777777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783822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38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0E39B4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Основные способы толкования лексического значения слова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C8A7ED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DEFA8C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3EC9B0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CC5674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1D812D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Лексическое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значение слова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F15770" w14:textId="77777777" w:rsidR="00AC5BCF" w:rsidRPr="00C33ADC" w:rsidRDefault="001F1B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Основные способы толкования лексического значения слова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B45774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656412BB" w14:textId="77777777">
        <w:trPr>
          <w:trHeight w:hRule="exact" w:val="73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A9A50A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39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2D4D78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Слова однозначные и многозначные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01D075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A6E680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E5C013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06713F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333748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Лексическое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значение слова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DCA43E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Слова однозначные и многозначные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95BC43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6449832E" w14:textId="77777777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2F7935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40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49C7F5" w14:textId="77777777" w:rsidR="00AC5BCF" w:rsidRPr="00C33ADC" w:rsidRDefault="001F1B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Прямое и переносное значения слова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88FCCF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57864F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C8813C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128A14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47EC58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Лексическое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значение слова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42C5F6" w14:textId="77777777" w:rsidR="00AC5BCF" w:rsidRPr="00C33ADC" w:rsidRDefault="001F1B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Прямое и переносное значения слов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B1279C" w14:textId="77777777" w:rsidR="00AC5BCF" w:rsidRDefault="001F1BB6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:rsidRPr="00D1579F" w14:paraId="77E2D02B" w14:textId="77777777">
        <w:trPr>
          <w:trHeight w:hRule="exact" w:val="90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3A710C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41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0FC46F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Тематические группы слов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EF9F88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C7E9A5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5B0C1F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ECEF69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A95A13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Лексический анализ слова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F156F5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Тематические группы слов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A1B67F" w14:textId="77777777" w:rsidR="00AC5BCF" w:rsidRPr="00C33ADC" w:rsidRDefault="001F1BB6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использованием«Оценочного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 ;</w:t>
            </w:r>
          </w:p>
        </w:tc>
      </w:tr>
    </w:tbl>
    <w:p w14:paraId="5358FE00" w14:textId="77777777" w:rsidR="00AC5BCF" w:rsidRPr="00C33ADC" w:rsidRDefault="00AC5BCF">
      <w:pPr>
        <w:autoSpaceDE w:val="0"/>
        <w:autoSpaceDN w:val="0"/>
        <w:spacing w:after="0" w:line="14" w:lineRule="exact"/>
        <w:rPr>
          <w:lang w:val="ru-RU"/>
        </w:rPr>
      </w:pPr>
    </w:p>
    <w:p w14:paraId="181533EC" w14:textId="77777777" w:rsidR="00AC5BCF" w:rsidRPr="00C33ADC" w:rsidRDefault="00AC5BCF">
      <w:pPr>
        <w:rPr>
          <w:lang w:val="ru-RU"/>
        </w:rPr>
        <w:sectPr w:rsidR="00AC5BCF" w:rsidRPr="00C33ADC">
          <w:pgSz w:w="16840" w:h="11900"/>
          <w:pgMar w:top="284" w:right="640" w:bottom="490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0075AA1F" w14:textId="77777777" w:rsidR="00AC5BCF" w:rsidRPr="00C33ADC" w:rsidRDefault="00AC5BCF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770"/>
        <w:gridCol w:w="528"/>
        <w:gridCol w:w="1106"/>
        <w:gridCol w:w="1140"/>
        <w:gridCol w:w="864"/>
        <w:gridCol w:w="1574"/>
        <w:gridCol w:w="4886"/>
        <w:gridCol w:w="1238"/>
      </w:tblGrid>
      <w:tr w:rsidR="00AC5BCF" w14:paraId="1BBB4C90" w14:textId="77777777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0C2261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42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8FC925" w14:textId="77777777" w:rsidR="00AC5BCF" w:rsidRPr="00C33ADC" w:rsidRDefault="001F1B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Обозначение родовых и видовых понятий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245094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342A30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4346E8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041975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517BE9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Лексический анализ слова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0B94C0" w14:textId="77777777" w:rsidR="00AC5BCF" w:rsidRPr="00C33ADC" w:rsidRDefault="001F1B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Обозначение родовых и видовых понятий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56745F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Зачет;</w:t>
            </w:r>
          </w:p>
        </w:tc>
      </w:tr>
      <w:tr w:rsidR="00AC5BCF" w14:paraId="02E906BF" w14:textId="77777777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74E116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43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EC12B6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Синонимы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96A48F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33F6FD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971743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642686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26E3EF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 w:right="730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Синонимы.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Антонимы.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Омонимы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030809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Синонимы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5834A8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20CACF9B" w14:textId="77777777">
        <w:trPr>
          <w:trHeight w:hRule="exact" w:val="73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B48EA6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44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D15829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Антонимы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301648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D38587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B63674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53D2A4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C49088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 w:right="730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Синонимы.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Антонимы.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Омонимы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E978A9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Антонимы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C6E1A2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3EA9DE48" w14:textId="77777777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8B394A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45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218667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Омонимы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2DF1F1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A759D4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2E0B75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7A617F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FAFE62" w14:textId="77777777" w:rsidR="00AC5BCF" w:rsidRDefault="001F1BB6">
            <w:pPr>
              <w:autoSpaceDE w:val="0"/>
              <w:autoSpaceDN w:val="0"/>
              <w:spacing w:before="76" w:after="0" w:line="250" w:lineRule="auto"/>
              <w:ind w:left="72" w:right="730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Синонимы.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Антонимы.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Омонимы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FDC6BF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Омонимы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BE82BA" w14:textId="77777777" w:rsidR="00AC5BCF" w:rsidRDefault="001F1BB6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25B993F4" w14:textId="77777777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C1394A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46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BF8A26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Паронимы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23AB79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76085D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2BB599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E271F1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3A0FB4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Лексический анализ слова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794E9F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Паронимы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CA08A0" w14:textId="77777777" w:rsidR="00AC5BCF" w:rsidRDefault="001F1BB6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0D3BA72A" w14:textId="77777777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6DC976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47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D69B32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Разные виды лексических словарей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0C9326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75E54E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EACCA3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B940E4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FB1CBB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Лексический анализ слова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8A0ABA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Разные виды лексических словарей и их роль в овладении словарным богатством родного языка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CA556B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 ;</w:t>
            </w:r>
          </w:p>
        </w:tc>
      </w:tr>
      <w:tr w:rsidR="00AC5BCF" w14:paraId="057E02CC" w14:textId="77777777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88C010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48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3CFC6E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Строение словарной статьи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ACE0E7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3CC8B1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EC3924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590A40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EAE995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Лексический анализ слова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0FB2AC" w14:textId="77777777" w:rsidR="00AC5BCF" w:rsidRPr="00C33ADC" w:rsidRDefault="001F1B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Лексический анализ слова (в рамках изученного)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465D81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3BD90120" w14:textId="77777777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3DF2FF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49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A004E4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Лексический анализ слова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E87A04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9DC777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F9FC2A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4BD298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DAC3F2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Лексический анализ слова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9BF3A0" w14:textId="77777777" w:rsidR="00AC5BCF" w:rsidRPr="00C33ADC" w:rsidRDefault="001F1B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Лексический анализ слова (в рамках изученного)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DE43B9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 ;</w:t>
            </w:r>
          </w:p>
        </w:tc>
      </w:tr>
      <w:tr w:rsidR="00AC5BCF" w14:paraId="229F3027" w14:textId="77777777">
        <w:trPr>
          <w:trHeight w:hRule="exact" w:val="111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0CF847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50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9D727D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Сочинение. Рассказ о событии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3E162D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E5A46D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E1A889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0B7FCA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32310F" w14:textId="77777777" w:rsidR="00AC5BCF" w:rsidRPr="00C33ADC" w:rsidRDefault="001F1BB6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Создание текстов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различных стилей и функционально-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смысловых типов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речи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911400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B8E7BD" w14:textId="77777777" w:rsidR="00AC5BCF" w:rsidRDefault="001F1BB6">
            <w:pPr>
              <w:autoSpaceDE w:val="0"/>
              <w:autoSpaceDN w:val="0"/>
              <w:spacing w:before="78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сочинение ;</w:t>
            </w:r>
          </w:p>
        </w:tc>
      </w:tr>
      <w:tr w:rsidR="00AC5BCF" w14:paraId="682FDFD1" w14:textId="77777777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07109F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51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159667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Повторение темы "Лексикология ". Проверочная работа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37C3CF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5FC69A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52B2B9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9F4690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62D69C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Лексический анализ слова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CFDF68" w14:textId="77777777" w:rsidR="00AC5BCF" w:rsidRPr="00C33ADC" w:rsidRDefault="001F1BB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Лексический анализ слова (в рамках изученного)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BA9696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 ;</w:t>
            </w:r>
          </w:p>
        </w:tc>
      </w:tr>
      <w:tr w:rsidR="00AC5BCF" w14:paraId="26FE020E" w14:textId="77777777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AA4146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52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96E6EF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2623C2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36A784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C524DB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23BE5A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4A568A" w14:textId="77777777" w:rsidR="00AC5BCF" w:rsidRDefault="001F1BB6">
            <w:pPr>
              <w:autoSpaceDE w:val="0"/>
              <w:autoSpaceDN w:val="0"/>
              <w:spacing w:before="78" w:after="0" w:line="245" w:lineRule="auto"/>
              <w:ind w:right="288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Значимые части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слова (морфемы)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E6CFC9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1296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Морфема как минимальная значимая единица языка Морфемика как раздел лингвистики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BE4231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56192F90" w14:textId="77777777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A1AC06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53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515352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Основа слова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F6556B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37C18B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08928A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EA95F3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8733BD" w14:textId="77777777" w:rsidR="00AC5BCF" w:rsidRDefault="001F1BB6">
            <w:pPr>
              <w:autoSpaceDE w:val="0"/>
              <w:autoSpaceDN w:val="0"/>
              <w:spacing w:before="78" w:after="0" w:line="245" w:lineRule="auto"/>
              <w:ind w:right="288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Значимые части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слова (морфемы)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D8B6CC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Виды морфем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E9817B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 ;</w:t>
            </w:r>
          </w:p>
        </w:tc>
      </w:tr>
      <w:tr w:rsidR="00AC5BCF" w14:paraId="254EC7D3" w14:textId="77777777">
        <w:trPr>
          <w:trHeight w:hRule="exact" w:val="54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428606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54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1C5E6F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Виды морфем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5FA264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E5968C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CD1F85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3F2708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C91F2C" w14:textId="77777777" w:rsidR="00AC5BCF" w:rsidRDefault="001F1BB6">
            <w:pPr>
              <w:autoSpaceDE w:val="0"/>
              <w:autoSpaceDN w:val="0"/>
              <w:spacing w:before="78" w:after="0" w:line="245" w:lineRule="auto"/>
              <w:ind w:right="288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Значимые части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слова (морфемы)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BD967A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Виды морфем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42A8B3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2E3DEA9A" w14:textId="77777777">
        <w:trPr>
          <w:trHeight w:hRule="exact" w:val="540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54B999" w14:textId="77777777" w:rsidR="00AC5BCF" w:rsidRDefault="001F1BB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55</w:t>
            </w:r>
          </w:p>
        </w:tc>
        <w:tc>
          <w:tcPr>
            <w:tcW w:w="377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611B83" w14:textId="77777777" w:rsidR="00AC5BCF" w:rsidRDefault="001F1BB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Чередование звуков в морфемах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69773C" w14:textId="77777777" w:rsidR="00AC5BCF" w:rsidRDefault="001F1BB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10225F" w14:textId="77777777" w:rsidR="00AC5BCF" w:rsidRDefault="001F1BB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036DBB" w14:textId="77777777" w:rsidR="00AC5BCF" w:rsidRDefault="001F1BB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9562E5" w14:textId="77777777" w:rsidR="00AC5BCF" w:rsidRDefault="001F1BB6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24.11.2022</w:t>
            </w: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FFBB5D" w14:textId="77777777" w:rsidR="00AC5BCF" w:rsidRDefault="001F1BB6">
            <w:pPr>
              <w:autoSpaceDE w:val="0"/>
              <w:autoSpaceDN w:val="0"/>
              <w:spacing w:before="74" w:after="0" w:line="245" w:lineRule="auto"/>
              <w:ind w:right="288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Значимые части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слова (морфемы)</w:t>
            </w:r>
          </w:p>
        </w:tc>
        <w:tc>
          <w:tcPr>
            <w:tcW w:w="488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C3C643" w14:textId="77777777" w:rsidR="00AC5BCF" w:rsidRPr="00C33ADC" w:rsidRDefault="001F1BB6">
            <w:pPr>
              <w:autoSpaceDE w:val="0"/>
              <w:autoSpaceDN w:val="0"/>
              <w:spacing w:before="74" w:after="0" w:line="245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99CC43" w14:textId="77777777" w:rsidR="00AC5BCF" w:rsidRDefault="001F1BB6">
            <w:pPr>
              <w:autoSpaceDE w:val="0"/>
              <w:autoSpaceDN w:val="0"/>
              <w:spacing w:before="74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 ;</w:t>
            </w:r>
          </w:p>
        </w:tc>
      </w:tr>
      <w:tr w:rsidR="00AC5BCF" w14:paraId="11C8E5F0" w14:textId="77777777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5DDBA2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56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BF867A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Морфемный анализ слова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96F21A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D2ABFB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1CA28A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944041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71D953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Морфемный анализ слова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AB2B95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Морфемный анализ слова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B3B239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Тестирование;</w:t>
            </w:r>
          </w:p>
        </w:tc>
      </w:tr>
      <w:tr w:rsidR="00AC5BCF" w14:paraId="3952B4EE" w14:textId="77777777">
        <w:trPr>
          <w:trHeight w:hRule="exact" w:val="71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29E8A0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57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CE240E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корней с безударными проверяемыми и непроверяемыми гласными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4A166F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4B8900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D39553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146034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BB7692" w14:textId="77777777" w:rsidR="00AC5BCF" w:rsidRPr="00C33ADC" w:rsidRDefault="001F1BB6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Правописание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корней. Морфемный анализ слова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C0840D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left="72" w:right="115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корней с безударными проверяемыми и непроверяемыми гласными (в рамках изученного)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96A55E" w14:textId="77777777" w:rsidR="00AC5BCF" w:rsidRDefault="001F1BB6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</w:tbl>
    <w:p w14:paraId="34F3E7A0" w14:textId="77777777" w:rsidR="00AC5BCF" w:rsidRDefault="00AC5BCF">
      <w:pPr>
        <w:autoSpaceDE w:val="0"/>
        <w:autoSpaceDN w:val="0"/>
        <w:spacing w:after="0" w:line="14" w:lineRule="exact"/>
      </w:pPr>
    </w:p>
    <w:p w14:paraId="0C09C4D0" w14:textId="77777777" w:rsidR="00AC5BCF" w:rsidRDefault="00AC5BCF">
      <w:pPr>
        <w:sectPr w:rsidR="00AC5BCF">
          <w:pgSz w:w="16840" w:h="11900"/>
          <w:pgMar w:top="284" w:right="640" w:bottom="376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6DD01150" w14:textId="77777777" w:rsidR="00AC5BCF" w:rsidRDefault="00AC5BC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770"/>
        <w:gridCol w:w="528"/>
        <w:gridCol w:w="1106"/>
        <w:gridCol w:w="1140"/>
        <w:gridCol w:w="864"/>
        <w:gridCol w:w="1574"/>
        <w:gridCol w:w="4886"/>
        <w:gridCol w:w="1238"/>
      </w:tblGrid>
      <w:tr w:rsidR="00AC5BCF" w14:paraId="6FBD7E98" w14:textId="77777777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351B47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58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645E51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Правописание корней с проверяемыми,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непроверяемыми, непроизносимыми согласными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831600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EFF044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E13A9E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92980A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29.11.2022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DF8CE7" w14:textId="77777777" w:rsidR="00AC5BCF" w:rsidRPr="00C33ADC" w:rsidRDefault="001F1BB6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Правописание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корней. Морфемный анализ слова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2D4885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86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корней с проверяемыми и непроверяемыми непроизносимыми согласными (в рамках изученного)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43DE8C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5FCF3AF3" w14:textId="77777777">
        <w:trPr>
          <w:trHeight w:hRule="exact" w:val="9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AE6FF9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59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0A8CE1" w14:textId="77777777" w:rsidR="00AC5BCF" w:rsidRPr="00C33ADC" w:rsidRDefault="001F1B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CB8362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7C12CE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EA3843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7D2A7E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D420E7" w14:textId="77777777" w:rsidR="00AC5BCF" w:rsidRPr="00C33ADC" w:rsidRDefault="001F1BB6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Употребление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гласных букв О/Е (Ё) после шипящих и Ц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FF24F2" w14:textId="77777777" w:rsidR="00AC5BCF" w:rsidRPr="00C33ADC" w:rsidRDefault="001F1B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ё/о после шипящих в корне слова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392863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2D565297" w14:textId="77777777">
        <w:trPr>
          <w:trHeight w:hRule="exact" w:val="768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156614" w14:textId="77777777" w:rsidR="00AC5BCF" w:rsidRDefault="001F1BB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60</w:t>
            </w:r>
          </w:p>
        </w:tc>
        <w:tc>
          <w:tcPr>
            <w:tcW w:w="377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F9D306" w14:textId="77777777" w:rsidR="00AC5BCF" w:rsidRPr="00C33ADC" w:rsidRDefault="001F1BB6">
            <w:pPr>
              <w:autoSpaceDE w:val="0"/>
              <w:autoSpaceDN w:val="0"/>
              <w:spacing w:before="74" w:after="0" w:line="23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неизменяемых на письме приставок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216B24" w14:textId="77777777" w:rsidR="00AC5BCF" w:rsidRDefault="001F1BB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18155F" w14:textId="77777777" w:rsidR="00AC5BCF" w:rsidRDefault="001F1BB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F8E0C9" w14:textId="77777777" w:rsidR="00AC5BCF" w:rsidRDefault="001F1BB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D461DA" w14:textId="77777777" w:rsidR="00AC5BCF" w:rsidRDefault="001F1BB6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01.12.2022</w:t>
            </w: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BAB213" w14:textId="77777777" w:rsidR="00AC5BCF" w:rsidRDefault="001F1BB6">
            <w:pPr>
              <w:autoSpaceDE w:val="0"/>
              <w:autoSpaceDN w:val="0"/>
              <w:spacing w:before="74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Правописание приставок</w:t>
            </w:r>
          </w:p>
        </w:tc>
        <w:tc>
          <w:tcPr>
            <w:tcW w:w="488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4E607C" w14:textId="77777777" w:rsidR="00AC5BCF" w:rsidRPr="00C33ADC" w:rsidRDefault="001F1BB6">
            <w:pPr>
              <w:autoSpaceDE w:val="0"/>
              <w:autoSpaceDN w:val="0"/>
              <w:spacing w:before="74" w:after="0" w:line="230" w:lineRule="auto"/>
              <w:jc w:val="center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неизменяемых на письме приставок и приставок на з (с)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D8703A" w14:textId="77777777" w:rsidR="00AC5BCF" w:rsidRDefault="001F1BB6">
            <w:pPr>
              <w:autoSpaceDE w:val="0"/>
              <w:autoSpaceDN w:val="0"/>
              <w:spacing w:before="74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5F8249D1" w14:textId="77777777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AB2586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61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CB6823" w14:textId="77777777" w:rsidR="00AC5BCF" w:rsidRPr="00C33ADC" w:rsidRDefault="001F1BB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приставок на -З (-С)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66D41E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E44EBA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AD0884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2C8CB7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1F1D61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Правописание приставок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B6BDFF" w14:textId="77777777" w:rsidR="00AC5BCF" w:rsidRPr="00C33ADC" w:rsidRDefault="001F1BB6">
            <w:pPr>
              <w:autoSpaceDE w:val="0"/>
              <w:autoSpaceDN w:val="0"/>
              <w:spacing w:before="76" w:after="0" w:line="233" w:lineRule="auto"/>
              <w:jc w:val="center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неизменяемых на письме приставок и приставок на з (с)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A3BC78" w14:textId="77777777" w:rsidR="00AC5BCF" w:rsidRDefault="001F1BB6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127B5DA1" w14:textId="77777777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56CB71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62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C772D6" w14:textId="77777777" w:rsidR="00AC5BCF" w:rsidRPr="00C33ADC" w:rsidRDefault="001F1BB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Ы — И после приставок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8D4BD7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A3579D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64FA14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DA9527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98C25F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Орфографический анализ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65A21C" w14:textId="77777777" w:rsidR="00AC5BCF" w:rsidRPr="00C33ADC" w:rsidRDefault="001F1BB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ы/и после приставок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08DFB7" w14:textId="77777777" w:rsidR="00AC5BCF" w:rsidRDefault="001F1BB6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53D66EF9" w14:textId="77777777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C39D91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63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80805E" w14:textId="77777777" w:rsidR="00AC5BCF" w:rsidRPr="00C33ADC" w:rsidRDefault="001F1B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Ы — И после Ц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C974EF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97C60B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95904D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CDC0EC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6F0D9B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Орфографический анализ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69AE20" w14:textId="77777777" w:rsidR="00AC5BCF" w:rsidRPr="00C33ADC" w:rsidRDefault="001F1B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ы/и после ц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49F204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064A11D3" w14:textId="77777777">
        <w:trPr>
          <w:trHeight w:hRule="exact" w:val="9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6C3978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64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E5A9D4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Повторение темы "Морфемика. Орфография". Проверочная работа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B0FFCF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528137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33ECBB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0D7BEF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582391" w14:textId="77777777" w:rsidR="00AC5BCF" w:rsidRPr="00C33ADC" w:rsidRDefault="001F1BB6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Морфемный анализ слова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Орфографический анализ слова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593DCE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Морфемика как раздел лингвистики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A4E74C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 ;</w:t>
            </w:r>
          </w:p>
        </w:tc>
      </w:tr>
      <w:tr w:rsidR="00AC5BCF" w14:paraId="352DBEBB" w14:textId="77777777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9A7C81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65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A74B2F" w14:textId="77777777" w:rsidR="00AC5BCF" w:rsidRPr="00C33ADC" w:rsidRDefault="001F1BB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Морфология как раздел лингвистики.</w:t>
            </w:r>
          </w:p>
          <w:p w14:paraId="3BFC409D" w14:textId="77777777" w:rsidR="00AC5BCF" w:rsidRDefault="001F1BB6">
            <w:pPr>
              <w:autoSpaceDE w:val="0"/>
              <w:autoSpaceDN w:val="0"/>
              <w:spacing w:before="18" w:after="0" w:line="250" w:lineRule="auto"/>
              <w:ind w:left="72"/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Грамматическое значение слова, его отличие от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лексического.Части речи как лексико-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грамматические разряды слов.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Система частей речи в русском языке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478826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3EEDB9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32BCD4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82FD23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3605C0" w14:textId="77777777" w:rsidR="00AC5BCF" w:rsidRPr="00C33ADC" w:rsidRDefault="001F1BB6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Самостоятельные и служебные части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речи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876F05" w14:textId="77777777" w:rsidR="00AC5BCF" w:rsidRPr="00C33ADC" w:rsidRDefault="001F1BB6">
            <w:pPr>
              <w:autoSpaceDE w:val="0"/>
              <w:autoSpaceDN w:val="0"/>
              <w:spacing w:before="76" w:after="0" w:line="250" w:lineRule="auto"/>
              <w:ind w:left="72" w:right="115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Грамматическое значение слова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Морфология как раздел лингвистики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Система частей речи в русском языке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Части речи как лексико-грамматические разряды слов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BAC53E" w14:textId="77777777" w:rsidR="00AC5BCF" w:rsidRDefault="001F1BB6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4C1AD4A4" w14:textId="77777777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FAD24B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66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62503A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Имя существительное как часть речи. Роль имени существительного в речи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AC97C4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46F3C0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01D368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1821A2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CF306D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Самостоятельные части речи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8180B8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грамматическое значение, морфологические признаки и синтаксическая роль имени существительного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33D262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 ;</w:t>
            </w:r>
          </w:p>
        </w:tc>
      </w:tr>
      <w:tr w:rsidR="00AC5BCF" w14:paraId="41389160" w14:textId="77777777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5C65A7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67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B49BD9" w14:textId="77777777" w:rsidR="00AC5BCF" w:rsidRPr="00C33ADC" w:rsidRDefault="001F1BB6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Сочинение-фантазия (например, современная сказка)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CBA80E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FADADB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AADF1E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3E80C0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DE3385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Самостоятельные части речи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6B5334" w14:textId="77777777" w:rsidR="00AC5BCF" w:rsidRPr="00C33ADC" w:rsidRDefault="001F1BB6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Общее грамматическое значение, морфологические признаки и синтаксическая роль имени существительного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Речь устная и письменная, монологическая и диалогическая, полилог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63BC38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сочинение ;</w:t>
            </w:r>
          </w:p>
        </w:tc>
      </w:tr>
      <w:tr w:rsidR="00AC5BCF" w14:paraId="2027F5B5" w14:textId="77777777">
        <w:trPr>
          <w:trHeight w:hRule="exact" w:val="109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2DF255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68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B67448" w14:textId="77777777" w:rsidR="00AC5BCF" w:rsidRPr="00C33ADC" w:rsidRDefault="001F1BB6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Лексико-грамматические разряды имён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существительных: имена существительные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собственные и нарицательные, одушевленные и неодушевленные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97B9FC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C6CB7E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797D89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D1C5A9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98DCE0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Самостоятельные части речи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5E8094" w14:textId="77777777" w:rsidR="00AC5BCF" w:rsidRPr="00C33ADC" w:rsidRDefault="001F1BB6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Лексико-грамматические разряды имен существительных Общее грамматическое значение, морфологические признаки и синтаксическая роль имени существительного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776344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 ;</w:t>
            </w:r>
          </w:p>
        </w:tc>
      </w:tr>
      <w:tr w:rsidR="00AC5BCF" w14:paraId="5AE9B218" w14:textId="77777777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09D79A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69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A10749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Правописание собственных имён существительных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A15B46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379206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E9EB4A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F43A11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648340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Самостоятельные части речи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0C2FBA" w14:textId="77777777" w:rsidR="00AC5BCF" w:rsidRPr="00C33ADC" w:rsidRDefault="001F1BB6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Общее грамматическое значение, морфологические признаки и синтаксическая роль имени существительного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собственных имён существительных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8FC79D" w14:textId="77777777" w:rsidR="00AC5BCF" w:rsidRDefault="001F1BB6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5DE71CBD" w14:textId="77777777">
        <w:trPr>
          <w:trHeight w:hRule="exact" w:val="71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621750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70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2534AD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right="576"/>
              <w:jc w:val="center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Род, число, падеж имени существительного (повторение изученного в начальной школе)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6297CD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669432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50449D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651E05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3D5746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Самостоятельные части речи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49C768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Нормы словоизменения, произношения имён существительных, нормы постановки ударения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73DCB7" w14:textId="77777777" w:rsidR="00AC5BCF" w:rsidRDefault="001F1BB6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</w:tbl>
    <w:p w14:paraId="06466AB6" w14:textId="77777777" w:rsidR="00AC5BCF" w:rsidRDefault="00AC5BCF">
      <w:pPr>
        <w:autoSpaceDE w:val="0"/>
        <w:autoSpaceDN w:val="0"/>
        <w:spacing w:after="0" w:line="14" w:lineRule="exact"/>
      </w:pPr>
    </w:p>
    <w:p w14:paraId="567878BF" w14:textId="77777777" w:rsidR="00AC5BCF" w:rsidRDefault="00AC5BCF">
      <w:pPr>
        <w:sectPr w:rsidR="00AC5BCF">
          <w:pgSz w:w="16840" w:h="11900"/>
          <w:pgMar w:top="284" w:right="640" w:bottom="412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66BD0CCE" w14:textId="77777777" w:rsidR="00AC5BCF" w:rsidRDefault="00AC5BC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770"/>
        <w:gridCol w:w="528"/>
        <w:gridCol w:w="1106"/>
        <w:gridCol w:w="1140"/>
        <w:gridCol w:w="864"/>
        <w:gridCol w:w="1574"/>
        <w:gridCol w:w="4886"/>
        <w:gridCol w:w="1238"/>
      </w:tblGrid>
      <w:tr w:rsidR="00AC5BCF" w14:paraId="3543401C" w14:textId="77777777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A1175E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71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0A7DDE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Имена существительные общего рода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8B65EC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D1D205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72E800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3B2E34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685170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Самостоятельные части речи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0919A5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грамматическое значение, морфологические признаки и синтаксическая роль имени существительного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298E41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2A137D9B" w14:textId="77777777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FF4C9C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72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2ADFBA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D5C180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6D5105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CA2108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61FF2E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87684C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Самостоятельные части речи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B8E441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Нормы словоизменения, произношения имён существительных, нормы постановки ударения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1977BD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6D7DD235" w14:textId="77777777">
        <w:trPr>
          <w:trHeight w:hRule="exact" w:val="111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C66505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73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1E561E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Сжатое изложение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DAACEA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287C21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2EBFD9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82DB13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1B2950" w14:textId="77777777" w:rsidR="00AC5BCF" w:rsidRPr="00C33ADC" w:rsidRDefault="001F1BB6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Отбор языковых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средств в тексте в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зависимости от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темы, цели, адресата и ситуации общения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0CD1DB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Подробное и сжатое изложение содержания текста. Изложение содержание текста с изменением лица рассказчика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DB98B2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изложение ;</w:t>
            </w:r>
          </w:p>
        </w:tc>
      </w:tr>
      <w:tr w:rsidR="00AC5BCF" w14:paraId="1A77D01D" w14:textId="77777777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F62AAD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74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CFE639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Типы склонения имён существительных (повторение изученного в начальной школе)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BFD51A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5F095C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F6C9C4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A738A5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3506FA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Самостоятельные части речи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599A62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Типы склонения имён существительных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847B37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 ;</w:t>
            </w:r>
          </w:p>
        </w:tc>
      </w:tr>
      <w:tr w:rsidR="00AC5BCF" w14:paraId="20732171" w14:textId="77777777">
        <w:trPr>
          <w:trHeight w:hRule="exact" w:val="8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77A7EE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75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71FC32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ь на конце имён существительных после шипящих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E506D9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447B5E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3D7207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4C6F2E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51FC1E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Употребление Ь и Ъ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4204E1" w14:textId="77777777" w:rsidR="00AC5BCF" w:rsidRPr="00C33ADC" w:rsidRDefault="001F1BB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ь на конце имён существительных после шипящих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C220DA" w14:textId="77777777" w:rsidR="00AC5BCF" w:rsidRDefault="001F1BB6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50E3A32E" w14:textId="77777777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D6A225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76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176B30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Разносклоняемые имена существительные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77F31E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B6A848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629897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84A8CE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4CB967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Самостоятельные части речи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71AB11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Разносклоняемые имена существительные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BC6E63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7A677753" w14:textId="77777777">
        <w:trPr>
          <w:trHeight w:hRule="exact" w:val="73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F80609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77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0C5772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720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безударных окончаний имён существительных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837187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A71BF6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E896FE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F553F6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A2B4FE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Правописание падежных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окончаний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06700F" w14:textId="77777777" w:rsidR="00AC5BCF" w:rsidRPr="00C33ADC" w:rsidRDefault="001F1B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безударных окончаний имён существительных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05B116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23D6EB26" w14:textId="77777777">
        <w:trPr>
          <w:trHeight w:hRule="exact" w:val="540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599F4A" w14:textId="77777777" w:rsidR="00AC5BCF" w:rsidRDefault="001F1BB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78</w:t>
            </w:r>
          </w:p>
        </w:tc>
        <w:tc>
          <w:tcPr>
            <w:tcW w:w="377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40C8B3" w14:textId="77777777" w:rsidR="00AC5BCF" w:rsidRPr="00C33ADC" w:rsidRDefault="001F1BB6">
            <w:pPr>
              <w:autoSpaceDE w:val="0"/>
              <w:autoSpaceDN w:val="0"/>
              <w:spacing w:before="74" w:after="0" w:line="230" w:lineRule="auto"/>
              <w:jc w:val="center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Имена существительные склоняемые и несклоняемые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606DBD" w14:textId="77777777" w:rsidR="00AC5BCF" w:rsidRDefault="001F1BB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5EEF75" w14:textId="77777777" w:rsidR="00AC5BCF" w:rsidRDefault="001F1BB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1548D3" w14:textId="77777777" w:rsidR="00AC5BCF" w:rsidRDefault="001F1BB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97A103" w14:textId="77777777" w:rsidR="00AC5BCF" w:rsidRDefault="001F1BB6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27.12.2022</w:t>
            </w: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08F289" w14:textId="77777777" w:rsidR="00AC5BCF" w:rsidRDefault="001F1BB6">
            <w:pPr>
              <w:autoSpaceDE w:val="0"/>
              <w:autoSpaceDN w:val="0"/>
              <w:spacing w:before="74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Самостоятельные части речи</w:t>
            </w:r>
          </w:p>
        </w:tc>
        <w:tc>
          <w:tcPr>
            <w:tcW w:w="488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4D7B09" w14:textId="77777777" w:rsidR="00AC5BCF" w:rsidRDefault="001F1BB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Несклоняемые имена существительные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75FF7C" w14:textId="77777777" w:rsidR="00AC5BCF" w:rsidRDefault="001F1BB6">
            <w:pPr>
              <w:autoSpaceDE w:val="0"/>
              <w:autoSpaceDN w:val="0"/>
              <w:spacing w:before="74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 ;</w:t>
            </w:r>
          </w:p>
        </w:tc>
      </w:tr>
      <w:tr w:rsidR="00AC5BCF" w:rsidRPr="00D1579F" w14:paraId="758A3122" w14:textId="77777777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07E601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79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0F55A1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Род несклоняемых имён существительных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54F434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294C3F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5F1988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6327A3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F458A7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Самостоятельные части речи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F9E099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Несклоняемые имена существительные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2A36EF" w14:textId="77777777" w:rsidR="00AC5BCF" w:rsidRPr="00C33ADC" w:rsidRDefault="001F1BB6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использованием«Оценочного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 ;</w:t>
            </w:r>
          </w:p>
        </w:tc>
      </w:tr>
      <w:tr w:rsidR="00AC5BCF" w14:paraId="33C6357F" w14:textId="77777777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8BDC0A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80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853AAE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Морфологический анализ имён существительных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291740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6DDDC5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E1C194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CC4414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5C69BE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Морфологический анализ слова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515385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грамматическое значение, морфологические признаки и синтаксическая роль имени существительного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FE09AE" w14:textId="77777777" w:rsidR="00AC5BCF" w:rsidRDefault="001F1BB6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48622773" w14:textId="77777777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FF2872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81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BF790D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Нормы словоизменения, произношения имён существительных, нормы постановки ударения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93C72F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4D1949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CFDCBD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54029F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F55DEF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Орфоэпические нормы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21814E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Нормы словоизменения, произношения имён существительных, нормы постановки ударения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6A3AE5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72E87645" w14:textId="77777777">
        <w:trPr>
          <w:trHeight w:hRule="exact" w:val="9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9052D2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82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C63FA5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720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О и Е после шипящих и Ц в окончаниях имён существительных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84726E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26EFD5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CB7A40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1DA1BF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D2F493" w14:textId="77777777" w:rsidR="00AC5BCF" w:rsidRPr="00C33ADC" w:rsidRDefault="001F1BB6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Употребление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гласных букв О/Е (Ё) после шипящих и Ц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FDA396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о/е (ё) после шипящих и ц в суффиксах и окончаниях имён существительных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7998D2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68A32F93" w14:textId="77777777">
        <w:trPr>
          <w:trHeight w:hRule="exact" w:val="90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0E27EE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83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1EC0D5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О и Е (Ё) после шипящих и Ц в суффиксах имён существительных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D89062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27D3BE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F31F8D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0E440F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55B323" w14:textId="77777777" w:rsidR="00AC5BCF" w:rsidRPr="00C33ADC" w:rsidRDefault="001F1BB6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Употребление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гласных букв О/Е (Ё) после шипящих и Ц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C62EB2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о/е (ё) после шипящих и ц в суффиксах и окончаниях имён существительных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FA1922" w14:textId="77777777" w:rsidR="00AC5BCF" w:rsidRDefault="001F1BB6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</w:tbl>
    <w:p w14:paraId="57650EEA" w14:textId="77777777" w:rsidR="00AC5BCF" w:rsidRDefault="00AC5BCF">
      <w:pPr>
        <w:autoSpaceDE w:val="0"/>
        <w:autoSpaceDN w:val="0"/>
        <w:spacing w:after="0" w:line="14" w:lineRule="exact"/>
      </w:pPr>
    </w:p>
    <w:p w14:paraId="5AFA1227" w14:textId="77777777" w:rsidR="00AC5BCF" w:rsidRDefault="00AC5BCF">
      <w:pPr>
        <w:sectPr w:rsidR="00AC5BCF">
          <w:pgSz w:w="16840" w:h="11900"/>
          <w:pgMar w:top="284" w:right="640" w:bottom="568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469758A1" w14:textId="77777777" w:rsidR="00AC5BCF" w:rsidRDefault="00AC5BC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770"/>
        <w:gridCol w:w="528"/>
        <w:gridCol w:w="1106"/>
        <w:gridCol w:w="1140"/>
        <w:gridCol w:w="864"/>
        <w:gridCol w:w="1574"/>
        <w:gridCol w:w="4886"/>
        <w:gridCol w:w="1238"/>
      </w:tblGrid>
      <w:tr w:rsidR="00AC5BCF" w14:paraId="6C6F9E00" w14:textId="77777777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2FF8FF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84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7026AD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88A518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32794A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63D11E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5A3F71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40C033" w14:textId="77777777" w:rsidR="00AC5BCF" w:rsidRPr="00C33ADC" w:rsidRDefault="001F1BB6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Правописание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суффиксов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различных частей речи (кроме -Н-/-НН-)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1A1873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720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суффиксов -чик-/-щик-, -ек-/-ик- (-чик-) имён существительных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28EF42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17E039E6" w14:textId="77777777">
        <w:trPr>
          <w:trHeight w:hRule="exact" w:val="111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0D5CEA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85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B23AAC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86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81C521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746B5E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47A9AB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4511FD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CFDCF8" w14:textId="77777777" w:rsidR="00AC5BCF" w:rsidRPr="00C33ADC" w:rsidRDefault="001F1BB6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Правописание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суффиксов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различных частей речи (кроме -Н-/-НН-)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5CE990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720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суффиксов -чик-/-щик-, -ек-/-ик- (-чик-) имён существительных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79207D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 ;</w:t>
            </w:r>
          </w:p>
        </w:tc>
      </w:tr>
      <w:tr w:rsidR="00AC5BCF" w14:paraId="56947077" w14:textId="77777777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19E1E8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86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FC4158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63B26C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C0B0D4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4C7575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42C513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8F2CE4" w14:textId="77777777" w:rsidR="00AC5BCF" w:rsidRPr="00C33ADC" w:rsidRDefault="001F1BB6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Слитное и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раздельное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написание НЕ с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различными частями речи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B9E924" w14:textId="77777777" w:rsidR="00AC5BCF" w:rsidRPr="00C33ADC" w:rsidRDefault="001F1BB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31DA67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 ;</w:t>
            </w:r>
          </w:p>
        </w:tc>
      </w:tr>
      <w:tr w:rsidR="00AC5BCF" w14:paraId="20D76E06" w14:textId="77777777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AB7746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87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0B7D71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корней с чередованием А // О: -ЛАГ-— -ЛОЖ-; -РАСТ- — -РАЩ- — -РОС-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D816B1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EB5873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ACE694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169B73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5662E5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Правописание корней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1CB60B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корней с чередованием о//а: -лаг-/-лож-, -раст-/-ращ-/-рос-, -гор-/-гар-, -зор-/-зар-; -клан-/-клон, -скак-/ -скоч-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80AF71" w14:textId="77777777" w:rsidR="00AC5BCF" w:rsidRDefault="001F1BB6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5B1E6AB5" w14:textId="77777777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A4AC35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88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6F206E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корней с чередованием А // О: -ГАР-— -ГОР-, -ЗАР- — -ЗОР-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3BF81F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AAA723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DAB671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95E6E4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C78A7F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Правописание корней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1929E3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корней с чередованием о//а: -лаг-/-лож-, -раст-/-ращ-/-рос-, -гор-/-гар-, -зор-/-зар-; -клан-/-клон, -скак-/ -скоч-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68DE21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7B793244" w14:textId="77777777">
        <w:trPr>
          <w:trHeight w:hRule="exact" w:val="73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F08FF9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89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D024B6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корней с чередованием А // О: --КЛАН- — -КЛОН-, -СКАК- — -СКОЧ-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1D517A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CB9CCC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4B121A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02610A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517E32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Правописание корней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631B88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корней с чередованием о//а: -лаг-/-лож-, -раст-/-ращ-/-рос-, -гор-/-гар-, -зор-/-зар-; -клан-/-клон, -скак-/ -скоч-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24024E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0D51324B" w14:textId="77777777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8A42ED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90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36716A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576"/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Повторение по теме "Имя существительное".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Проверочная работа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A9B7F7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034B02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61621E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FE034C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D151C0" w14:textId="77777777" w:rsidR="00AC5BCF" w:rsidRPr="00C33ADC" w:rsidRDefault="001F1BB6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Морфологический анализ слова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Орфографический анализ слова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3A161C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грамматическое значение, морфологические признаки и синтаксическая роль имени существительного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6EDE40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 ;</w:t>
            </w:r>
          </w:p>
        </w:tc>
      </w:tr>
      <w:tr w:rsidR="00AC5BCF" w14:paraId="0847CD81" w14:textId="77777777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031014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91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8CCF3F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Имя прилагательное как часть речи. Роль имени прилагательного в речи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F760A7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43CC6C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061855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E07190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715E62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Самостоятельные части речи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3E8A81" w14:textId="77777777" w:rsidR="00AC5BCF" w:rsidRDefault="001F1BB6">
            <w:pPr>
              <w:autoSpaceDE w:val="0"/>
              <w:autoSpaceDN w:val="0"/>
              <w:spacing w:before="76" w:after="0" w:line="250" w:lineRule="auto"/>
              <w:ind w:left="72" w:right="432"/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Общее грамматическое значение, морфологические признаки и синтаксическая роль имени прилагательного.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Роль имени прилагательного в речи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54337C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Тестирование;</w:t>
            </w:r>
          </w:p>
        </w:tc>
      </w:tr>
      <w:tr w:rsidR="00AC5BCF" w14:paraId="39828165" w14:textId="77777777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A37CD8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92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F9400A" w14:textId="77777777" w:rsidR="00AC5BCF" w:rsidRPr="00C33ADC" w:rsidRDefault="001F1BB6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Выборочное изложение (функционально-смысловой тип речи описание, фрагмент из художественного текста)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1A83BF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3CEE22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886D96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E0E829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375079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Самостоятельные части речи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171B3C" w14:textId="77777777" w:rsidR="00AC5BCF" w:rsidRPr="00C33ADC" w:rsidRDefault="001F1B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Роль имени прилагательного в речи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7C8836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изложение ;</w:t>
            </w:r>
          </w:p>
        </w:tc>
      </w:tr>
      <w:tr w:rsidR="00AC5BCF" w14:paraId="0C645B1A" w14:textId="77777777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AACA3E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93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1DA276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Склонение имён прилагательных (повторение изученного в начальной школе)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EE5EF5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BDD1E5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29FF75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39E700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5FA705" w14:textId="77777777" w:rsidR="00AC5BCF" w:rsidRPr="00C33ADC" w:rsidRDefault="001F1BB6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Правописание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падежных и родовых окончаний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973141" w14:textId="77777777" w:rsidR="00AC5BCF" w:rsidRPr="00C33ADC" w:rsidRDefault="001F1B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безударных окончаний имён прилагательных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493433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7FD50DFB" w14:textId="77777777">
        <w:trPr>
          <w:trHeight w:hRule="exact" w:val="734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07AE5E" w14:textId="77777777" w:rsidR="00AC5BCF" w:rsidRDefault="001F1BB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94</w:t>
            </w:r>
          </w:p>
        </w:tc>
        <w:tc>
          <w:tcPr>
            <w:tcW w:w="377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B90F49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left="72" w:right="720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безударных окончаний имён прилагательных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8C33C5" w14:textId="77777777" w:rsidR="00AC5BCF" w:rsidRDefault="001F1BB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AAE026" w14:textId="77777777" w:rsidR="00AC5BCF" w:rsidRDefault="001F1BB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65F037" w14:textId="77777777" w:rsidR="00AC5BCF" w:rsidRDefault="001F1BB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BD42B9" w14:textId="77777777" w:rsidR="00AC5BCF" w:rsidRDefault="001F1BB6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31.01.2023</w:t>
            </w: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B59DC2" w14:textId="77777777" w:rsidR="00AC5BCF" w:rsidRPr="00C33ADC" w:rsidRDefault="001F1BB6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Правописание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падежных и родовых окончаний</w:t>
            </w:r>
          </w:p>
        </w:tc>
        <w:tc>
          <w:tcPr>
            <w:tcW w:w="488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71DA57" w14:textId="77777777" w:rsidR="00AC5BCF" w:rsidRPr="00C33ADC" w:rsidRDefault="001F1BB6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безударных окончаний имён прилагательных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D224A8" w14:textId="77777777" w:rsidR="00AC5BCF" w:rsidRDefault="001F1BB6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4E7B4C0B" w14:textId="77777777">
        <w:trPr>
          <w:trHeight w:hRule="exact" w:val="71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8644EE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95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0F23EB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E1D6D2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FB1812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D745F3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A36C32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7A89D0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Самостоятельные части речи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05CDA0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Полная и краткая формы имён прилагательных, их синтаксическая роль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AE3D88" w14:textId="77777777" w:rsidR="00AC5BCF" w:rsidRDefault="001F1BB6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</w:tbl>
    <w:p w14:paraId="6B212054" w14:textId="77777777" w:rsidR="00AC5BCF" w:rsidRDefault="00AC5BCF">
      <w:pPr>
        <w:autoSpaceDE w:val="0"/>
        <w:autoSpaceDN w:val="0"/>
        <w:spacing w:after="0" w:line="14" w:lineRule="exact"/>
      </w:pPr>
    </w:p>
    <w:p w14:paraId="70E22AA7" w14:textId="77777777" w:rsidR="00AC5BCF" w:rsidRDefault="00AC5BCF">
      <w:pPr>
        <w:sectPr w:rsidR="00AC5BCF">
          <w:pgSz w:w="16840" w:h="11900"/>
          <w:pgMar w:top="284" w:right="640" w:bottom="592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2F8B377D" w14:textId="77777777" w:rsidR="00AC5BCF" w:rsidRDefault="00AC5BC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770"/>
        <w:gridCol w:w="528"/>
        <w:gridCol w:w="1106"/>
        <w:gridCol w:w="1140"/>
        <w:gridCol w:w="864"/>
        <w:gridCol w:w="1574"/>
        <w:gridCol w:w="4886"/>
        <w:gridCol w:w="1238"/>
      </w:tblGrid>
      <w:tr w:rsidR="00AC5BCF" w14:paraId="644BD5B8" w14:textId="77777777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DC82C4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96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915033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кратких форм имён прилагательных с основой на шипящий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BE9ACF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45A859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586487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15752C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3CE290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Орфографический анализ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CC9663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кратких форм имён прилагательных с основой на шипящий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B23945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516CB5AB" w14:textId="77777777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52E2E3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97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D6FFA6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Морфологический анализ имён прилагательных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1A4D56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15A166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DDB900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0EDA8B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E2BA0C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Морфологический анализ слова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083701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 w:right="432"/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Общее грамматическое значение, морфологические признаки и синтаксическая роль имени прилагательного.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Роль имени прилагательного в речи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32D044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 ;</w:t>
            </w:r>
          </w:p>
        </w:tc>
      </w:tr>
      <w:tr w:rsidR="00AC5BCF" w14:paraId="679AB105" w14:textId="77777777">
        <w:trPr>
          <w:trHeight w:hRule="exact" w:val="111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82405B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98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EBB7BA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Подробное изложение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F43E27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012101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5BFE1A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300403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16B564" w14:textId="77777777" w:rsidR="00AC5BCF" w:rsidRPr="00C33ADC" w:rsidRDefault="001F1BB6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Отбор языковых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средств в тексте в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зависимости от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темы, цели, адресата и ситуации общения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39900C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Подробное и сжатое изложение содержания текста. Изложение содержание текста с изменением лица рассказчика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580A94" w14:textId="77777777" w:rsidR="00AC5BCF" w:rsidRDefault="001F1BB6">
            <w:pPr>
              <w:autoSpaceDE w:val="0"/>
              <w:autoSpaceDN w:val="0"/>
              <w:spacing w:before="78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подробное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изложение ;</w:t>
            </w:r>
          </w:p>
        </w:tc>
      </w:tr>
      <w:tr w:rsidR="00AC5BCF" w14:paraId="53F46805" w14:textId="77777777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86042E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99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5B19C0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Нормы произношения имен прилагательных, нормы постановки ударения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F7A7B5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E96CC6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FEAD3C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48D7AD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86CB82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Орфоэпические нормы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3A14E4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Нормы словоизменения, произношения имён прилагательных, постановки ударения (в рамках изученного)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40406C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6350E42A" w14:textId="77777777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475A29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100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5AC8A2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Нормы словоизменения имен прилагательных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CFE4B7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860F9B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117FF4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669AE5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510235" w14:textId="77777777" w:rsidR="00AC5BCF" w:rsidRDefault="001F1BB6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Грамматические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нормы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(морфологические нормы)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CE7BE0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Нормы словоизменения, произношения имён прилагательных, постановки ударения (в рамках изученного)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732B4C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3FA08602" w14:textId="77777777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4E0C21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101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3424E8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Буквы О и Е после шипящих и Ц в окончаниях имён прилагательных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78A6BB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A13497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6B6AD5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EE4F76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6B32CA" w14:textId="77777777" w:rsidR="00AC5BCF" w:rsidRPr="00C33ADC" w:rsidRDefault="001F1BB6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Употребление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гласных букв О/Е (Ё) после шипящих и Ц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884FD0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о/е после шипящих и ц в суффиксах и окончаниях имён прилагательных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6AD600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4C8DE78F" w14:textId="77777777">
        <w:trPr>
          <w:trHeight w:hRule="exact" w:val="95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41C38F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102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F80DB4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Буквы О и Е после шипящих и Ц в суффиксах имён прилагательных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329A8B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5F8C68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9A3751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48E77C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E53758" w14:textId="77777777" w:rsidR="00AC5BCF" w:rsidRPr="00C33ADC" w:rsidRDefault="001F1BB6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Употребление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гласных букв О/Е (Ё) после шипящих и Ц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8906C2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о/е после шипящих и ц в суффиксах и окончаниях имён прилагательных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D50783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1DE871A6" w14:textId="77777777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F930E9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103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D6644A" w14:textId="77777777" w:rsidR="00AC5BCF" w:rsidRPr="00C33ADC" w:rsidRDefault="001F1BB6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О и Е (Ё) после шипящих и Ц в суффиксах и окончаниях имён существительных и прилагательных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D23848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C61458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076D47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F819A0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FC115B" w14:textId="77777777" w:rsidR="00AC5BCF" w:rsidRPr="00C33ADC" w:rsidRDefault="001F1BB6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Употребление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гласных букв О/Е (Ё) после шипящих и Ц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3277D8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о/е после шипящих и ц в суффиксах и окончаниях имён существительных и прилагательных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2C849E" w14:textId="77777777" w:rsidR="00AC5BCF" w:rsidRDefault="001F1BB6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:rsidRPr="00D1579F" w14:paraId="362CD866" w14:textId="77777777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5CB562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104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A766C3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1E31E9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6DA738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B4AE37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8C4788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A0E4D3" w14:textId="77777777" w:rsidR="00AC5BCF" w:rsidRPr="00C33ADC" w:rsidRDefault="001F1BB6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Слитное и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раздельное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написание НЕ с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различными частями речи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776A3D" w14:textId="77777777" w:rsidR="00AC5BCF" w:rsidRPr="00C33ADC" w:rsidRDefault="001F1BB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337C1B" w14:textId="77777777" w:rsidR="00AC5BCF" w:rsidRPr="00C33ADC" w:rsidRDefault="001F1BB6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 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Устный опрос ; зачет ;</w:t>
            </w:r>
          </w:p>
        </w:tc>
      </w:tr>
      <w:tr w:rsidR="00AC5BCF" w14:paraId="437F8F28" w14:textId="77777777">
        <w:trPr>
          <w:trHeight w:hRule="exact" w:val="111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768A8F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105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AE710E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Сочинение-описание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340F83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43DDF2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A66016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C0F74C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DBE724" w14:textId="77777777" w:rsidR="00AC5BCF" w:rsidRPr="00C33ADC" w:rsidRDefault="001F1BB6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Создание текстов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различных стилей и функционально-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смысловых типов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речи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3F2352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3AF96C" w14:textId="77777777" w:rsidR="00AC5BCF" w:rsidRDefault="001F1BB6">
            <w:pPr>
              <w:autoSpaceDE w:val="0"/>
              <w:autoSpaceDN w:val="0"/>
              <w:spacing w:before="78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сочинение-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описание ;</w:t>
            </w:r>
          </w:p>
        </w:tc>
      </w:tr>
      <w:tr w:rsidR="00AC5BCF" w14:paraId="768E64C6" w14:textId="77777777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A3D32B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106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E8BFBC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720"/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Повторение по теме "Имя прилагательное".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Проверочная работа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106217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90018C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980EA3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762E39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D82497" w14:textId="77777777" w:rsidR="00AC5BCF" w:rsidRPr="00C33ADC" w:rsidRDefault="001F1BB6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Морфологический анализ слова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Орфографический анализ слова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0078AB" w14:textId="77777777" w:rsidR="00AC5BCF" w:rsidRDefault="001F1BB6">
            <w:pPr>
              <w:autoSpaceDE w:val="0"/>
              <w:autoSpaceDN w:val="0"/>
              <w:spacing w:before="76" w:after="0" w:line="250" w:lineRule="auto"/>
              <w:ind w:left="72" w:right="432"/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Общее грамматическое значение, морфологические признаки и синтаксическая роль имени прилагательного.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Роль имени прилагательного в речи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21FA5C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Тестирование;</w:t>
            </w:r>
          </w:p>
        </w:tc>
      </w:tr>
      <w:tr w:rsidR="00AC5BCF" w14:paraId="3BC42A6F" w14:textId="77777777">
        <w:trPr>
          <w:trHeight w:hRule="exact" w:val="71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BCF976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107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BB15B0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3BB10A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03BDFF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9CD905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3E788D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A363A1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Самостоятельные части речи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32105A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432"/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Общее грамматическое значение, морфологические признаки и синтаксическая роль глагола.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Роль глагола в речи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A9FFB8" w14:textId="77777777" w:rsidR="00AC5BCF" w:rsidRDefault="001F1BB6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</w:tbl>
    <w:p w14:paraId="6F9CB013" w14:textId="77777777" w:rsidR="00AC5BCF" w:rsidRDefault="00AC5BCF">
      <w:pPr>
        <w:autoSpaceDE w:val="0"/>
        <w:autoSpaceDN w:val="0"/>
        <w:spacing w:after="0" w:line="14" w:lineRule="exact"/>
      </w:pPr>
    </w:p>
    <w:p w14:paraId="691BBB3E" w14:textId="77777777" w:rsidR="00AC5BCF" w:rsidRDefault="00AC5BCF">
      <w:pPr>
        <w:sectPr w:rsidR="00AC5BCF">
          <w:pgSz w:w="16840" w:h="11900"/>
          <w:pgMar w:top="284" w:right="640" w:bottom="292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67EB1A8E" w14:textId="77777777" w:rsidR="00AC5BCF" w:rsidRDefault="00AC5BC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770"/>
        <w:gridCol w:w="528"/>
        <w:gridCol w:w="1106"/>
        <w:gridCol w:w="1140"/>
        <w:gridCol w:w="864"/>
        <w:gridCol w:w="1574"/>
        <w:gridCol w:w="4886"/>
        <w:gridCol w:w="1238"/>
      </w:tblGrid>
      <w:tr w:rsidR="00AC5BCF" w14:paraId="4CE8E392" w14:textId="77777777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669C0B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108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7D1F66" w14:textId="77777777" w:rsidR="00AC5BCF" w:rsidRPr="00C33ADC" w:rsidRDefault="001F1BB6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Инфинитив и его грамматические свойства. Основа инфинитива (прошедшего времени), основа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настоящего(будущего простого) времени глагола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2A57E3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7A4C0C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C4451F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9C8B28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934FA8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Самостоятельные части речи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639681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432"/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Общее грамматическое значение, морфологические признаки и синтаксическая роль глагола.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Роль глагола в речи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91AEBB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1D3B7E60" w14:textId="77777777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6F3541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109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5ABC0E" w14:textId="77777777" w:rsidR="00AC5BCF" w:rsidRPr="00C33ADC" w:rsidRDefault="001F1B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ED3CD5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435F63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AF5904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F6D8A0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E15ABB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Самостоятельные части речи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625AED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Глаголы совершенного и несовершенного вида, возвратные и невозвратные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470946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39E0D3A0" w14:textId="77777777">
        <w:trPr>
          <w:trHeight w:hRule="exact" w:val="73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6BE858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110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BD312D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146C31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87780E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158C46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B33570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160BFE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Самостоятельные части речи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D6BDF5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Глаголы совершенного и несовершенного вида, возвратные и невозвратные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4219B4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76259AC2" w14:textId="77777777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2374AD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111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3FB244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Глаголы возвратные и невозвратные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A6B4FE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7A54DB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163492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EB84CD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529C6A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Самостоятельные части речи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4776BC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432"/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Общее грамматическое значение, морфологические признаки и синтаксическая роль глагола.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Роль глагола в речи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A2D72D" w14:textId="77777777" w:rsidR="00AC5BCF" w:rsidRDefault="001F1BB6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40D9D54E" w14:textId="77777777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AEF446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112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DDD535" w14:textId="77777777" w:rsidR="00AC5BCF" w:rsidRPr="00C33ADC" w:rsidRDefault="001F1BB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-ТСЯ и -ТЬСЯ в глаголах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49196F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61A698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40E4F2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9BD594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5D7B69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Орфографический анализ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5453AC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в глаголах -тся и -ться, суффиксов -ова-/-ева-, -ыва-/-ива-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1AAFDF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 ;</w:t>
            </w:r>
          </w:p>
        </w:tc>
      </w:tr>
      <w:tr w:rsidR="00AC5BCF" w14:paraId="645B21C7" w14:textId="77777777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D8DC43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113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86E8C1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суффиксов -ОВА- — -ЕВА-, -ЫВА- —-ИВА- в глаголах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9C1C09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EC8300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6A690C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4CC73B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83DC0E" w14:textId="77777777" w:rsidR="00AC5BCF" w:rsidRPr="00C33ADC" w:rsidRDefault="001F1BB6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Правописание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суффиксов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различных частей речи (кроме -Н-/-НН-)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9DD2B7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в глаголах -тся и -ться, суффиксов -ова-/-ева-, -ыва-/-ива-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A970DA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 ;</w:t>
            </w:r>
          </w:p>
        </w:tc>
      </w:tr>
      <w:tr w:rsidR="00AC5BCF" w14:paraId="704D38A2" w14:textId="77777777">
        <w:trPr>
          <w:trHeight w:hRule="exact" w:val="111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2BAD2E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114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9F880B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/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Правописание суффиксов -ОВА- — -ЕВА-, -ЫВА- —-ИВА- в глаголах.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Практикум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32C8AA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490438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338AD8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626AA4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A1FE2E" w14:textId="77777777" w:rsidR="00AC5BCF" w:rsidRPr="00C33ADC" w:rsidRDefault="001F1BB6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Правописание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суффиксов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различных частей речи (кроме -Н-/-НН-)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A0F412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в глаголах -тся и -ться, суффиксов -ова-/-ева-, -ыва-/-ива-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C00358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4B85FBBD" w14:textId="77777777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828DBE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115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84ABA1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Изменение глаголов по временам. Настоящее время: значение, образование, употребление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B93820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AAE82E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9A34A2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E1F183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FAED15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Самостоятельные части речи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6604D6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432"/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Общее грамматическое значение, морфологические признаки и синтаксическая роль глагола.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Роль глагола в речи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D46727" w14:textId="77777777" w:rsidR="00AC5BCF" w:rsidRDefault="001F1BB6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:rsidRPr="00D1579F" w14:paraId="195F64EE" w14:textId="77777777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1760D1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116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EA25FE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left="72" w:right="720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Прошедшее время: значение, образование, употребление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C042AF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CB235F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18A749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D68911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551A15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Самостоятельные части речи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D6675A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432"/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Общее грамматическое значение, морфологические признаки и синтаксическая роль глагола.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Роль глагола в речи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47CBB9" w14:textId="77777777" w:rsidR="00AC5BCF" w:rsidRPr="00C33ADC" w:rsidRDefault="001F1BB6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использованием«Оценочного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 ;</w:t>
            </w:r>
          </w:p>
        </w:tc>
      </w:tr>
      <w:tr w:rsidR="00AC5BCF" w14:paraId="5B4419A0" w14:textId="77777777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AFC783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117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85F09E" w14:textId="77777777" w:rsidR="00AC5BCF" w:rsidRPr="00C33ADC" w:rsidRDefault="001F1BB6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Будущее время: значение, образование, употребление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6C92F9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4F2F6E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DB41B0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73D5A7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D843E8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Самостоятельные части речи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B1E5C3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432"/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Общее грамматическое значение, морфологические признаки и синтаксическая роль глагола.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Роль глагола в речи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C83272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2FBBB6EF" w14:textId="77777777">
        <w:trPr>
          <w:trHeight w:hRule="exact" w:val="9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9803A3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118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D06F5E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288"/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Функционально-смысловые типы речи: описание, повествование, рассуждение.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Практикум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4D12E2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DA489D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2060B6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2B105E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1FAF80" w14:textId="77777777" w:rsidR="00AC5BCF" w:rsidRPr="00C33ADC" w:rsidRDefault="001F1BB6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Стили и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функционально-смысловые типы речи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9CBB08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C01393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 ; практическая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 ;</w:t>
            </w:r>
          </w:p>
        </w:tc>
      </w:tr>
      <w:tr w:rsidR="00AC5BCF" w14:paraId="0DCE9642" w14:textId="77777777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65C212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119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D2FED0" w14:textId="77777777" w:rsidR="00AC5BCF" w:rsidRPr="00C33ADC" w:rsidRDefault="001F1BB6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Изменение глаголов по лицам и числам. Типы спряжения глагола (повторение). Разноспрягаемые глаголы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8635F8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D16514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1F7F03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58929F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FDB369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Самостоятельные части речи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D867DD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Спряжение глагола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153CEA" w14:textId="77777777" w:rsidR="00AC5BCF" w:rsidRDefault="001F1BB6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5834DE89" w14:textId="77777777">
        <w:trPr>
          <w:trHeight w:hRule="exact" w:val="71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670CC3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120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6163D1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576"/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Типы спряжения глагола. Практикум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3F0DA2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FAEF58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BCE799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0DB053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322E86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Самостоятельные части речи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2FCABB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Спряжение глагола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815209" w14:textId="77777777" w:rsidR="00AC5BCF" w:rsidRDefault="001F1BB6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</w:tbl>
    <w:p w14:paraId="7F4A219B" w14:textId="77777777" w:rsidR="00AC5BCF" w:rsidRDefault="00AC5BCF">
      <w:pPr>
        <w:autoSpaceDE w:val="0"/>
        <w:autoSpaceDN w:val="0"/>
        <w:spacing w:after="0" w:line="14" w:lineRule="exact"/>
      </w:pPr>
    </w:p>
    <w:p w14:paraId="59F83077" w14:textId="77777777" w:rsidR="00AC5BCF" w:rsidRDefault="00AC5BCF">
      <w:pPr>
        <w:sectPr w:rsidR="00AC5BCF">
          <w:pgSz w:w="16840" w:h="11900"/>
          <w:pgMar w:top="284" w:right="640" w:bottom="418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21683A7F" w14:textId="77777777" w:rsidR="00AC5BCF" w:rsidRDefault="00AC5BC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770"/>
        <w:gridCol w:w="528"/>
        <w:gridCol w:w="1106"/>
        <w:gridCol w:w="1140"/>
        <w:gridCol w:w="864"/>
        <w:gridCol w:w="1574"/>
        <w:gridCol w:w="4886"/>
        <w:gridCol w:w="1238"/>
      </w:tblGrid>
      <w:tr w:rsidR="00AC5BCF" w14:paraId="265960B0" w14:textId="77777777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98D7E1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121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9E9FFE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6C912B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09D372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01986D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4174FF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324DF3" w14:textId="77777777" w:rsidR="00AC5BCF" w:rsidRPr="00C33ADC" w:rsidRDefault="001F1BB6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Правописание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личных окончаний глаголов и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суффиксов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причастий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E5521A" w14:textId="77777777" w:rsidR="00AC5BCF" w:rsidRPr="00C33ADC" w:rsidRDefault="001F1B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безударных личных окончаний глагола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8B556F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61905BC2" w14:textId="77777777">
        <w:trPr>
          <w:trHeight w:hRule="exact" w:val="111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DF16DB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122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7C9E03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576"/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Практикум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C69363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10FC95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B6B2C5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F50F2D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54027E" w14:textId="77777777" w:rsidR="00AC5BCF" w:rsidRPr="00C33ADC" w:rsidRDefault="001F1BB6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Правописание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личных окончаний глаголов и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суффиксов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причастий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F0911C" w14:textId="77777777" w:rsidR="00AC5BCF" w:rsidRPr="00C33ADC" w:rsidRDefault="001F1B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безударных личных окончаний глагола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FBCA66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18E94B65" w14:textId="77777777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1CFDDC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123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43DFB3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Изложение содержание текста с изменением лица рассказчика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E9BCC1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FB1314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17AD60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62FDD0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AFE869" w14:textId="77777777" w:rsidR="00AC5BCF" w:rsidRPr="00C33ADC" w:rsidRDefault="001F1BB6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Отбор языковых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средств в тексте в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зависимости от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темы, цели, адресата и ситуации общения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73C16F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Подробное и сжатое изложение содержания текста. Изложение содержание текста с изменением лица рассказчика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D0AF7F" w14:textId="77777777" w:rsidR="00AC5BCF" w:rsidRDefault="001F1BB6">
            <w:pPr>
              <w:autoSpaceDE w:val="0"/>
              <w:autoSpaceDN w:val="0"/>
              <w:spacing w:before="76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изложение ;</w:t>
            </w:r>
          </w:p>
        </w:tc>
      </w:tr>
      <w:tr w:rsidR="00AC5BCF" w14:paraId="4AD206DB" w14:textId="77777777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FE1445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124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5C65D8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Морфологический анализ глагола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BBF3F3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8A7B03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9DCB60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8FFEEF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340798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Морфологический анализ слова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1413EF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432"/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Общее грамматическое значение, морфологические признаки и синтаксическая роль глагола.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Роль глагола в речи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4D76C4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 ;</w:t>
            </w:r>
          </w:p>
        </w:tc>
      </w:tr>
      <w:tr w:rsidR="00AC5BCF" w14:paraId="3BF2C2F2" w14:textId="77777777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5DEE99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125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976B21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576"/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Средства связи предложений и частей текста.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Практикум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F59B18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4BB3D9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3F544A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91672A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2F6649" w14:textId="77777777" w:rsidR="00AC5BCF" w:rsidRPr="00C33ADC" w:rsidRDefault="001F1BB6">
            <w:pPr>
              <w:autoSpaceDE w:val="0"/>
              <w:autoSpaceDN w:val="0"/>
              <w:spacing w:before="78" w:after="0" w:line="247" w:lineRule="auto"/>
              <w:ind w:left="72" w:right="480"/>
              <w:jc w:val="both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Средства связи предложений в тексте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73E8EB" w14:textId="77777777" w:rsidR="00AC5BCF" w:rsidRPr="00C33ADC" w:rsidRDefault="001F1BB6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Средства связи предложений и частей текста (формы слова, однокоренные слова, синонимы, антонимы, личные местоимения, повтор слова и др.)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BB5683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Зачет;</w:t>
            </w:r>
          </w:p>
        </w:tc>
      </w:tr>
      <w:tr w:rsidR="00AC5BCF" w14:paraId="06FDEABD" w14:textId="77777777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2D9235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126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4EE25B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Ь в инфинитиве, в форме 2 лица единственного числа после шипящих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4E9480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A3CB5E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BD98F4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A1D79A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D91EAA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Употребление Ь и Ъ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7A32ED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86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 ь как показателя грамматической формы в инфинитиве, в форме 2-го лица единственного числа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009FC3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7540CBED" w14:textId="77777777">
        <w:trPr>
          <w:trHeight w:hRule="exact" w:val="734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23018B" w14:textId="77777777" w:rsidR="00AC5BCF" w:rsidRDefault="001F1BB6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127</w:t>
            </w:r>
          </w:p>
        </w:tc>
        <w:tc>
          <w:tcPr>
            <w:tcW w:w="377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FF03C5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288"/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Правописание Ь в инфинитиве, в форме 2 лица единственного числа после шипящих.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Практикум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4060FA" w14:textId="77777777" w:rsidR="00AC5BCF" w:rsidRDefault="001F1BB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D52A71" w14:textId="77777777" w:rsidR="00AC5BCF" w:rsidRDefault="001F1BB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C9FFCD" w14:textId="77777777" w:rsidR="00AC5BCF" w:rsidRDefault="001F1BB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6731A4" w14:textId="77777777" w:rsidR="00AC5BCF" w:rsidRDefault="001F1BB6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21.03.2023</w:t>
            </w: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E83612" w14:textId="77777777" w:rsidR="00AC5BCF" w:rsidRDefault="001F1BB6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Употребление Ь и Ъ</w:t>
            </w:r>
          </w:p>
        </w:tc>
        <w:tc>
          <w:tcPr>
            <w:tcW w:w="488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6F340C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left="72" w:right="86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 ь как показателя грамматической формы в инфинитиве, в форме 2-го лица единственного числа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2C6C3A" w14:textId="77777777" w:rsidR="00AC5BCF" w:rsidRDefault="001F1BB6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3F48BBAB" w14:textId="77777777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DC41A7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128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CF7591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Сочинение-повествование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DE039B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3D3989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D509B8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E2C698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E9542B" w14:textId="77777777" w:rsidR="00AC5BCF" w:rsidRPr="00C33ADC" w:rsidRDefault="001F1BB6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Создание текстов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различных стилей и функционально-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смысловых типов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речи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4EA9C7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D3E018" w14:textId="77777777" w:rsidR="00AC5BCF" w:rsidRDefault="001F1BB6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сочинение-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повествование ;</w:t>
            </w:r>
          </w:p>
        </w:tc>
      </w:tr>
      <w:tr w:rsidR="00AC5BCF" w14:paraId="61F589E7" w14:textId="77777777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546121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129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1F1498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65CA63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11F029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373793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5BE4B4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61D996" w14:textId="77777777" w:rsidR="00AC5BCF" w:rsidRPr="00C33ADC" w:rsidRDefault="001F1BB6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Правописание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суффиксов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различных частей речи (кроме -Н-/-НН-)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E4FD46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D53F97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1F8CF022" w14:textId="77777777">
        <w:trPr>
          <w:trHeight w:hRule="exact" w:val="111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B83B1C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130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C072FE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288"/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Практикум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08619A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951700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A054D6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E3568D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7C63FE" w14:textId="77777777" w:rsidR="00AC5BCF" w:rsidRPr="00C33ADC" w:rsidRDefault="001F1BB6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Правописание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суффиксов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различных частей речи (кроме -Н-/-НН-)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150DEC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C3D9F2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69C5DFF6" w14:textId="77777777">
        <w:trPr>
          <w:trHeight w:hRule="exact" w:val="109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E50C4F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131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16293C" w14:textId="77777777" w:rsidR="00AC5BCF" w:rsidRPr="00C33ADC" w:rsidRDefault="001F1BB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38CA6C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BA732B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E0FB9C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2151FC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530C60" w14:textId="77777777" w:rsidR="00AC5BCF" w:rsidRPr="00C33ADC" w:rsidRDefault="001F1BB6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Слитное и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раздельное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написание НЕ с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различными частями речи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0E762C" w14:textId="77777777" w:rsidR="00AC5BCF" w:rsidRPr="00C33ADC" w:rsidRDefault="001F1BB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D851C6" w14:textId="77777777" w:rsidR="00AC5BCF" w:rsidRDefault="001F1BB6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</w:tbl>
    <w:p w14:paraId="672DC1B2" w14:textId="77777777" w:rsidR="00AC5BCF" w:rsidRDefault="00AC5BCF">
      <w:pPr>
        <w:autoSpaceDE w:val="0"/>
        <w:autoSpaceDN w:val="0"/>
        <w:spacing w:after="0" w:line="14" w:lineRule="exact"/>
      </w:pPr>
    </w:p>
    <w:p w14:paraId="616CC7FE" w14:textId="77777777" w:rsidR="00AC5BCF" w:rsidRDefault="00AC5BCF">
      <w:pPr>
        <w:sectPr w:rsidR="00AC5BCF">
          <w:pgSz w:w="16840" w:h="11900"/>
          <w:pgMar w:top="284" w:right="640" w:bottom="382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25413E8E" w14:textId="77777777" w:rsidR="00AC5BCF" w:rsidRDefault="00AC5BC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770"/>
        <w:gridCol w:w="528"/>
        <w:gridCol w:w="1106"/>
        <w:gridCol w:w="1140"/>
        <w:gridCol w:w="864"/>
        <w:gridCol w:w="1574"/>
        <w:gridCol w:w="4886"/>
        <w:gridCol w:w="1238"/>
      </w:tblGrid>
      <w:tr w:rsidR="00AC5BCF" w14:paraId="194A6982" w14:textId="77777777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099AE9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132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88C7DE" w14:textId="77777777" w:rsidR="00AC5BCF" w:rsidRPr="00C33ADC" w:rsidRDefault="001F1B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Нормы постановки ударения в глагольных формах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6866B7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3956DD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C65B10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A05B8B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04.04.2023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E49819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Орфоэпические нормы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ABBE30" w14:textId="77777777" w:rsidR="00AC5BCF" w:rsidRDefault="00AC5BCF"/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AC1FBD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57F5B5D8" w14:textId="77777777">
        <w:trPr>
          <w:trHeight w:hRule="exact" w:val="9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BE5D84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133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16811F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Нормы словоизменения глаголов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6458E1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B288AD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3245FE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B3DF64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8DC90F" w14:textId="77777777" w:rsidR="00AC5BCF" w:rsidRDefault="001F1BB6">
            <w:pPr>
              <w:autoSpaceDE w:val="0"/>
              <w:autoSpaceDN w:val="0"/>
              <w:spacing w:before="78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Грамматические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нормы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(морфологические нормы)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671419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432"/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Общее грамматическое значение, морфологические признаки и синтаксическая роль глагола.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Роль глагола в речи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7AE024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Зачет;</w:t>
            </w:r>
          </w:p>
        </w:tc>
      </w:tr>
      <w:tr w:rsidR="00AC5BCF" w14:paraId="6DFEBA93" w14:textId="77777777">
        <w:trPr>
          <w:trHeight w:hRule="exact" w:val="732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4E078C" w14:textId="77777777" w:rsidR="00AC5BCF" w:rsidRDefault="001F1BB6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134</w:t>
            </w:r>
          </w:p>
        </w:tc>
        <w:tc>
          <w:tcPr>
            <w:tcW w:w="377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8444CD" w14:textId="77777777" w:rsidR="00AC5BCF" w:rsidRPr="00C33ADC" w:rsidRDefault="001F1BB6">
            <w:pPr>
              <w:autoSpaceDE w:val="0"/>
              <w:autoSpaceDN w:val="0"/>
              <w:spacing w:before="74" w:after="0" w:line="23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корней с чередованием Е // 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503620" w14:textId="77777777" w:rsidR="00AC5BCF" w:rsidRDefault="001F1BB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3958AC" w14:textId="77777777" w:rsidR="00AC5BCF" w:rsidRDefault="001F1BB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0B794D" w14:textId="77777777" w:rsidR="00AC5BCF" w:rsidRDefault="001F1BB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396F5E" w14:textId="77777777" w:rsidR="00AC5BCF" w:rsidRDefault="001F1BB6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06.04.2023</w:t>
            </w: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722E4F" w14:textId="77777777" w:rsidR="00AC5BCF" w:rsidRDefault="001F1BB6">
            <w:pPr>
              <w:autoSpaceDE w:val="0"/>
              <w:autoSpaceDN w:val="0"/>
              <w:spacing w:before="74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Правописание корней</w:t>
            </w:r>
          </w:p>
        </w:tc>
        <w:tc>
          <w:tcPr>
            <w:tcW w:w="488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675947" w14:textId="77777777" w:rsidR="00AC5BCF" w:rsidRPr="00C33ADC" w:rsidRDefault="001F1BB6">
            <w:pPr>
              <w:autoSpaceDE w:val="0"/>
              <w:autoSpaceDN w:val="0"/>
              <w:spacing w:before="74" w:after="0" w:line="23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корней с чередованием е/и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D8C4B2" w14:textId="77777777" w:rsidR="00AC5BCF" w:rsidRDefault="001F1BB6">
            <w:pPr>
              <w:autoSpaceDE w:val="0"/>
              <w:autoSpaceDN w:val="0"/>
              <w:spacing w:before="74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:rsidRPr="00D1579F" w14:paraId="78515B6B" w14:textId="77777777">
        <w:trPr>
          <w:trHeight w:hRule="exact" w:val="104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489867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135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0BA320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корней с чередованием Е // И. Практикум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7DD831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DBBA47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85ED8B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F6A65F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5938D0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Правописание корней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E58D82" w14:textId="77777777" w:rsidR="00AC5BCF" w:rsidRPr="00C33ADC" w:rsidRDefault="001F1BB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корней с чередованием е/и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727724" w14:textId="77777777" w:rsidR="00AC5BCF" w:rsidRPr="00C33ADC" w:rsidRDefault="001F1BB6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 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Устный опрос ; тестирование ;</w:t>
            </w:r>
          </w:p>
        </w:tc>
      </w:tr>
      <w:tr w:rsidR="00AC5BCF" w14:paraId="330AC186" w14:textId="77777777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2D12AD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136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326BF6" w14:textId="77777777" w:rsidR="00AC5BCF" w:rsidRPr="00C33ADC" w:rsidRDefault="001F1B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Повторение по теме "Глагол". Проверочная работа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64928A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566743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C458D9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9138B4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3909E2" w14:textId="77777777" w:rsidR="00AC5BCF" w:rsidRPr="00C33ADC" w:rsidRDefault="001F1BB6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Морфологический анализ слова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Орфографический анализ слова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3D21A7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432"/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Общее грамматическое значение, морфологические признаки и синтаксическая роль глагола.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Роль глагола в речи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40FBDB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Зачет;</w:t>
            </w:r>
          </w:p>
        </w:tc>
      </w:tr>
      <w:tr w:rsidR="00AC5BCF" w14:paraId="595E42A2" w14:textId="77777777">
        <w:trPr>
          <w:trHeight w:hRule="exact" w:val="73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AEF7AA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137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600142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 w:right="144"/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Синтаксис и пунктуация как разделы лингвистики. Словосочетание и предложение как единицы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синтаксиса.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Знаки препинания и их функции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1D2C46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385778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804880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6A08EE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E54F4E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Пунктуационный анализ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2029B1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230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Пунктуация как раздел лингвистики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Синтаксис как раздел лингвистики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EC5AA4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4287AC23" w14:textId="77777777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2F20D7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138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0B7F5D" w14:textId="77777777" w:rsidR="00AC5BCF" w:rsidRPr="00C33ADC" w:rsidRDefault="001F1BB6">
            <w:pPr>
              <w:autoSpaceDE w:val="0"/>
              <w:autoSpaceDN w:val="0"/>
              <w:spacing w:before="78" w:after="0" w:line="250" w:lineRule="auto"/>
              <w:ind w:left="72" w:right="364"/>
              <w:jc w:val="both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Словосочетание и его признаки. Основные виды словосочетаний по морфологическим свойствам главного слова (именные, глагольные, наречные).</w:t>
            </w:r>
          </w:p>
          <w:p w14:paraId="032219E3" w14:textId="77777777" w:rsidR="00AC5BCF" w:rsidRPr="00C33ADC" w:rsidRDefault="001F1BB6">
            <w:pPr>
              <w:autoSpaceDE w:val="0"/>
              <w:autoSpaceDN w:val="0"/>
              <w:spacing w:before="18" w:after="0" w:line="233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Средства связи слов в словосочетании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47B9C2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AE2C55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E79617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75C8B2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A1346C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Словосочетание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64F252" w14:textId="77777777" w:rsidR="00AC5BCF" w:rsidRPr="00C33ADC" w:rsidRDefault="001F1BB6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Виды словосочетаний по характеру главного слова. Средства связи слов в словосочетании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Словосочетание и предложение как единицы синтаксиса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B0FA86" w14:textId="77777777" w:rsidR="00AC5BCF" w:rsidRDefault="001F1BB6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3D7905CC" w14:textId="77777777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E3A32A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139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F7640A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Синтаксический анализ словосочетаний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C5AF0C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D929EA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29C595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8DBB39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54483C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Словосочетание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63E70E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Виды словосочетаний по характеру главного слова. Средства связи слов в словосочетании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A40C4E" w14:textId="77777777" w:rsidR="00AC5BCF" w:rsidRDefault="001F1BB6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49A9B6D2" w14:textId="77777777">
        <w:trPr>
          <w:trHeight w:hRule="exact" w:val="169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E02784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140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58ECF0" w14:textId="77777777" w:rsidR="00AC5BCF" w:rsidRPr="00C33ADC" w:rsidRDefault="001F1BB6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Предложение и его признаки. Виды предложений по цели высказывания: смысловые и интонационные особенности, знаки препинания в конце предложения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8681F0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33AA5A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1B3A8D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A216CE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519FAC" w14:textId="77777777" w:rsidR="00AC5BCF" w:rsidRPr="00C33ADC" w:rsidRDefault="001F1BB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Предложение.</w:t>
            </w:r>
          </w:p>
          <w:p w14:paraId="74676438" w14:textId="77777777" w:rsidR="00AC5BCF" w:rsidRPr="00C33ADC" w:rsidRDefault="001F1BB6">
            <w:pPr>
              <w:autoSpaceDE w:val="0"/>
              <w:autoSpaceDN w:val="0"/>
              <w:spacing w:before="20" w:after="0" w:line="247" w:lineRule="auto"/>
              <w:ind w:left="72" w:right="78"/>
              <w:jc w:val="both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Грамматическая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(предикативная)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основа предложения.</w:t>
            </w:r>
          </w:p>
          <w:p w14:paraId="3D7CB746" w14:textId="77777777" w:rsidR="00AC5BCF" w:rsidRPr="00C33ADC" w:rsidRDefault="001F1BB6">
            <w:pPr>
              <w:autoSpaceDE w:val="0"/>
              <w:autoSpaceDN w:val="0"/>
              <w:spacing w:before="20" w:after="0" w:line="250" w:lineRule="auto"/>
              <w:ind w:left="72" w:right="43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Подлежащее и сказуемое как главные члены предложения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8FC6E0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Виды предложений по цели высказывания и эмоциональной окраске Предложение как единица синтаксиса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CD8665" w14:textId="77777777" w:rsidR="00AC5BCF" w:rsidRDefault="001F1BB6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:rsidRPr="00D1579F" w14:paraId="5876802E" w14:textId="77777777">
        <w:trPr>
          <w:trHeight w:hRule="exact" w:val="167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D75FDF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141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85AFB9" w14:textId="77777777" w:rsidR="00AC5BCF" w:rsidRPr="00C33ADC" w:rsidRDefault="001F1BB6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Виды предложений по эмоциональной окраске: смысловые и интонационные особенности, знаки препинания в конце предложения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B33182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7F383F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9D9190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E648DD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85EA06" w14:textId="77777777" w:rsidR="00AC5BCF" w:rsidRPr="00C33ADC" w:rsidRDefault="001F1B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Предложение.</w:t>
            </w:r>
          </w:p>
          <w:p w14:paraId="466FDAAC" w14:textId="77777777" w:rsidR="00AC5BCF" w:rsidRPr="00C33ADC" w:rsidRDefault="001F1BB6">
            <w:pPr>
              <w:autoSpaceDE w:val="0"/>
              <w:autoSpaceDN w:val="0"/>
              <w:spacing w:before="20" w:after="0" w:line="250" w:lineRule="auto"/>
              <w:ind w:left="72" w:right="78"/>
              <w:jc w:val="both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Грамматическая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(предикативная)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основа предложения.</w:t>
            </w:r>
          </w:p>
          <w:p w14:paraId="4C24C0F1" w14:textId="77777777" w:rsidR="00AC5BCF" w:rsidRPr="00C33ADC" w:rsidRDefault="001F1BB6">
            <w:pPr>
              <w:autoSpaceDE w:val="0"/>
              <w:autoSpaceDN w:val="0"/>
              <w:spacing w:before="18" w:after="0" w:line="250" w:lineRule="auto"/>
              <w:ind w:left="72" w:right="43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Подлежащее и сказуемое как главные члены предложения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0AA9D4" w14:textId="77777777" w:rsidR="00AC5BCF" w:rsidRPr="00C33ADC" w:rsidRDefault="001F1B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Виды предложений по цели высказывания и эмоциональной окраске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220068" w14:textId="77777777" w:rsidR="00AC5BCF" w:rsidRPr="00C33ADC" w:rsidRDefault="001F1BB6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использованием«Оценочного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 ;</w:t>
            </w:r>
          </w:p>
        </w:tc>
      </w:tr>
    </w:tbl>
    <w:p w14:paraId="55203BDA" w14:textId="77777777" w:rsidR="00AC5BCF" w:rsidRPr="00C33ADC" w:rsidRDefault="00AC5BCF">
      <w:pPr>
        <w:autoSpaceDE w:val="0"/>
        <w:autoSpaceDN w:val="0"/>
        <w:spacing w:after="0" w:line="14" w:lineRule="exact"/>
        <w:rPr>
          <w:lang w:val="ru-RU"/>
        </w:rPr>
      </w:pPr>
    </w:p>
    <w:p w14:paraId="50A4FD8D" w14:textId="77777777" w:rsidR="00AC5BCF" w:rsidRPr="00C33ADC" w:rsidRDefault="00AC5BCF">
      <w:pPr>
        <w:rPr>
          <w:lang w:val="ru-RU"/>
        </w:rPr>
        <w:sectPr w:rsidR="00AC5BCF" w:rsidRPr="00C33ADC">
          <w:pgSz w:w="16840" w:h="11900"/>
          <w:pgMar w:top="284" w:right="640" w:bottom="592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649FDE84" w14:textId="77777777" w:rsidR="00AC5BCF" w:rsidRPr="00C33ADC" w:rsidRDefault="00AC5BCF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770"/>
        <w:gridCol w:w="528"/>
        <w:gridCol w:w="1106"/>
        <w:gridCol w:w="1140"/>
        <w:gridCol w:w="864"/>
        <w:gridCol w:w="1574"/>
        <w:gridCol w:w="4886"/>
        <w:gridCol w:w="1238"/>
      </w:tblGrid>
      <w:tr w:rsidR="00AC5BCF" w14:paraId="76E65DBB" w14:textId="77777777">
        <w:trPr>
          <w:trHeight w:hRule="exact" w:val="199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28550D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142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53D186" w14:textId="77777777" w:rsidR="00AC5BCF" w:rsidRPr="00C33ADC" w:rsidRDefault="001F1BB6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Главные члены предложения (грамматическая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основа). Подлежащее, морфологические средства его выражения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9A00E8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21AE9B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34408F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9D7607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C5E0B4" w14:textId="77777777" w:rsidR="00AC5BCF" w:rsidRPr="00C33ADC" w:rsidRDefault="001F1B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Предложение.</w:t>
            </w:r>
          </w:p>
          <w:p w14:paraId="5E4A4476" w14:textId="77777777" w:rsidR="00AC5BCF" w:rsidRPr="00C33ADC" w:rsidRDefault="001F1BB6">
            <w:pPr>
              <w:autoSpaceDE w:val="0"/>
              <w:autoSpaceDN w:val="0"/>
              <w:spacing w:before="20" w:after="0" w:line="247" w:lineRule="auto"/>
              <w:ind w:left="72" w:right="78"/>
              <w:jc w:val="both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Грамматическая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(предикативная)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основа предложения.</w:t>
            </w:r>
          </w:p>
          <w:p w14:paraId="6231525C" w14:textId="77777777" w:rsidR="00AC5BCF" w:rsidRPr="00C33ADC" w:rsidRDefault="001F1BB6">
            <w:pPr>
              <w:autoSpaceDE w:val="0"/>
              <w:autoSpaceDN w:val="0"/>
              <w:spacing w:before="20" w:after="0" w:line="250" w:lineRule="auto"/>
              <w:ind w:left="72" w:right="43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Подлежащее и сказуемое как главные члены предложения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31780E" w14:textId="77777777" w:rsidR="00AC5BCF" w:rsidRPr="00C33ADC" w:rsidRDefault="001F1BB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Главные члены предложения (грамматическая основа)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Морфологические средства выражения подлежащего (в виде имени существительного или местоимения в именительном падеже,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сочетания имени существительного в форме именительного падежа с существительным или местоимением в форме творительного падежа с предлогом; сочетания имени числительного в форме именительного падежа с существительным в форме родительного падежа),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сказуемого (в виде глагола, имени существительного, имени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прилагательного)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D76264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2E34688C" w14:textId="77777777">
        <w:trPr>
          <w:trHeight w:hRule="exact" w:val="169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A6D31B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143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FD9C88" w14:textId="77777777" w:rsidR="00AC5BCF" w:rsidRPr="00C33ADC" w:rsidRDefault="001F1BB6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Главные члены предложения (грамматическая основа). Сказуемое, морфологические средства его выражения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6AF2A2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EB19E7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4D7FDF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2F5664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1225FF" w14:textId="77777777" w:rsidR="00AC5BCF" w:rsidRPr="00C33ADC" w:rsidRDefault="001F1BB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Предложение.</w:t>
            </w:r>
          </w:p>
          <w:p w14:paraId="3D48A884" w14:textId="77777777" w:rsidR="00AC5BCF" w:rsidRPr="00C33ADC" w:rsidRDefault="001F1BB6">
            <w:pPr>
              <w:autoSpaceDE w:val="0"/>
              <w:autoSpaceDN w:val="0"/>
              <w:spacing w:before="18" w:after="0" w:line="250" w:lineRule="auto"/>
              <w:ind w:left="72" w:right="78"/>
              <w:jc w:val="both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Грамматическая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(предикативная)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основа предложения.</w:t>
            </w:r>
          </w:p>
          <w:p w14:paraId="2775939D" w14:textId="77777777" w:rsidR="00AC5BCF" w:rsidRPr="00C33ADC" w:rsidRDefault="001F1BB6">
            <w:pPr>
              <w:autoSpaceDE w:val="0"/>
              <w:autoSpaceDN w:val="0"/>
              <w:spacing w:before="18" w:after="0" w:line="250" w:lineRule="auto"/>
              <w:ind w:left="72" w:right="43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Подлежащее и сказуемое как главные члены предложения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ACC8B2" w14:textId="77777777" w:rsidR="00AC5BCF" w:rsidRPr="00C33ADC" w:rsidRDefault="001F1BB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Главные члены предложения (грамматическая основа)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9C4CA0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 ;</w:t>
            </w:r>
          </w:p>
        </w:tc>
      </w:tr>
      <w:tr w:rsidR="00AC5BCF" w14:paraId="7FD1E0F0" w14:textId="77777777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9B9535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144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B7DDA3" w14:textId="77777777" w:rsidR="00AC5BCF" w:rsidRPr="00C33ADC" w:rsidRDefault="001F1B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Тире между подлежащим и сказуемым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BE5F5A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5CCED3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7720EF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375814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3AB66E" w14:textId="77777777" w:rsidR="00AC5BCF" w:rsidRPr="00C33ADC" w:rsidRDefault="001F1BB6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Знаки препинания между подлежащим и сказуемым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757886" w14:textId="77777777" w:rsidR="00AC5BCF" w:rsidRPr="00C33ADC" w:rsidRDefault="001F1B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Тире между подлежащим и сказуемым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9D6900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17E4394D" w14:textId="77777777">
        <w:trPr>
          <w:trHeight w:hRule="exact" w:val="111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AF6361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145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845462" w14:textId="77777777" w:rsidR="00AC5BCF" w:rsidRPr="00C33ADC" w:rsidRDefault="001F1BB6">
            <w:pPr>
              <w:autoSpaceDE w:val="0"/>
              <w:autoSpaceDN w:val="0"/>
              <w:spacing w:before="78" w:after="0" w:line="247" w:lineRule="auto"/>
              <w:ind w:left="72" w:right="576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Предложения распространённые и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нераспространённые. Второстепенные члены предложения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A60CC4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449AE4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F6CE94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5FF4FC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463B04" w14:textId="77777777" w:rsidR="00AC5BCF" w:rsidRPr="00C33ADC" w:rsidRDefault="001F1BB6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Второстепенные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члены предложения Распространённые и нераспространённые предложения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52EFA2" w14:textId="77777777" w:rsidR="00AC5BCF" w:rsidRPr="00C33ADC" w:rsidRDefault="001F1BB6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Второстепенные члены предложения (определение, дополнение, обстоятельство), типичные средства их выражения (в рамках изученного)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Предложения распространённые и нераспространённые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BFD1E6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291B6D20" w14:textId="77777777">
        <w:trPr>
          <w:trHeight w:hRule="exact" w:val="9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770329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146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C0FA9C" w14:textId="77777777" w:rsidR="00AC5BCF" w:rsidRPr="00C33ADC" w:rsidRDefault="001F1BB6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Второстепенные члены предложения. Определение и типичные средства его выражения (в рамках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изученного)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5B0DC8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2CAD11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F81EDE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C5259C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4087FF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Второстепенные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члены предложения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AE0F8F" w14:textId="77777777" w:rsidR="00AC5BCF" w:rsidRPr="00C33ADC" w:rsidRDefault="001F1BB6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Второстепенные члены предложения (определение, дополнение, обстоятельство), типичные средства их выражения (в рамках изученного)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Предложения распространенные и нераспространенные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97DD8E" w14:textId="77777777" w:rsidR="00AC5BCF" w:rsidRDefault="001F1BB6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5DD7ECC3" w14:textId="77777777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36249E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147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277985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right="432"/>
              <w:jc w:val="center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Дополнение (прямое и косвенное) и типичные средства его выражения (в рамках изученного)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6DBF07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4655F8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5CF08C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850273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BBDC94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Второстепенные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члены предложения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09FBB3" w14:textId="77777777" w:rsidR="00AC5BCF" w:rsidRPr="00C33ADC" w:rsidRDefault="001F1BB6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Второстепенные члены предложения (определение, дополнение, обстоятельство), типичные средства их выражения (в рамках изученного)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09C504" w14:textId="77777777" w:rsidR="00AC5BCF" w:rsidRDefault="001F1BB6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434355A7" w14:textId="77777777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A2EB87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148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326917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Обстоятельство и типичные средства его выражения ( в рамках изученного).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Виды обстоятельств по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значению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F68965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01D310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0AF1E5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EE92F0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87FC98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Второстепенные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члены предложения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F23346" w14:textId="77777777" w:rsidR="00AC5BCF" w:rsidRPr="00C33ADC" w:rsidRDefault="001F1BB6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Второстепенные члены предложения (определение, дополнение, обстоятельство), типичные средства их выражения (в рамках изученного)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A5FF63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18C90191" w14:textId="77777777">
        <w:trPr>
          <w:trHeight w:hRule="exact" w:val="111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39B599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149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F85E77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Сжатое изложение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4CB155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3BC2E7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B0D428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C8043B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573562" w14:textId="77777777" w:rsidR="00AC5BCF" w:rsidRPr="00C33ADC" w:rsidRDefault="001F1BB6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Отбор языковых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средств в тексте в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зависимости от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темы, цели, адресата и ситуации общения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A7C44B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Подробное и сжатое изложение содержания текста. Изложение содержание текста с изменением лица рассказчика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226D53" w14:textId="77777777" w:rsidR="00AC5BCF" w:rsidRDefault="001F1BB6">
            <w:pPr>
              <w:autoSpaceDE w:val="0"/>
              <w:autoSpaceDN w:val="0"/>
              <w:spacing w:before="78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сжатое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изложение ;</w:t>
            </w:r>
          </w:p>
        </w:tc>
      </w:tr>
      <w:tr w:rsidR="00AC5BCF" w14:paraId="5E222E04" w14:textId="77777777">
        <w:trPr>
          <w:trHeight w:hRule="exact" w:val="71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4DC72D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150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DF0FB2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Синтаксический анализ простых двусоставных предложений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69ED5E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C3F07C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EDADDE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342258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04.05.2023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167E2F" w14:textId="77777777" w:rsidR="00AC5BCF" w:rsidRDefault="001F1BB6">
            <w:pPr>
              <w:autoSpaceDE w:val="0"/>
              <w:autoSpaceDN w:val="0"/>
              <w:spacing w:before="76" w:after="0" w:line="250" w:lineRule="auto"/>
              <w:ind w:left="72" w:right="392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Синтаксический анализ простого предложения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F3A059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Предложения простые и сложные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5B56EA" w14:textId="77777777" w:rsidR="00AC5BCF" w:rsidRDefault="001F1BB6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</w:tbl>
    <w:p w14:paraId="604C3594" w14:textId="77777777" w:rsidR="00AC5BCF" w:rsidRDefault="00AC5BCF">
      <w:pPr>
        <w:autoSpaceDE w:val="0"/>
        <w:autoSpaceDN w:val="0"/>
        <w:spacing w:after="0" w:line="14" w:lineRule="exact"/>
      </w:pPr>
    </w:p>
    <w:p w14:paraId="66B05EB5" w14:textId="77777777" w:rsidR="00AC5BCF" w:rsidRDefault="00AC5BCF">
      <w:pPr>
        <w:sectPr w:rsidR="00AC5BCF">
          <w:pgSz w:w="16840" w:h="11900"/>
          <w:pgMar w:top="284" w:right="640" w:bottom="760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172E2DD5" w14:textId="77777777" w:rsidR="00AC5BCF" w:rsidRDefault="00AC5BC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770"/>
        <w:gridCol w:w="528"/>
        <w:gridCol w:w="1106"/>
        <w:gridCol w:w="1140"/>
        <w:gridCol w:w="864"/>
        <w:gridCol w:w="1574"/>
        <w:gridCol w:w="4886"/>
        <w:gridCol w:w="1238"/>
      </w:tblGrid>
      <w:tr w:rsidR="00AC5BCF" w14:paraId="6E0FFB0A" w14:textId="77777777">
        <w:trPr>
          <w:trHeight w:hRule="exact" w:val="13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A10351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151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092A71" w14:textId="77777777" w:rsidR="00AC5BCF" w:rsidRPr="00C33ADC" w:rsidRDefault="001F1BB6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Простое осложненное предложение. Однородные члены предложения, их роль в речи. Предложения с однородными членами (без союзов, с одиночным союзом И, союзами А, НО, ОДНАКО, ЗАТО, ДА (в значении И), ДА (в значении НО)) и их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пунктуационное оформление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AE2018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121A0E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7E3CC3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EDEF17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FA0EB6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Осложнённое простое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предложение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132F49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Однородные члены предложения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09F52F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4DDA949F" w14:textId="77777777">
        <w:trPr>
          <w:trHeight w:hRule="exact" w:val="108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1EAF35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152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3478C5" w14:textId="77777777" w:rsidR="00AC5BCF" w:rsidRDefault="001F1BB6">
            <w:pPr>
              <w:autoSpaceDE w:val="0"/>
              <w:autoSpaceDN w:val="0"/>
              <w:spacing w:before="78" w:after="0" w:line="250" w:lineRule="auto"/>
              <w:ind w:left="72"/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Предложения с однородными членами (без союзов, с одиночным союзом И, союзами А, НО, ОДНАКО, ЗАТО, ДА (в значении И), ДА (в значении НО)) и их пунктуационное оформление.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Практикум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09E26E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4046AA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E3C425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E8AEDC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890B94" w14:textId="77777777" w:rsidR="00AC5BCF" w:rsidRPr="00C33ADC" w:rsidRDefault="001F1BB6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Знаки препинания в простом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осложнённом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предложении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8E2EEB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Знаки препинания в предложениях с однородными членами; с обобщающим словом при однородных членах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AAB47B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 ;</w:t>
            </w:r>
          </w:p>
        </w:tc>
      </w:tr>
      <w:tr w:rsidR="00AC5BCF" w14:paraId="2BF1C0BB" w14:textId="77777777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846B9B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153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20FCF6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Предложения с обобщающим словом при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однородных членах и их пунктуационное оформление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95598A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98B363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26B5E8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1D500E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9533ED" w14:textId="77777777" w:rsidR="00AC5BCF" w:rsidRPr="00C33ADC" w:rsidRDefault="001F1BB6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Знаки препинания в простом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осложнённом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предложении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F5FB44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Знаки препинания в предложениях с однородными членами; с обобщающим словом при однородных членах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B53651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 ;</w:t>
            </w:r>
          </w:p>
        </w:tc>
      </w:tr>
      <w:tr w:rsidR="00AC5BCF" w:rsidRPr="00D1579F" w14:paraId="608F08EE" w14:textId="77777777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7B90C9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154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6E5A78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Сочинение по картине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917359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0321A9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2EFB7B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72622B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2CE637" w14:textId="77777777" w:rsidR="00AC5BCF" w:rsidRPr="00C33ADC" w:rsidRDefault="001F1BB6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Создание текстов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различных стилей и функционально-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смысловых типов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речи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887040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46F76D" w14:textId="77777777" w:rsidR="00AC5BCF" w:rsidRPr="00C33ADC" w:rsidRDefault="001F1BB6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 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сочинение по картине ;</w:t>
            </w:r>
          </w:p>
        </w:tc>
      </w:tr>
      <w:tr w:rsidR="00AC5BCF" w14:paraId="00165587" w14:textId="77777777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5687DF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155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A7680E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Предложения с обращениями. Обращение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(однословное и неоднословное) и средства его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выражения.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Пунктуационное оформление обращения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4FA618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A3CBBA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CB4C5A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3CF1DD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17649B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Осложнённое простое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предложение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7B666E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Обращение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154574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44D468B6" w14:textId="77777777">
        <w:trPr>
          <w:trHeight w:hRule="exact" w:val="73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DBBC1C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156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CC747C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Синтаксический анализ простых осложнённых предложений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9D9954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101504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030AB3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BE6378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FAE8E9" w14:textId="77777777" w:rsidR="00AC5BCF" w:rsidRDefault="001F1BB6">
            <w:pPr>
              <w:autoSpaceDE w:val="0"/>
              <w:autoSpaceDN w:val="0"/>
              <w:spacing w:before="78" w:after="0" w:line="250" w:lineRule="auto"/>
              <w:ind w:left="72" w:right="392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Синтаксический анализ простого предложения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C5DEEE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Предложения простые и сложные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06115A" w14:textId="77777777" w:rsidR="00AC5BCF" w:rsidRDefault="001F1BB6">
            <w:pPr>
              <w:autoSpaceDE w:val="0"/>
              <w:autoSpaceDN w:val="0"/>
              <w:spacing w:before="78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зачет ;</w:t>
            </w:r>
          </w:p>
        </w:tc>
      </w:tr>
      <w:tr w:rsidR="00AC5BCF" w14:paraId="3DDE7DA0" w14:textId="77777777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C1DEBE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157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8AE395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Пунктуационный анализ простых осложнённых предложений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49ACAF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72A273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CEC669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9E5932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D0D610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Пунктуационный анализ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B10A3D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Предложения простые и сложные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E2AB9D" w14:textId="77777777" w:rsidR="00AC5BCF" w:rsidRDefault="001F1BB6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66FC2BA3" w14:textId="77777777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8649EE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158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CEEB08" w14:textId="77777777" w:rsidR="00AC5BCF" w:rsidRPr="00C33ADC" w:rsidRDefault="001F1BB6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1B54E4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949781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85002F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65007E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D08717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Сложное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предложение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DB425D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Предложения простые и сложные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8DDA4B" w14:textId="77777777" w:rsidR="00AC5BCF" w:rsidRDefault="001F1BB6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04BF4331" w14:textId="77777777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22F57C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159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309E1E" w14:textId="77777777" w:rsidR="00AC5BCF" w:rsidRPr="00C33ADC" w:rsidRDefault="001F1BB6">
            <w:pPr>
              <w:autoSpaceDE w:val="0"/>
              <w:autoSpaceDN w:val="0"/>
              <w:spacing w:before="78" w:after="0" w:line="247" w:lineRule="auto"/>
              <w:ind w:left="72" w:right="720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Предложения сложносочинённые и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сложноподчинённые (общее представление, практическое усвоение)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2EB958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8933A5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8F1025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6B0EB1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1F7F6D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Сложное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предложение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6884B7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Предложения простые и сложные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B82DBC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 ;</w:t>
            </w:r>
          </w:p>
        </w:tc>
      </w:tr>
      <w:tr w:rsidR="00AC5BCF" w14:paraId="5A66D9E6" w14:textId="77777777">
        <w:trPr>
          <w:trHeight w:hRule="exact" w:val="111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8163A0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160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D7CD23" w14:textId="77777777" w:rsidR="00AC5BCF" w:rsidRPr="00C33ADC" w:rsidRDefault="001F1BB6">
            <w:pPr>
              <w:autoSpaceDE w:val="0"/>
              <w:autoSpaceDN w:val="0"/>
              <w:spacing w:before="78" w:after="0" w:line="247" w:lineRule="auto"/>
              <w:ind w:left="72" w:right="84"/>
              <w:jc w:val="both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E593A7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5E42A4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2F404E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C2C90E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A7D3F6" w14:textId="77777777" w:rsidR="00AC5BCF" w:rsidRPr="00C33ADC" w:rsidRDefault="001F1BB6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Знаки препинания в сложном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предложении с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союзной и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бессоюзной связью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7B4ED9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Предложения простые и сложные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8CA371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:rsidRPr="00D1579F" w14:paraId="7E76653D" w14:textId="77777777">
        <w:trPr>
          <w:trHeight w:hRule="exact" w:val="112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C24112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161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471452" w14:textId="77777777" w:rsidR="00AC5BCF" w:rsidRDefault="001F1BB6">
            <w:pPr>
              <w:autoSpaceDE w:val="0"/>
              <w:autoSpaceDN w:val="0"/>
              <w:spacing w:before="76" w:after="0" w:line="250" w:lineRule="auto"/>
              <w:ind w:left="72" w:right="84"/>
              <w:jc w:val="both"/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Практикум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E38441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556BC3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13C985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26B734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4F0F18" w14:textId="77777777" w:rsidR="00AC5BCF" w:rsidRPr="00C33ADC" w:rsidRDefault="001F1BB6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Знаки препинания в сложном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предложении с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союзной и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бессоюзной связью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02F752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Предложения простые и сложные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D6B1F9" w14:textId="77777777" w:rsidR="00AC5BCF" w:rsidRPr="00C33ADC" w:rsidRDefault="001F1BB6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 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 ; практическая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;</w:t>
            </w:r>
          </w:p>
        </w:tc>
      </w:tr>
    </w:tbl>
    <w:p w14:paraId="1F16C674" w14:textId="77777777" w:rsidR="00AC5BCF" w:rsidRPr="00C33ADC" w:rsidRDefault="00AC5BCF">
      <w:pPr>
        <w:autoSpaceDE w:val="0"/>
        <w:autoSpaceDN w:val="0"/>
        <w:spacing w:after="0" w:line="14" w:lineRule="exact"/>
        <w:rPr>
          <w:lang w:val="ru-RU"/>
        </w:rPr>
      </w:pPr>
    </w:p>
    <w:p w14:paraId="47C81C31" w14:textId="77777777" w:rsidR="00AC5BCF" w:rsidRPr="00C33ADC" w:rsidRDefault="00AC5BCF">
      <w:pPr>
        <w:rPr>
          <w:lang w:val="ru-RU"/>
        </w:rPr>
        <w:sectPr w:rsidR="00AC5BCF" w:rsidRPr="00C33ADC">
          <w:pgSz w:w="16840" w:h="11900"/>
          <w:pgMar w:top="284" w:right="640" w:bottom="484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62EE6BA6" w14:textId="77777777" w:rsidR="00AC5BCF" w:rsidRPr="00C33ADC" w:rsidRDefault="00AC5BCF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770"/>
        <w:gridCol w:w="528"/>
        <w:gridCol w:w="1106"/>
        <w:gridCol w:w="1140"/>
        <w:gridCol w:w="864"/>
        <w:gridCol w:w="1574"/>
        <w:gridCol w:w="4886"/>
        <w:gridCol w:w="1238"/>
      </w:tblGrid>
      <w:tr w:rsidR="00AC5BCF" w14:paraId="2B322312" w14:textId="77777777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A4B610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162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E98032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Предложения с прямой речью. Пунктуационное оформление предложений с прямой речью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E7C5B8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990F98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F7F557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8BCA25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D6C87A" w14:textId="77777777" w:rsidR="00AC5BCF" w:rsidRPr="00C33ADC" w:rsidRDefault="001F1BB6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Знаки препинания при прямой речи, цитировании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D5E4C1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Предложения с прямой речью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B5CACD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:rsidRPr="00D1579F" w14:paraId="5DD399D9" w14:textId="77777777">
        <w:trPr>
          <w:trHeight w:hRule="exact" w:val="9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78221C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163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C16B55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Диалог. Пунктуационное оформление диалога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3F6994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C23A77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49D00E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BF8758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B82824" w14:textId="77777777" w:rsidR="00AC5BCF" w:rsidRPr="00C33ADC" w:rsidRDefault="001F1BB6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Знаки препинания при прямой речи, цитировании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E8B995" w14:textId="77777777" w:rsidR="00AC5BCF" w:rsidRPr="00C33ADC" w:rsidRDefault="001F1BB6">
            <w:pPr>
              <w:autoSpaceDE w:val="0"/>
              <w:autoSpaceDN w:val="0"/>
              <w:spacing w:before="78" w:after="0" w:line="245" w:lineRule="auto"/>
              <w:ind w:left="72" w:right="259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Оформление диалога на письме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244E0F" w14:textId="77777777" w:rsidR="00AC5BCF" w:rsidRPr="00C33ADC" w:rsidRDefault="001F1BB6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использованием«Оценочного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 ;</w:t>
            </w:r>
          </w:p>
        </w:tc>
      </w:tr>
      <w:tr w:rsidR="00AC5BCF" w14:paraId="173CA467" w14:textId="77777777">
        <w:trPr>
          <w:trHeight w:hRule="exact" w:val="732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C1F22D" w14:textId="77777777" w:rsidR="00AC5BCF" w:rsidRDefault="001F1BB6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164</w:t>
            </w:r>
          </w:p>
        </w:tc>
        <w:tc>
          <w:tcPr>
            <w:tcW w:w="377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7461BE" w14:textId="77777777" w:rsidR="00AC5BCF" w:rsidRDefault="001F1BB6">
            <w:pPr>
              <w:autoSpaceDE w:val="0"/>
              <w:autoSpaceDN w:val="0"/>
              <w:spacing w:before="74" w:after="0" w:line="245" w:lineRule="auto"/>
              <w:ind w:left="72" w:right="576"/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Повторение темы "Синтаксис и пунктуация".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Проверочная работа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D6951B" w14:textId="77777777" w:rsidR="00AC5BCF" w:rsidRDefault="001F1BB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2319E9" w14:textId="77777777" w:rsidR="00AC5BCF" w:rsidRDefault="001F1BB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A59EBE" w14:textId="77777777" w:rsidR="00AC5BCF" w:rsidRDefault="001F1BB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C7A11D" w14:textId="77777777" w:rsidR="00AC5BCF" w:rsidRDefault="001F1BB6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24.05.2023</w:t>
            </w: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7CA7F5" w14:textId="77777777" w:rsidR="00AC5BCF" w:rsidRDefault="001F1BB6">
            <w:pPr>
              <w:autoSpaceDE w:val="0"/>
              <w:autoSpaceDN w:val="0"/>
              <w:spacing w:before="74" w:after="0" w:line="250" w:lineRule="auto"/>
              <w:ind w:left="72" w:right="392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Синтаксический анализ простого предложения</w:t>
            </w:r>
          </w:p>
        </w:tc>
        <w:tc>
          <w:tcPr>
            <w:tcW w:w="488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443459" w14:textId="77777777" w:rsidR="00AC5BCF" w:rsidRDefault="001F1BB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Синтаксис как раздел лингвистики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992C13" w14:textId="77777777" w:rsidR="00AC5BCF" w:rsidRDefault="001F1BB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Тестирование;</w:t>
            </w:r>
          </w:p>
        </w:tc>
      </w:tr>
      <w:tr w:rsidR="00AC5BCF" w14:paraId="72D3A61E" w14:textId="77777777">
        <w:trPr>
          <w:trHeight w:hRule="exact" w:val="13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7BD28C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165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48F125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576"/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Повторение изученного в 5 классе. Фонетика.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Графика. Орфография. Орфоэпия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57D954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3950E4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E131D0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40E37D" w14:textId="77777777" w:rsidR="00AC5BCF" w:rsidRDefault="001F1B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63EDAD" w14:textId="77777777" w:rsidR="00AC5BCF" w:rsidRPr="00C33ADC" w:rsidRDefault="001F1BB6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Орфографический анализ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Орфоэпические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нормы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Фонетический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 слова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A1F9AF" w14:textId="77777777" w:rsidR="00AC5BCF" w:rsidRDefault="001F1B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Элементы фонетической транскрипции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F4A7BD" w14:textId="77777777" w:rsidR="00AC5BCF" w:rsidRDefault="001F1BB6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2E46D4F6" w14:textId="77777777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98D066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166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7FAA80" w14:textId="77777777" w:rsidR="00AC5BCF" w:rsidRPr="00C33ADC" w:rsidRDefault="001F1B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Повторение изученного в 5 классе. Лексикология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BCDB59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37BFEC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CA8B5D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514554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DD797C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Лексический анализ слова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8A7F50" w14:textId="77777777" w:rsidR="00AC5BCF" w:rsidRPr="00C33ADC" w:rsidRDefault="001F1B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Лексический анализ слова (в рамках изученного)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42DDE0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14:paraId="4DC28B4B" w14:textId="77777777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649B22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167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A06947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432"/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Повторение изученного в 5 классе. Морфемика.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Орфография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F3A16F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84F497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A839D2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BEF598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E0ACED" w14:textId="77777777" w:rsidR="00AC5BCF" w:rsidRPr="00C33ADC" w:rsidRDefault="001F1BB6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Морфемный анализ слова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Орфографический анализ слова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56B85F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Морфемный анализ слова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EBD7CD" w14:textId="77777777" w:rsidR="00AC5BCF" w:rsidRDefault="001F1BB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</w:tr>
      <w:tr w:rsidR="00AC5BCF" w:rsidRPr="00D1579F" w14:paraId="17B7DA5A" w14:textId="77777777">
        <w:trPr>
          <w:trHeight w:hRule="exact" w:val="1694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66A273" w14:textId="77777777" w:rsidR="00AC5BCF" w:rsidRDefault="001F1BB6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168</w:t>
            </w:r>
          </w:p>
        </w:tc>
        <w:tc>
          <w:tcPr>
            <w:tcW w:w="377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72E653" w14:textId="77777777" w:rsidR="00AC5BCF" w:rsidRDefault="001F1BB6">
            <w:pPr>
              <w:autoSpaceDE w:val="0"/>
              <w:autoSpaceDN w:val="0"/>
              <w:spacing w:before="76" w:after="0" w:line="245" w:lineRule="auto"/>
              <w:ind w:left="72" w:right="288"/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Повторение изученного в 5 классе. Морфология.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Орфография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FAE21C" w14:textId="77777777" w:rsidR="00AC5BCF" w:rsidRDefault="001F1BB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C10BA4" w14:textId="77777777" w:rsidR="00AC5BCF" w:rsidRDefault="001F1BB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E8404A" w14:textId="77777777" w:rsidR="00AC5BCF" w:rsidRDefault="001F1BB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F702B7" w14:textId="77777777" w:rsidR="00AC5BCF" w:rsidRDefault="001F1BB6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29.05.2023</w:t>
            </w: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3015CA" w14:textId="77777777" w:rsidR="00AC5BCF" w:rsidRPr="00C33ADC" w:rsidRDefault="001F1BB6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Грамматические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нормы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(морфологические нормы)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Морфологический анализ слова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Орфографический анализ</w:t>
            </w:r>
          </w:p>
        </w:tc>
        <w:tc>
          <w:tcPr>
            <w:tcW w:w="488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C0A65F" w14:textId="77777777" w:rsidR="00AC5BCF" w:rsidRPr="00C33ADC" w:rsidRDefault="001F1BB6">
            <w:pPr>
              <w:autoSpaceDE w:val="0"/>
              <w:autoSpaceDN w:val="0"/>
              <w:spacing w:before="76" w:after="0" w:line="254" w:lineRule="auto"/>
              <w:ind w:left="72" w:right="43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Общее грамматическое значение, морфологические признаки и синтаксическая роль глагола. Роль глагола в речи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Общее грамматическое значение, морфологические признаки и синтаксическая роль имени прилагательного. Роль имени прилагательного в речи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грамматическое значение, морфологические признаки и синтаксическая роль имени существительного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BB6900" w14:textId="77777777" w:rsidR="00AC5BCF" w:rsidRPr="00C33ADC" w:rsidRDefault="001F1BB6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 ;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Устный опрос ; тестирование ;</w:t>
            </w:r>
          </w:p>
        </w:tc>
      </w:tr>
      <w:tr w:rsidR="00AC5BCF" w14:paraId="45DD0373" w14:textId="77777777">
        <w:trPr>
          <w:trHeight w:hRule="exact" w:val="321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406EC3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169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E5EDEE" w14:textId="77777777" w:rsidR="00AC5BCF" w:rsidRPr="00C33ADC" w:rsidRDefault="001F1B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E59B0D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7A3F87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E3F6E9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840C74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DEA6BE" w14:textId="77777777" w:rsidR="00AC5BCF" w:rsidRPr="00C33ADC" w:rsidRDefault="001F1BB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 текста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Лексический анализ слова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Морфемный анализ слова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Морфологический анализ слова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Орфографический анализ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Орфоэпические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нормы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Синтаксический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 простого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предложения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Фонетический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 слова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AF9061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Основные разделы лингвистики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42AC69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 ;</w:t>
            </w:r>
          </w:p>
        </w:tc>
      </w:tr>
    </w:tbl>
    <w:p w14:paraId="4ADA1B4F" w14:textId="77777777" w:rsidR="00AC5BCF" w:rsidRDefault="00AC5BCF">
      <w:pPr>
        <w:autoSpaceDE w:val="0"/>
        <w:autoSpaceDN w:val="0"/>
        <w:spacing w:after="0" w:line="14" w:lineRule="exact"/>
      </w:pPr>
    </w:p>
    <w:p w14:paraId="2C5678F2" w14:textId="77777777" w:rsidR="00AC5BCF" w:rsidRDefault="00AC5BCF">
      <w:pPr>
        <w:sectPr w:rsidR="00AC5BCF">
          <w:pgSz w:w="16840" w:h="11900"/>
          <w:pgMar w:top="284" w:right="640" w:bottom="520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0C6AAE30" w14:textId="77777777" w:rsidR="00AC5BCF" w:rsidRDefault="00AC5BC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770"/>
        <w:gridCol w:w="528"/>
        <w:gridCol w:w="1106"/>
        <w:gridCol w:w="1140"/>
        <w:gridCol w:w="864"/>
        <w:gridCol w:w="1574"/>
        <w:gridCol w:w="4886"/>
        <w:gridCol w:w="1238"/>
      </w:tblGrid>
      <w:tr w:rsidR="00AC5BCF" w14:paraId="3A107231" w14:textId="77777777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A92BD8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170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03F774" w14:textId="77777777" w:rsidR="00AC5BCF" w:rsidRPr="00C33ADC" w:rsidRDefault="001F1B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Устное сочинение. Рассказ о событии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38EBE3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BE5FFF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758F48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06883C" w14:textId="77777777" w:rsidR="00AC5BCF" w:rsidRDefault="001F1B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31.05.2023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A53FC9" w14:textId="77777777" w:rsidR="00AC5BCF" w:rsidRPr="00C33ADC" w:rsidRDefault="001F1BB6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Создание текстов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различных стилей и функционально-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смысловых типов </w:t>
            </w:r>
            <w:r w:rsidRPr="00C33ADC">
              <w:rPr>
                <w:lang w:val="ru-RU"/>
              </w:rPr>
              <w:br/>
            </w: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речи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8CE1A1" w14:textId="77777777" w:rsidR="00AC5BCF" w:rsidRPr="00C33ADC" w:rsidRDefault="001F1B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Речь устная и письменная, монологическая и диалогическая, полилог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B8AEA3" w14:textId="77777777" w:rsidR="00AC5BCF" w:rsidRDefault="001F1BB6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 сочинение ;</w:t>
            </w:r>
          </w:p>
        </w:tc>
      </w:tr>
      <w:tr w:rsidR="00AC5BCF" w14:paraId="268FC838" w14:textId="77777777">
        <w:trPr>
          <w:trHeight w:hRule="exact" w:val="328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F98683" w14:textId="77777777" w:rsidR="00AC5BCF" w:rsidRPr="00C33ADC" w:rsidRDefault="001F1B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33A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AA18B9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832F79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C10C9F" w14:textId="77777777" w:rsidR="00AC5BCF" w:rsidRDefault="001F1B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158</w:t>
            </w:r>
          </w:p>
        </w:tc>
        <w:tc>
          <w:tcPr>
            <w:tcW w:w="8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0E1D88" w14:textId="77777777" w:rsidR="00AC5BCF" w:rsidRDefault="00AC5BCF"/>
        </w:tc>
      </w:tr>
    </w:tbl>
    <w:p w14:paraId="7500CFB4" w14:textId="77777777" w:rsidR="00AC5BCF" w:rsidRDefault="00AC5BCF">
      <w:pPr>
        <w:autoSpaceDE w:val="0"/>
        <w:autoSpaceDN w:val="0"/>
        <w:spacing w:after="0" w:line="14" w:lineRule="exact"/>
      </w:pPr>
    </w:p>
    <w:p w14:paraId="3B2D118B" w14:textId="77777777" w:rsidR="00AC5BCF" w:rsidRDefault="00AC5BCF">
      <w:pPr>
        <w:sectPr w:rsidR="00AC5BCF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4B06E3BA" w14:textId="77777777" w:rsidR="00AC5BCF" w:rsidRDefault="00AC5BCF">
      <w:pPr>
        <w:autoSpaceDE w:val="0"/>
        <w:autoSpaceDN w:val="0"/>
        <w:spacing w:after="78" w:line="220" w:lineRule="exact"/>
      </w:pPr>
    </w:p>
    <w:p w14:paraId="625B356E" w14:textId="77777777" w:rsidR="00AC5BCF" w:rsidRDefault="001F1BB6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14:paraId="601D9526" w14:textId="77777777" w:rsidR="00AC5BCF" w:rsidRPr="00C33ADC" w:rsidRDefault="001F1BB6">
      <w:pPr>
        <w:autoSpaceDE w:val="0"/>
        <w:autoSpaceDN w:val="0"/>
        <w:spacing w:before="346" w:after="0" w:line="298" w:lineRule="auto"/>
        <w:ind w:right="576"/>
        <w:rPr>
          <w:lang w:val="ru-RU"/>
        </w:rPr>
      </w:pP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Ладыженская Т.А., Баранов М. Т., Тростенцова Л.А. и другие. Русский язык (в 2 частях), 5 класс/ Акционерное общество «Издательство «Просвещение»;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14:paraId="69EFCAFD" w14:textId="77777777" w:rsidR="00AC5BCF" w:rsidRPr="00C33ADC" w:rsidRDefault="001F1BB6">
      <w:pPr>
        <w:autoSpaceDE w:val="0"/>
        <w:autoSpaceDN w:val="0"/>
        <w:spacing w:before="262" w:after="0" w:line="302" w:lineRule="auto"/>
        <w:ind w:right="4608"/>
        <w:rPr>
          <w:lang w:val="ru-RU"/>
        </w:rPr>
      </w:pP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Программа, учебные планы,, учебники, учебные пособия</w:t>
      </w:r>
    </w:p>
    <w:p w14:paraId="2F4B333D" w14:textId="77777777" w:rsidR="00AC5BCF" w:rsidRPr="00C33ADC" w:rsidRDefault="001F1BB6">
      <w:pPr>
        <w:autoSpaceDE w:val="0"/>
        <w:autoSpaceDN w:val="0"/>
        <w:spacing w:before="264" w:after="0" w:line="302" w:lineRule="auto"/>
        <w:ind w:right="1440"/>
        <w:rPr>
          <w:lang w:val="ru-RU"/>
        </w:rPr>
      </w:pP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ЦИФРОВЫЕ ОБРАЗОВАТЕЛЬНЫЕ РЕСУРСЫ И РЕСУРСЫ СЕТИ ИНТЕРНЕТ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resh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yaklass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/,ФИПИ, учи.ру</w:t>
      </w:r>
    </w:p>
    <w:p w14:paraId="72F97124" w14:textId="77777777" w:rsidR="00AC5BCF" w:rsidRPr="00C33ADC" w:rsidRDefault="00AC5BCF">
      <w:pPr>
        <w:rPr>
          <w:lang w:val="ru-RU"/>
        </w:rPr>
        <w:sectPr w:rsidR="00AC5BCF" w:rsidRPr="00C33ADC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667664F1" w14:textId="77777777" w:rsidR="00AC5BCF" w:rsidRPr="00C33ADC" w:rsidRDefault="00AC5BCF">
      <w:pPr>
        <w:autoSpaceDE w:val="0"/>
        <w:autoSpaceDN w:val="0"/>
        <w:spacing w:after="78" w:line="220" w:lineRule="exact"/>
        <w:rPr>
          <w:lang w:val="ru-RU"/>
        </w:rPr>
      </w:pPr>
    </w:p>
    <w:p w14:paraId="670B5CEC" w14:textId="77777777" w:rsidR="00AC5BCF" w:rsidRPr="00C33ADC" w:rsidRDefault="001F1BB6">
      <w:pPr>
        <w:autoSpaceDE w:val="0"/>
        <w:autoSpaceDN w:val="0"/>
        <w:spacing w:after="0" w:line="230" w:lineRule="auto"/>
        <w:rPr>
          <w:lang w:val="ru-RU"/>
        </w:rPr>
      </w:pP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14:paraId="39F8AEBD" w14:textId="77777777" w:rsidR="00AC5BCF" w:rsidRPr="00C33ADC" w:rsidRDefault="001F1BB6">
      <w:pPr>
        <w:autoSpaceDE w:val="0"/>
        <w:autoSpaceDN w:val="0"/>
        <w:spacing w:before="346" w:after="0" w:line="302" w:lineRule="auto"/>
        <w:ind w:right="3888"/>
        <w:rPr>
          <w:lang w:val="ru-RU"/>
        </w:rPr>
      </w:pP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Справочные таблицы, словари, карточки, раздаточный материал</w:t>
      </w:r>
    </w:p>
    <w:p w14:paraId="14545CCF" w14:textId="77777777" w:rsidR="00AC5BCF" w:rsidRPr="00C33ADC" w:rsidRDefault="001F1BB6">
      <w:pPr>
        <w:autoSpaceDE w:val="0"/>
        <w:autoSpaceDN w:val="0"/>
        <w:spacing w:before="262" w:after="0" w:line="300" w:lineRule="auto"/>
        <w:ind w:right="720"/>
        <w:rPr>
          <w:lang w:val="ru-RU"/>
        </w:rPr>
      </w:pPr>
      <w:r w:rsidRPr="00C33AD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ДЛЯ ПРОВЕДЕНИЯ ЛАБОРАТОРНЫХ, ПРАКТИЧЕСКИХ РАБОТ, ДЕМОНСТРАЦИЙ </w:t>
      </w:r>
      <w:r w:rsidRPr="00C33ADC">
        <w:rPr>
          <w:lang w:val="ru-RU"/>
        </w:rPr>
        <w:br/>
      </w:r>
      <w:r w:rsidRPr="00C33ADC">
        <w:rPr>
          <w:rFonts w:ascii="Times New Roman" w:eastAsia="Times New Roman" w:hAnsi="Times New Roman"/>
          <w:color w:val="000000"/>
          <w:sz w:val="24"/>
          <w:lang w:val="ru-RU"/>
        </w:rPr>
        <w:t>Мультимедийный проектор, экран, ноутбук</w:t>
      </w:r>
    </w:p>
    <w:p w14:paraId="03792401" w14:textId="77777777" w:rsidR="00AC5BCF" w:rsidRPr="00C33ADC" w:rsidRDefault="00AC5BCF">
      <w:pPr>
        <w:rPr>
          <w:lang w:val="ru-RU"/>
        </w:rPr>
        <w:sectPr w:rsidR="00AC5BCF" w:rsidRPr="00C33ADC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5966F3AF" w14:textId="77777777" w:rsidR="001F1BB6" w:rsidRPr="00C33ADC" w:rsidRDefault="001F1BB6">
      <w:pPr>
        <w:rPr>
          <w:lang w:val="ru-RU"/>
        </w:rPr>
      </w:pPr>
    </w:p>
    <w:sectPr w:rsidR="001F1BB6" w:rsidRPr="00C33ADC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Serif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F1BB6"/>
    <w:rsid w:val="0029639D"/>
    <w:rsid w:val="00326F90"/>
    <w:rsid w:val="00AA1D8D"/>
    <w:rsid w:val="00AC5BCF"/>
    <w:rsid w:val="00B47730"/>
    <w:rsid w:val="00B70123"/>
    <w:rsid w:val="00C33ADC"/>
    <w:rsid w:val="00CB0664"/>
    <w:rsid w:val="00D1579F"/>
    <w:rsid w:val="00E75F1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1A4927"/>
  <w14:defaultImageDpi w14:val="300"/>
  <w15:docId w15:val="{B7BE822A-0B66-448C-ACB7-1CDB53A13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5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839DC39-2258-439F-A10F-52512A026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16014</Words>
  <Characters>91280</Characters>
  <Application>Microsoft Office Word</Application>
  <DocSecurity>0</DocSecurity>
  <Lines>760</Lines>
  <Paragraphs>214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107080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Lenovo</cp:lastModifiedBy>
  <cp:revision>3</cp:revision>
  <dcterms:created xsi:type="dcterms:W3CDTF">2022-07-09T08:28:00Z</dcterms:created>
  <dcterms:modified xsi:type="dcterms:W3CDTF">2022-07-09T08:28:00Z</dcterms:modified>
</cp:coreProperties>
</file>