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6A52C" w14:textId="77777777" w:rsidR="003C5F91" w:rsidRDefault="003C5F91">
      <w:pPr>
        <w:autoSpaceDE w:val="0"/>
        <w:autoSpaceDN w:val="0"/>
        <w:spacing w:after="78" w:line="220" w:lineRule="exact"/>
      </w:pPr>
      <w:bookmarkStart w:id="0" w:name="_GoBack"/>
      <w:bookmarkEnd w:id="0"/>
    </w:p>
    <w:p w14:paraId="155B9002" w14:textId="77777777" w:rsidR="003C5F91" w:rsidRPr="00452651" w:rsidRDefault="00E33273">
      <w:pPr>
        <w:autoSpaceDE w:val="0"/>
        <w:autoSpaceDN w:val="0"/>
        <w:spacing w:after="0" w:line="230" w:lineRule="auto"/>
        <w:jc w:val="center"/>
        <w:rPr>
          <w:lang w:val="ru-RU"/>
        </w:rPr>
      </w:pPr>
      <w:r w:rsidRPr="00452651">
        <w:rPr>
          <w:rFonts w:ascii="Times New Roman" w:eastAsia="Times New Roman" w:hAnsi="Times New Roman"/>
          <w:b/>
          <w:color w:val="000000"/>
          <w:sz w:val="24"/>
          <w:lang w:val="ru-RU"/>
        </w:rPr>
        <w:t>МИНИСТЕРСТВО ПРОСВЕЩЕНИЯ РОССИЙСКОЙ ФЕДЕРАЦИИ</w:t>
      </w:r>
    </w:p>
    <w:p w14:paraId="74B05C7D" w14:textId="77777777" w:rsidR="003C5F91" w:rsidRPr="00452651" w:rsidRDefault="00E33273">
      <w:pPr>
        <w:autoSpaceDE w:val="0"/>
        <w:autoSpaceDN w:val="0"/>
        <w:spacing w:before="670" w:after="0" w:line="230" w:lineRule="auto"/>
        <w:jc w:val="center"/>
        <w:rPr>
          <w:lang w:val="ru-RU"/>
        </w:rPr>
      </w:pPr>
      <w:r w:rsidRPr="00452651">
        <w:rPr>
          <w:rFonts w:ascii="Times New Roman" w:eastAsia="Times New Roman" w:hAnsi="Times New Roman"/>
          <w:color w:val="000000"/>
          <w:sz w:val="24"/>
          <w:lang w:val="ru-RU"/>
        </w:rPr>
        <w:t>Министерство образования и науки Республики Северная Осетия-Алания</w:t>
      </w:r>
    </w:p>
    <w:p w14:paraId="2CD9175B" w14:textId="77777777" w:rsidR="003C5F91" w:rsidRPr="00452651" w:rsidRDefault="00E33273" w:rsidP="00452651">
      <w:pPr>
        <w:tabs>
          <w:tab w:val="left" w:pos="4466"/>
        </w:tabs>
        <w:autoSpaceDE w:val="0"/>
        <w:autoSpaceDN w:val="0"/>
        <w:spacing w:before="670" w:after="0" w:line="262" w:lineRule="auto"/>
        <w:jc w:val="center"/>
        <w:rPr>
          <w:lang w:val="ru-RU"/>
        </w:rPr>
      </w:pPr>
      <w:r w:rsidRPr="00452651">
        <w:rPr>
          <w:rFonts w:ascii="Times New Roman" w:eastAsia="Times New Roman" w:hAnsi="Times New Roman"/>
          <w:color w:val="000000"/>
          <w:sz w:val="24"/>
          <w:lang w:val="ru-RU"/>
        </w:rPr>
        <w:t>Администрация местного самоуправления муниципального образования Кировский район Р</w:t>
      </w:r>
      <w:r w:rsidR="00452651">
        <w:rPr>
          <w:rFonts w:ascii="Times New Roman" w:eastAsia="Times New Roman" w:hAnsi="Times New Roman"/>
          <w:color w:val="000000"/>
          <w:sz w:val="24"/>
          <w:lang w:val="ru-RU"/>
        </w:rPr>
        <w:t xml:space="preserve">еспублики </w:t>
      </w:r>
      <w:r w:rsidRPr="00452651">
        <w:rPr>
          <w:rFonts w:ascii="Times New Roman" w:eastAsia="Times New Roman" w:hAnsi="Times New Roman"/>
          <w:color w:val="000000"/>
          <w:sz w:val="24"/>
          <w:lang w:val="ru-RU"/>
        </w:rPr>
        <w:t>С</w:t>
      </w:r>
      <w:r w:rsidR="00452651">
        <w:rPr>
          <w:rFonts w:ascii="Times New Roman" w:eastAsia="Times New Roman" w:hAnsi="Times New Roman"/>
          <w:color w:val="000000"/>
          <w:sz w:val="24"/>
          <w:lang w:val="ru-RU"/>
        </w:rPr>
        <w:t xml:space="preserve">еверная </w:t>
      </w:r>
      <w:r w:rsidRPr="00452651">
        <w:rPr>
          <w:rFonts w:ascii="Times New Roman" w:eastAsia="Times New Roman" w:hAnsi="Times New Roman"/>
          <w:color w:val="000000"/>
          <w:sz w:val="24"/>
          <w:lang w:val="ru-RU"/>
        </w:rPr>
        <w:t>О</w:t>
      </w:r>
      <w:r w:rsidR="00452651">
        <w:rPr>
          <w:rFonts w:ascii="Times New Roman" w:eastAsia="Times New Roman" w:hAnsi="Times New Roman"/>
          <w:color w:val="000000"/>
          <w:sz w:val="24"/>
          <w:lang w:val="ru-RU"/>
        </w:rPr>
        <w:t>сетия-</w:t>
      </w:r>
      <w:r w:rsidRPr="00452651">
        <w:rPr>
          <w:rFonts w:ascii="Times New Roman" w:eastAsia="Times New Roman" w:hAnsi="Times New Roman"/>
          <w:color w:val="000000"/>
          <w:sz w:val="24"/>
          <w:lang w:val="ru-RU"/>
        </w:rPr>
        <w:t>Алания</w:t>
      </w:r>
    </w:p>
    <w:p w14:paraId="1F61BFEC" w14:textId="77777777" w:rsidR="003C5F91" w:rsidRPr="00452651" w:rsidRDefault="00E33273">
      <w:pPr>
        <w:autoSpaceDE w:val="0"/>
        <w:autoSpaceDN w:val="0"/>
        <w:spacing w:before="2156" w:after="0" w:line="245" w:lineRule="auto"/>
        <w:ind w:left="6698" w:right="1872"/>
        <w:rPr>
          <w:lang w:val="ru-RU"/>
        </w:rPr>
      </w:pPr>
      <w:r w:rsidRPr="00452651">
        <w:rPr>
          <w:rFonts w:ascii="Times New Roman" w:eastAsia="Times New Roman" w:hAnsi="Times New Roman"/>
          <w:color w:val="000000"/>
          <w:w w:val="102"/>
          <w:sz w:val="20"/>
          <w:lang w:val="ru-RU"/>
        </w:rPr>
        <w:t xml:space="preserve">УТВЕРЖДАЮ </w:t>
      </w:r>
      <w:r w:rsidRPr="00452651">
        <w:rPr>
          <w:lang w:val="ru-RU"/>
        </w:rPr>
        <w:br/>
      </w:r>
      <w:r w:rsidRPr="00452651">
        <w:rPr>
          <w:rFonts w:ascii="Times New Roman" w:eastAsia="Times New Roman" w:hAnsi="Times New Roman"/>
          <w:color w:val="000000"/>
          <w:w w:val="102"/>
          <w:sz w:val="20"/>
          <w:lang w:val="ru-RU"/>
        </w:rPr>
        <w:t>Директор</w:t>
      </w:r>
    </w:p>
    <w:p w14:paraId="040C8D9D" w14:textId="72345C2B" w:rsidR="003C5F91" w:rsidRPr="00452651" w:rsidRDefault="00E33273">
      <w:pPr>
        <w:autoSpaceDE w:val="0"/>
        <w:autoSpaceDN w:val="0"/>
        <w:spacing w:before="182" w:after="0" w:line="230" w:lineRule="auto"/>
        <w:ind w:right="396"/>
        <w:jc w:val="right"/>
        <w:rPr>
          <w:lang w:val="ru-RU"/>
        </w:rPr>
      </w:pPr>
      <w:r w:rsidRPr="00452651">
        <w:rPr>
          <w:rFonts w:ascii="Times New Roman" w:eastAsia="Times New Roman" w:hAnsi="Times New Roman"/>
          <w:color w:val="000000"/>
          <w:w w:val="102"/>
          <w:sz w:val="20"/>
          <w:lang w:val="ru-RU"/>
        </w:rPr>
        <w:t xml:space="preserve">______________( </w:t>
      </w:r>
      <w:r w:rsidR="009C6A0C">
        <w:rPr>
          <w:rFonts w:ascii="Times New Roman" w:eastAsia="Times New Roman" w:hAnsi="Times New Roman"/>
          <w:color w:val="000000"/>
          <w:w w:val="102"/>
          <w:sz w:val="20"/>
          <w:lang w:val="ru-RU"/>
        </w:rPr>
        <w:t xml:space="preserve">Р. </w:t>
      </w:r>
      <w:proofErr w:type="spellStart"/>
      <w:r w:rsidR="009C6A0C">
        <w:rPr>
          <w:rFonts w:ascii="Times New Roman" w:eastAsia="Times New Roman" w:hAnsi="Times New Roman"/>
          <w:color w:val="000000"/>
          <w:w w:val="102"/>
          <w:sz w:val="20"/>
          <w:lang w:val="ru-RU"/>
        </w:rPr>
        <w:t>Х.Кулаев</w:t>
      </w:r>
      <w:proofErr w:type="spellEnd"/>
      <w:r w:rsidRPr="00452651">
        <w:rPr>
          <w:rFonts w:ascii="Times New Roman" w:eastAsia="Times New Roman" w:hAnsi="Times New Roman"/>
          <w:color w:val="000000"/>
          <w:w w:val="102"/>
          <w:sz w:val="20"/>
          <w:lang w:val="ru-RU"/>
        </w:rPr>
        <w:t xml:space="preserve"> )</w:t>
      </w:r>
    </w:p>
    <w:p w14:paraId="70A18172" w14:textId="77777777" w:rsidR="003C5F91" w:rsidRPr="00452651" w:rsidRDefault="00E33273">
      <w:pPr>
        <w:autoSpaceDE w:val="0"/>
        <w:autoSpaceDN w:val="0"/>
        <w:spacing w:before="182" w:after="0" w:line="230" w:lineRule="auto"/>
        <w:ind w:right="236"/>
        <w:jc w:val="right"/>
        <w:rPr>
          <w:lang w:val="ru-RU"/>
        </w:rPr>
      </w:pPr>
      <w:r w:rsidRPr="00452651">
        <w:rPr>
          <w:rFonts w:ascii="Times New Roman" w:eastAsia="Times New Roman" w:hAnsi="Times New Roman"/>
          <w:color w:val="000000"/>
          <w:w w:val="102"/>
          <w:sz w:val="20"/>
          <w:lang w:val="ru-RU"/>
        </w:rPr>
        <w:t>Приказ №_____________________</w:t>
      </w:r>
    </w:p>
    <w:p w14:paraId="7EEFE234" w14:textId="77777777" w:rsidR="003C5F91" w:rsidRPr="00452651" w:rsidRDefault="00E33273">
      <w:pPr>
        <w:autoSpaceDE w:val="0"/>
        <w:autoSpaceDN w:val="0"/>
        <w:spacing w:before="182" w:after="0" w:line="230" w:lineRule="auto"/>
        <w:ind w:right="158"/>
        <w:jc w:val="right"/>
        <w:rPr>
          <w:lang w:val="ru-RU"/>
        </w:rPr>
      </w:pPr>
      <w:r w:rsidRPr="00452651">
        <w:rPr>
          <w:rFonts w:ascii="Times New Roman" w:eastAsia="Times New Roman" w:hAnsi="Times New Roman"/>
          <w:color w:val="000000"/>
          <w:w w:val="102"/>
          <w:sz w:val="20"/>
          <w:lang w:val="ru-RU"/>
        </w:rPr>
        <w:t>от "____" ______________  20___ г.</w:t>
      </w:r>
    </w:p>
    <w:p w14:paraId="53C5E564" w14:textId="1EFF521A" w:rsidR="003C5F91" w:rsidRPr="009C6A0C" w:rsidRDefault="00E33273" w:rsidP="009C6A0C">
      <w:pPr>
        <w:pStyle w:val="21"/>
        <w:shd w:val="clear" w:color="auto" w:fill="FFFFFF"/>
        <w:spacing w:before="240" w:after="120" w:line="240" w:lineRule="atLeast"/>
        <w:jc w:val="center"/>
        <w:rPr>
          <w:rFonts w:ascii="LiberationSerif" w:eastAsia="Times New Roman" w:hAnsi="LiberationSerif" w:cs="Times New Roman"/>
          <w:caps/>
          <w:color w:val="000000"/>
          <w:sz w:val="22"/>
          <w:szCs w:val="22"/>
          <w:lang w:val="ru-RU" w:eastAsia="ru-RU"/>
        </w:rPr>
      </w:pPr>
      <w:r w:rsidRPr="00452651">
        <w:rPr>
          <w:rFonts w:ascii="Times New Roman" w:eastAsia="Times New Roman" w:hAnsi="Times New Roman"/>
          <w:color w:val="000000"/>
          <w:sz w:val="24"/>
          <w:lang w:val="ru-RU"/>
        </w:rPr>
        <w:t xml:space="preserve">РАБОЧАЯ ПРОГРАММА </w:t>
      </w:r>
      <w:r w:rsidRPr="00452651">
        <w:rPr>
          <w:lang w:val="ru-RU"/>
        </w:rPr>
        <w:br/>
      </w:r>
      <w:r w:rsidR="009C6A0C" w:rsidRPr="009C6A0C">
        <w:rPr>
          <w:rFonts w:ascii="LiberationSerif" w:eastAsia="Times New Roman" w:hAnsi="LiberationSerif" w:cs="Times New Roman"/>
          <w:caps/>
          <w:color w:val="000000"/>
          <w:sz w:val="22"/>
          <w:szCs w:val="22"/>
          <w:lang w:val="ru-RU" w:eastAsia="ru-RU"/>
        </w:rPr>
        <w:t>(ID 391559)</w:t>
      </w:r>
    </w:p>
    <w:p w14:paraId="69FE1AF2" w14:textId="77777777" w:rsidR="003C5F91" w:rsidRPr="00452651" w:rsidRDefault="00E33273">
      <w:pPr>
        <w:autoSpaceDE w:val="0"/>
        <w:autoSpaceDN w:val="0"/>
        <w:spacing w:before="166" w:after="0" w:line="262" w:lineRule="auto"/>
        <w:ind w:left="3888" w:right="3888"/>
        <w:jc w:val="center"/>
        <w:rPr>
          <w:lang w:val="ru-RU"/>
        </w:rPr>
      </w:pPr>
      <w:r w:rsidRPr="00452651">
        <w:rPr>
          <w:rFonts w:ascii="Times New Roman" w:eastAsia="Times New Roman" w:hAnsi="Times New Roman"/>
          <w:color w:val="000000"/>
          <w:sz w:val="24"/>
          <w:lang w:val="ru-RU"/>
        </w:rPr>
        <w:t>учебного предмета</w:t>
      </w:r>
      <w:r w:rsidRPr="00452651">
        <w:rPr>
          <w:lang w:val="ru-RU"/>
        </w:rPr>
        <w:br/>
      </w:r>
      <w:r w:rsidRPr="00452651">
        <w:rPr>
          <w:rFonts w:ascii="Times New Roman" w:eastAsia="Times New Roman" w:hAnsi="Times New Roman"/>
          <w:color w:val="000000"/>
          <w:sz w:val="24"/>
          <w:lang w:val="ru-RU"/>
        </w:rPr>
        <w:t>«Литература»</w:t>
      </w:r>
    </w:p>
    <w:p w14:paraId="545CAC26" w14:textId="77777777" w:rsidR="003C5F91" w:rsidRPr="00452651" w:rsidRDefault="00E33273">
      <w:pPr>
        <w:autoSpaceDE w:val="0"/>
        <w:autoSpaceDN w:val="0"/>
        <w:spacing w:before="670" w:after="0" w:line="262" w:lineRule="auto"/>
        <w:ind w:left="2592" w:right="2592"/>
        <w:jc w:val="center"/>
        <w:rPr>
          <w:lang w:val="ru-RU"/>
        </w:rPr>
      </w:pPr>
      <w:r w:rsidRPr="00452651">
        <w:rPr>
          <w:rFonts w:ascii="Times New Roman" w:eastAsia="Times New Roman" w:hAnsi="Times New Roman"/>
          <w:color w:val="000000"/>
          <w:sz w:val="24"/>
          <w:lang w:val="ru-RU"/>
        </w:rPr>
        <w:t xml:space="preserve">для 5 класса основного общего образования </w:t>
      </w:r>
      <w:r w:rsidRPr="00452651">
        <w:rPr>
          <w:lang w:val="ru-RU"/>
        </w:rPr>
        <w:br/>
      </w:r>
      <w:r w:rsidRPr="00452651">
        <w:rPr>
          <w:rFonts w:ascii="Times New Roman" w:eastAsia="Times New Roman" w:hAnsi="Times New Roman"/>
          <w:color w:val="000000"/>
          <w:sz w:val="24"/>
          <w:lang w:val="ru-RU"/>
        </w:rPr>
        <w:t>на 2022-2023  учебный год</w:t>
      </w:r>
    </w:p>
    <w:p w14:paraId="526A2DD0" w14:textId="77777777" w:rsidR="003C5F91" w:rsidRDefault="00E33273" w:rsidP="009C6A0C">
      <w:pPr>
        <w:autoSpaceDE w:val="0"/>
        <w:autoSpaceDN w:val="0"/>
        <w:spacing w:before="2112" w:after="0" w:line="262" w:lineRule="auto"/>
        <w:ind w:left="6062" w:hanging="708"/>
        <w:rPr>
          <w:rFonts w:ascii="Times New Roman" w:eastAsia="Times New Roman" w:hAnsi="Times New Roman"/>
          <w:color w:val="000000"/>
          <w:sz w:val="24"/>
          <w:lang w:val="ru-RU"/>
        </w:rPr>
      </w:pPr>
      <w:r w:rsidRPr="00452651">
        <w:rPr>
          <w:rFonts w:ascii="Times New Roman" w:eastAsia="Times New Roman" w:hAnsi="Times New Roman"/>
          <w:color w:val="000000"/>
          <w:sz w:val="24"/>
          <w:lang w:val="ru-RU"/>
        </w:rPr>
        <w:t xml:space="preserve">Составитель: </w:t>
      </w:r>
      <w:proofErr w:type="spellStart"/>
      <w:r w:rsidR="009C6A0C">
        <w:rPr>
          <w:rFonts w:ascii="Times New Roman" w:eastAsia="Times New Roman" w:hAnsi="Times New Roman"/>
          <w:color w:val="000000"/>
          <w:sz w:val="24"/>
          <w:lang w:val="ru-RU"/>
        </w:rPr>
        <w:t>Тараева</w:t>
      </w:r>
      <w:proofErr w:type="spellEnd"/>
      <w:r w:rsidR="009C6A0C">
        <w:rPr>
          <w:rFonts w:ascii="Times New Roman" w:eastAsia="Times New Roman" w:hAnsi="Times New Roman"/>
          <w:color w:val="000000"/>
          <w:sz w:val="24"/>
          <w:lang w:val="ru-RU"/>
        </w:rPr>
        <w:t xml:space="preserve"> Эльвира Григорьевна</w:t>
      </w:r>
      <w:r w:rsidRPr="00452651">
        <w:rPr>
          <w:rFonts w:ascii="Times New Roman" w:eastAsia="Times New Roman" w:hAnsi="Times New Roman"/>
          <w:color w:val="000000"/>
          <w:sz w:val="24"/>
          <w:lang w:val="ru-RU"/>
        </w:rPr>
        <w:t xml:space="preserve"> </w:t>
      </w:r>
      <w:r w:rsidRPr="00452651">
        <w:rPr>
          <w:lang w:val="ru-RU"/>
        </w:rPr>
        <w:br/>
      </w:r>
      <w:r w:rsidRPr="00452651">
        <w:rPr>
          <w:rFonts w:ascii="Times New Roman" w:eastAsia="Times New Roman" w:hAnsi="Times New Roman"/>
          <w:color w:val="000000"/>
          <w:sz w:val="24"/>
          <w:lang w:val="ru-RU"/>
        </w:rPr>
        <w:t xml:space="preserve">учитель русского языка и </w:t>
      </w:r>
      <w:proofErr w:type="spellStart"/>
      <w:r w:rsidRPr="00452651">
        <w:rPr>
          <w:rFonts w:ascii="Times New Roman" w:eastAsia="Times New Roman" w:hAnsi="Times New Roman"/>
          <w:color w:val="000000"/>
          <w:sz w:val="24"/>
          <w:lang w:val="ru-RU"/>
        </w:rPr>
        <w:t>литерату</w:t>
      </w:r>
      <w:proofErr w:type="spellEnd"/>
    </w:p>
    <w:p w14:paraId="491D0DB8" w14:textId="77777777" w:rsidR="009C6A0C" w:rsidRDefault="009C6A0C" w:rsidP="009C6A0C">
      <w:pPr>
        <w:autoSpaceDE w:val="0"/>
        <w:autoSpaceDN w:val="0"/>
        <w:spacing w:before="2112" w:after="0" w:line="262" w:lineRule="auto"/>
        <w:rPr>
          <w:lang w:val="ru-RU"/>
        </w:rPr>
      </w:pPr>
      <w:r>
        <w:rPr>
          <w:lang w:val="ru-RU"/>
        </w:rPr>
        <w:t xml:space="preserve">         </w:t>
      </w:r>
    </w:p>
    <w:p w14:paraId="30E0ACF9" w14:textId="6F952E45" w:rsidR="009C6A0C" w:rsidRPr="00452651" w:rsidRDefault="009C6A0C" w:rsidP="009C6A0C">
      <w:pPr>
        <w:autoSpaceDE w:val="0"/>
        <w:autoSpaceDN w:val="0"/>
        <w:spacing w:before="2112" w:after="0" w:line="262" w:lineRule="auto"/>
        <w:rPr>
          <w:lang w:val="ru-RU"/>
        </w:rPr>
        <w:sectPr w:rsidR="009C6A0C" w:rsidRPr="00452651">
          <w:pgSz w:w="11900" w:h="16840"/>
          <w:pgMar w:top="298" w:right="876" w:bottom="1440" w:left="1074" w:header="720" w:footer="720" w:gutter="0"/>
          <w:cols w:space="720" w:equalWidth="0">
            <w:col w:w="9950" w:space="0"/>
          </w:cols>
          <w:docGrid w:linePitch="360"/>
        </w:sectPr>
      </w:pPr>
    </w:p>
    <w:p w14:paraId="7E7B421D" w14:textId="2D924350" w:rsidR="003C5F91" w:rsidRPr="00452651" w:rsidRDefault="009C6A0C" w:rsidP="009C6A0C">
      <w:pPr>
        <w:autoSpaceDE w:val="0"/>
        <w:autoSpaceDN w:val="0"/>
        <w:spacing w:after="0" w:line="230" w:lineRule="auto"/>
        <w:ind w:right="3558"/>
        <w:rPr>
          <w:lang w:val="ru-RU"/>
        </w:rPr>
      </w:pPr>
      <w:r>
        <w:rPr>
          <w:rFonts w:ascii="Times New Roman" w:eastAsia="Times New Roman" w:hAnsi="Times New Roman"/>
          <w:color w:val="000000"/>
          <w:sz w:val="24"/>
          <w:lang w:val="ru-RU"/>
        </w:rPr>
        <w:lastRenderedPageBreak/>
        <w:t xml:space="preserve">                                                          </w:t>
      </w:r>
      <w:proofErr w:type="spellStart"/>
      <w:r w:rsidR="00E33273" w:rsidRPr="00452651">
        <w:rPr>
          <w:rFonts w:ascii="Times New Roman" w:eastAsia="Times New Roman" w:hAnsi="Times New Roman"/>
          <w:color w:val="000000"/>
          <w:sz w:val="24"/>
          <w:lang w:val="ru-RU"/>
        </w:rPr>
        <w:t>с.</w:t>
      </w:r>
      <w:r>
        <w:rPr>
          <w:rFonts w:ascii="Times New Roman" w:eastAsia="Times New Roman" w:hAnsi="Times New Roman"/>
          <w:color w:val="000000"/>
          <w:sz w:val="24"/>
          <w:lang w:val="ru-RU"/>
        </w:rPr>
        <w:t>Ставд</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lang w:val="ru-RU"/>
        </w:rPr>
        <w:t>Дурт</w:t>
      </w:r>
      <w:proofErr w:type="spellEnd"/>
      <w:r w:rsidR="00E33273" w:rsidRPr="00452651">
        <w:rPr>
          <w:rFonts w:ascii="Times New Roman" w:eastAsia="Times New Roman" w:hAnsi="Times New Roman"/>
          <w:color w:val="000000"/>
          <w:sz w:val="24"/>
          <w:lang w:val="ru-RU"/>
        </w:rPr>
        <w:t xml:space="preserve"> 2022</w:t>
      </w:r>
    </w:p>
    <w:p w14:paraId="59A44C84" w14:textId="77777777" w:rsidR="003C5F91" w:rsidRPr="00452651" w:rsidRDefault="003C5F91">
      <w:pPr>
        <w:rPr>
          <w:lang w:val="ru-RU"/>
        </w:rPr>
        <w:sectPr w:rsidR="003C5F91" w:rsidRPr="00452651">
          <w:pgSz w:w="11900" w:h="16840"/>
          <w:pgMar w:top="298" w:right="1440" w:bottom="1440" w:left="1440" w:header="720" w:footer="720" w:gutter="0"/>
          <w:cols w:space="720" w:equalWidth="0">
            <w:col w:w="9020" w:space="0"/>
          </w:cols>
          <w:docGrid w:linePitch="360"/>
        </w:sectPr>
      </w:pPr>
    </w:p>
    <w:p w14:paraId="0F185912" w14:textId="77777777" w:rsidR="003C5F91" w:rsidRPr="00452651" w:rsidRDefault="003C5F91">
      <w:pPr>
        <w:autoSpaceDE w:val="0"/>
        <w:autoSpaceDN w:val="0"/>
        <w:spacing w:after="78" w:line="220" w:lineRule="exact"/>
        <w:rPr>
          <w:lang w:val="ru-RU"/>
        </w:rPr>
      </w:pPr>
    </w:p>
    <w:p w14:paraId="341DB758"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b/>
          <w:color w:val="000000"/>
          <w:sz w:val="24"/>
          <w:lang w:val="ru-RU"/>
        </w:rPr>
        <w:t>ПОЯСНИТЕЛЬНАЯ ЗАПИСКА</w:t>
      </w:r>
    </w:p>
    <w:p w14:paraId="730F8076" w14:textId="77777777" w:rsidR="003C5F91" w:rsidRPr="00452651" w:rsidRDefault="00E33273">
      <w:pPr>
        <w:autoSpaceDE w:val="0"/>
        <w:autoSpaceDN w:val="0"/>
        <w:spacing w:before="346" w:after="0" w:line="286" w:lineRule="auto"/>
        <w:ind w:firstLine="180"/>
        <w:rPr>
          <w:lang w:val="ru-RU"/>
        </w:rPr>
      </w:pPr>
      <w:r w:rsidRPr="00452651">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452651">
        <w:rPr>
          <w:rFonts w:ascii="Times New Roman" w:eastAsia="Times New Roman" w:hAnsi="Times New Roman"/>
          <w:color w:val="000000"/>
          <w:sz w:val="24"/>
          <w:lang w:val="ru-RU"/>
        </w:rPr>
        <w:t>Минпросвещения</w:t>
      </w:r>
      <w:proofErr w:type="spellEnd"/>
      <w:r w:rsidRPr="00452651">
        <w:rPr>
          <w:rFonts w:ascii="Times New Roman" w:eastAsia="Times New Roman" w:hAnsi="Times New Roman"/>
          <w:color w:val="000000"/>
          <w:sz w:val="24"/>
          <w:lang w:val="ru-RU"/>
        </w:rPr>
        <w:t xml:space="preserve"> России от 31.05.2021 г.   № 287, зарегистрирован </w:t>
      </w:r>
      <w:r w:rsidRPr="00452651">
        <w:rPr>
          <w:lang w:val="ru-RU"/>
        </w:rPr>
        <w:br/>
      </w:r>
      <w:r w:rsidRPr="00452651">
        <w:rPr>
          <w:rFonts w:ascii="Times New Roman" w:eastAsia="Times New Roman" w:hAnsi="Times New Roman"/>
          <w:color w:val="000000"/>
          <w:sz w:val="24"/>
          <w:lang w:val="ru-RU"/>
        </w:rPr>
        <w:t xml:space="preserve">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4C0125F" w14:textId="77777777" w:rsidR="003C5F91" w:rsidRPr="00452651" w:rsidRDefault="00E33273">
      <w:pPr>
        <w:autoSpaceDE w:val="0"/>
        <w:autoSpaceDN w:val="0"/>
        <w:spacing w:before="264" w:after="0" w:line="230" w:lineRule="auto"/>
        <w:rPr>
          <w:lang w:val="ru-RU"/>
        </w:rPr>
      </w:pPr>
      <w:r w:rsidRPr="00452651">
        <w:rPr>
          <w:rFonts w:ascii="Times New Roman" w:eastAsia="Times New Roman" w:hAnsi="Times New Roman"/>
          <w:b/>
          <w:color w:val="000000"/>
          <w:sz w:val="24"/>
          <w:lang w:val="ru-RU"/>
        </w:rPr>
        <w:t>ОБЩАЯ ХАРАКТЕРИСТИКА УЧЕБНОГО ПРЕДМЕТА «ЛИТЕРАТУРА»</w:t>
      </w:r>
    </w:p>
    <w:p w14:paraId="478DA8BE" w14:textId="77777777" w:rsidR="003C5F91" w:rsidRPr="00452651" w:rsidRDefault="00E33273">
      <w:pPr>
        <w:autoSpaceDE w:val="0"/>
        <w:autoSpaceDN w:val="0"/>
        <w:spacing w:before="168" w:after="0"/>
        <w:ind w:right="288" w:firstLine="180"/>
        <w:rPr>
          <w:lang w:val="ru-RU"/>
        </w:rPr>
      </w:pPr>
      <w:r w:rsidRPr="00452651">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208F5FE3" w14:textId="77777777" w:rsidR="003C5F91" w:rsidRPr="00452651" w:rsidRDefault="00E33273">
      <w:pPr>
        <w:autoSpaceDE w:val="0"/>
        <w:autoSpaceDN w:val="0"/>
        <w:spacing w:before="70" w:after="0" w:line="281" w:lineRule="auto"/>
        <w:ind w:right="288" w:firstLine="180"/>
        <w:rPr>
          <w:lang w:val="ru-RU"/>
        </w:rPr>
      </w:pPr>
      <w:r w:rsidRPr="00452651">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75E394B" w14:textId="77777777" w:rsidR="003C5F91" w:rsidRPr="00452651" w:rsidRDefault="00E33273">
      <w:pPr>
        <w:autoSpaceDE w:val="0"/>
        <w:autoSpaceDN w:val="0"/>
        <w:spacing w:before="70" w:after="0" w:line="271" w:lineRule="auto"/>
        <w:ind w:right="144" w:firstLine="180"/>
        <w:rPr>
          <w:lang w:val="ru-RU"/>
        </w:rPr>
      </w:pPr>
      <w:r w:rsidRPr="0045265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14:paraId="34C8C412" w14:textId="77777777" w:rsidR="003C5F91" w:rsidRPr="00452651" w:rsidRDefault="00E33273">
      <w:pPr>
        <w:autoSpaceDE w:val="0"/>
        <w:autoSpaceDN w:val="0"/>
        <w:spacing w:before="70" w:after="0"/>
        <w:rPr>
          <w:lang w:val="ru-RU"/>
        </w:rPr>
      </w:pPr>
      <w:r w:rsidRPr="0045265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1516A781" w14:textId="77777777" w:rsidR="003C5F91" w:rsidRPr="00452651" w:rsidRDefault="00E33273">
      <w:pPr>
        <w:autoSpaceDE w:val="0"/>
        <w:autoSpaceDN w:val="0"/>
        <w:spacing w:before="70" w:after="0" w:line="281" w:lineRule="auto"/>
        <w:ind w:firstLine="180"/>
        <w:rPr>
          <w:lang w:val="ru-RU"/>
        </w:rPr>
      </w:pPr>
      <w:r w:rsidRPr="0045265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2124C5D9" w14:textId="77777777" w:rsidR="003C5F91" w:rsidRPr="00452651" w:rsidRDefault="00E33273">
      <w:pPr>
        <w:autoSpaceDE w:val="0"/>
        <w:autoSpaceDN w:val="0"/>
        <w:spacing w:before="72" w:after="0" w:line="281" w:lineRule="auto"/>
        <w:ind w:right="144" w:firstLine="180"/>
        <w:rPr>
          <w:lang w:val="ru-RU"/>
        </w:rPr>
      </w:pPr>
      <w:r w:rsidRPr="0045265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452651">
        <w:rPr>
          <w:lang w:val="ru-RU"/>
        </w:rPr>
        <w:br/>
      </w:r>
      <w:r w:rsidRPr="00452651">
        <w:rPr>
          <w:rFonts w:ascii="Times New Roman" w:eastAsia="Times New Roman" w:hAnsi="Times New Roman"/>
          <w:color w:val="000000"/>
          <w:sz w:val="24"/>
          <w:lang w:val="ru-RU"/>
        </w:rPr>
        <w:t xml:space="preserve">планируемых результатов обучения. </w:t>
      </w:r>
    </w:p>
    <w:p w14:paraId="1AC6E256" w14:textId="77777777" w:rsidR="003C5F91" w:rsidRPr="00452651" w:rsidRDefault="00E33273">
      <w:pPr>
        <w:autoSpaceDE w:val="0"/>
        <w:autoSpaceDN w:val="0"/>
        <w:spacing w:before="262" w:after="0" w:line="230" w:lineRule="auto"/>
        <w:rPr>
          <w:lang w:val="ru-RU"/>
        </w:rPr>
      </w:pPr>
      <w:r w:rsidRPr="00452651">
        <w:rPr>
          <w:rFonts w:ascii="Times New Roman" w:eastAsia="Times New Roman" w:hAnsi="Times New Roman"/>
          <w:b/>
          <w:color w:val="000000"/>
          <w:sz w:val="24"/>
          <w:lang w:val="ru-RU"/>
        </w:rPr>
        <w:t>ЦЕЛИ ИЗУЧЕНИЯ УЧЕБНОГО ПРЕДМЕТА «ЛИТЕРАТУРА»</w:t>
      </w:r>
    </w:p>
    <w:p w14:paraId="5AE5C22D" w14:textId="77777777" w:rsidR="003C5F91" w:rsidRPr="00452651" w:rsidRDefault="00E33273">
      <w:pPr>
        <w:autoSpaceDE w:val="0"/>
        <w:autoSpaceDN w:val="0"/>
        <w:spacing w:before="166" w:after="0" w:line="283" w:lineRule="auto"/>
        <w:ind w:right="144" w:firstLine="180"/>
        <w:rPr>
          <w:lang w:val="ru-RU"/>
        </w:rPr>
      </w:pPr>
      <w:r w:rsidRPr="0045265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452651">
        <w:rPr>
          <w:lang w:val="ru-RU"/>
        </w:rPr>
        <w:br/>
      </w:r>
      <w:r w:rsidRPr="00452651">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3B571662" w14:textId="77777777" w:rsidR="003C5F91" w:rsidRPr="00452651" w:rsidRDefault="003C5F91">
      <w:pPr>
        <w:rPr>
          <w:lang w:val="ru-RU"/>
        </w:rPr>
        <w:sectPr w:rsidR="003C5F91" w:rsidRPr="00452651">
          <w:pgSz w:w="11900" w:h="16840"/>
          <w:pgMar w:top="298" w:right="650" w:bottom="338" w:left="666" w:header="720" w:footer="720" w:gutter="0"/>
          <w:cols w:space="720" w:equalWidth="0">
            <w:col w:w="10584" w:space="0"/>
          </w:cols>
          <w:docGrid w:linePitch="360"/>
        </w:sectPr>
      </w:pPr>
    </w:p>
    <w:p w14:paraId="170285DF" w14:textId="77777777" w:rsidR="003C5F91" w:rsidRPr="00452651" w:rsidRDefault="003C5F91">
      <w:pPr>
        <w:autoSpaceDE w:val="0"/>
        <w:autoSpaceDN w:val="0"/>
        <w:spacing w:after="78" w:line="220" w:lineRule="exact"/>
        <w:rPr>
          <w:lang w:val="ru-RU"/>
        </w:rPr>
      </w:pPr>
    </w:p>
    <w:p w14:paraId="56D66E70" w14:textId="77777777" w:rsidR="003C5F91" w:rsidRPr="00452651" w:rsidRDefault="00E33273">
      <w:pPr>
        <w:autoSpaceDE w:val="0"/>
        <w:autoSpaceDN w:val="0"/>
        <w:spacing w:after="0" w:line="286" w:lineRule="auto"/>
        <w:ind w:right="288" w:firstLine="180"/>
        <w:rPr>
          <w:lang w:val="ru-RU"/>
        </w:rPr>
      </w:pPr>
      <w:r w:rsidRPr="00452651">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452651">
        <w:rPr>
          <w:lang w:val="ru-RU"/>
        </w:rPr>
        <w:br/>
      </w:r>
      <w:r w:rsidRPr="00452651">
        <w:rPr>
          <w:rFonts w:ascii="Times New Roman" w:eastAsia="Times New Roman" w:hAnsi="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7B57A1E4" w14:textId="77777777" w:rsidR="003C5F91" w:rsidRPr="00452651" w:rsidRDefault="00E33273">
      <w:pPr>
        <w:autoSpaceDE w:val="0"/>
        <w:autoSpaceDN w:val="0"/>
        <w:spacing w:before="72" w:after="0" w:line="283" w:lineRule="auto"/>
        <w:ind w:firstLine="180"/>
        <w:rPr>
          <w:lang w:val="ru-RU"/>
        </w:rPr>
      </w:pPr>
      <w:r w:rsidRPr="00452651">
        <w:rPr>
          <w:rFonts w:ascii="Times New Roman" w:eastAsia="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BEA948C" w14:textId="77777777" w:rsidR="003C5F91" w:rsidRPr="00452651" w:rsidRDefault="00E33273">
      <w:pPr>
        <w:autoSpaceDE w:val="0"/>
        <w:autoSpaceDN w:val="0"/>
        <w:spacing w:before="70" w:after="0" w:line="288" w:lineRule="auto"/>
        <w:ind w:firstLine="180"/>
        <w:rPr>
          <w:lang w:val="ru-RU"/>
        </w:rPr>
      </w:pPr>
      <w:r w:rsidRPr="0045265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452651">
        <w:rPr>
          <w:lang w:val="ru-RU"/>
        </w:rPr>
        <w:br/>
      </w:r>
      <w:r w:rsidRPr="00452651">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452651">
        <w:rPr>
          <w:rFonts w:ascii="Times New Roman" w:eastAsia="Times New Roman" w:hAnsi="Times New Roman"/>
          <w:color w:val="000000"/>
          <w:sz w:val="24"/>
          <w:lang w:val="ru-RU"/>
        </w:rPr>
        <w:t>теоретико</w:t>
      </w:r>
      <w:proofErr w:type="spellEnd"/>
      <w:r w:rsidRPr="00452651">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452651">
        <w:rPr>
          <w:lang w:val="ru-RU"/>
        </w:rPr>
        <w:br/>
      </w:r>
      <w:r w:rsidRPr="0045265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452651">
        <w:rPr>
          <w:lang w:val="ru-RU"/>
        </w:rPr>
        <w:br/>
      </w:r>
      <w:r w:rsidRPr="00452651">
        <w:rPr>
          <w:rFonts w:ascii="Times New Roman" w:eastAsia="Times New Roman" w:hAnsi="Times New Roman"/>
          <w:color w:val="000000"/>
          <w:sz w:val="24"/>
          <w:lang w:val="ru-RU"/>
        </w:rPr>
        <w:t xml:space="preserve">критической оценки. </w:t>
      </w:r>
    </w:p>
    <w:p w14:paraId="2151AE48" w14:textId="77777777" w:rsidR="003C5F91" w:rsidRPr="00452651" w:rsidRDefault="00E33273">
      <w:pPr>
        <w:autoSpaceDE w:val="0"/>
        <w:autoSpaceDN w:val="0"/>
        <w:spacing w:before="72" w:after="0" w:line="283" w:lineRule="auto"/>
        <w:ind w:firstLine="180"/>
        <w:rPr>
          <w:lang w:val="ru-RU"/>
        </w:rPr>
      </w:pPr>
      <w:r w:rsidRPr="00452651">
        <w:rPr>
          <w:rFonts w:ascii="Times New Roman" w:eastAsia="Times New Roman" w:hAnsi="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5597B787" w14:textId="77777777" w:rsidR="003C5F91" w:rsidRPr="00452651" w:rsidRDefault="00E33273">
      <w:pPr>
        <w:autoSpaceDE w:val="0"/>
        <w:autoSpaceDN w:val="0"/>
        <w:spacing w:before="262" w:after="0" w:line="230" w:lineRule="auto"/>
        <w:rPr>
          <w:lang w:val="ru-RU"/>
        </w:rPr>
      </w:pPr>
      <w:r w:rsidRPr="00452651">
        <w:rPr>
          <w:rFonts w:ascii="Times New Roman" w:eastAsia="Times New Roman" w:hAnsi="Times New Roman"/>
          <w:b/>
          <w:color w:val="000000"/>
          <w:sz w:val="24"/>
          <w:lang w:val="ru-RU"/>
        </w:rPr>
        <w:t>МЕСТО УЧЕБНОГО ПРЕДМЕТА «ЛИТЕРАТУРА» В УЧЕБНОМ ПЛАНЕ</w:t>
      </w:r>
    </w:p>
    <w:p w14:paraId="386898CD" w14:textId="77777777" w:rsidR="003C5F91" w:rsidRPr="00452651" w:rsidRDefault="00E33273">
      <w:pPr>
        <w:autoSpaceDE w:val="0"/>
        <w:autoSpaceDN w:val="0"/>
        <w:spacing w:before="166" w:after="0" w:line="271" w:lineRule="auto"/>
        <w:ind w:right="576" w:firstLine="180"/>
        <w:rPr>
          <w:lang w:val="ru-RU"/>
        </w:rPr>
      </w:pPr>
      <w:r w:rsidRPr="00452651">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452651">
        <w:rPr>
          <w:rFonts w:ascii="Times New Roman" w:eastAsia="Times New Roman" w:hAnsi="Times New Roman"/>
          <w:color w:val="000000"/>
          <w:sz w:val="24"/>
          <w:lang w:val="ru-RU"/>
        </w:rPr>
        <w:t>предмету«Литературное</w:t>
      </w:r>
      <w:proofErr w:type="spellEnd"/>
      <w:r w:rsidRPr="00452651">
        <w:rPr>
          <w:rFonts w:ascii="Times New Roman" w:eastAsia="Times New Roman" w:hAnsi="Times New Roman"/>
          <w:color w:val="000000"/>
          <w:sz w:val="24"/>
          <w:lang w:val="ru-RU"/>
        </w:rPr>
        <w:t xml:space="preserve"> чтение». </w:t>
      </w:r>
    </w:p>
    <w:p w14:paraId="1FBAB363" w14:textId="77777777" w:rsidR="003C5F91" w:rsidRPr="00452651" w:rsidRDefault="00E33273">
      <w:pPr>
        <w:autoSpaceDE w:val="0"/>
        <w:autoSpaceDN w:val="0"/>
        <w:spacing w:before="70" w:after="0" w:line="230" w:lineRule="auto"/>
        <w:ind w:left="180"/>
        <w:rPr>
          <w:lang w:val="ru-RU"/>
        </w:rPr>
      </w:pPr>
      <w:r w:rsidRPr="00452651">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14:paraId="5880984F" w14:textId="77777777" w:rsidR="003C5F91" w:rsidRPr="00452651" w:rsidRDefault="003C5F91">
      <w:pPr>
        <w:rPr>
          <w:lang w:val="ru-RU"/>
        </w:rPr>
        <w:sectPr w:rsidR="003C5F91" w:rsidRPr="00452651">
          <w:pgSz w:w="11900" w:h="16840"/>
          <w:pgMar w:top="298" w:right="690" w:bottom="452" w:left="666" w:header="720" w:footer="720" w:gutter="0"/>
          <w:cols w:space="720" w:equalWidth="0">
            <w:col w:w="10544" w:space="0"/>
          </w:cols>
          <w:docGrid w:linePitch="360"/>
        </w:sectPr>
      </w:pPr>
    </w:p>
    <w:p w14:paraId="585FE324" w14:textId="77777777" w:rsidR="003C5F91" w:rsidRPr="00452651" w:rsidRDefault="003C5F91">
      <w:pPr>
        <w:autoSpaceDE w:val="0"/>
        <w:autoSpaceDN w:val="0"/>
        <w:spacing w:after="66" w:line="220" w:lineRule="exact"/>
        <w:rPr>
          <w:lang w:val="ru-RU"/>
        </w:rPr>
      </w:pPr>
    </w:p>
    <w:p w14:paraId="7199D11D"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color w:val="000000"/>
          <w:sz w:val="24"/>
          <w:lang w:val="ru-RU"/>
        </w:rPr>
        <w:t xml:space="preserve">классе по программе основного общего образования рассчитано на 102 часа. </w:t>
      </w:r>
    </w:p>
    <w:p w14:paraId="34F83B19" w14:textId="77777777" w:rsidR="003C5F91" w:rsidRPr="00452651" w:rsidRDefault="003C5F91">
      <w:pPr>
        <w:rPr>
          <w:lang w:val="ru-RU"/>
        </w:rPr>
        <w:sectPr w:rsidR="003C5F91" w:rsidRPr="00452651">
          <w:pgSz w:w="11900" w:h="16840"/>
          <w:pgMar w:top="286" w:right="1440" w:bottom="1440" w:left="666" w:header="720" w:footer="720" w:gutter="0"/>
          <w:cols w:space="720" w:equalWidth="0">
            <w:col w:w="9794" w:space="0"/>
          </w:cols>
          <w:docGrid w:linePitch="360"/>
        </w:sectPr>
      </w:pPr>
    </w:p>
    <w:p w14:paraId="320007C6" w14:textId="77777777" w:rsidR="003C5F91" w:rsidRPr="00452651" w:rsidRDefault="003C5F91">
      <w:pPr>
        <w:autoSpaceDE w:val="0"/>
        <w:autoSpaceDN w:val="0"/>
        <w:spacing w:after="78" w:line="220" w:lineRule="exact"/>
        <w:rPr>
          <w:lang w:val="ru-RU"/>
        </w:rPr>
      </w:pPr>
    </w:p>
    <w:p w14:paraId="4636FAAA"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b/>
          <w:color w:val="000000"/>
          <w:sz w:val="24"/>
          <w:lang w:val="ru-RU"/>
        </w:rPr>
        <w:t xml:space="preserve">СОДЕРЖАНИЕ УЧЕБНОГО ПРЕДМЕТА </w:t>
      </w:r>
    </w:p>
    <w:p w14:paraId="463B2D64" w14:textId="77777777" w:rsidR="003C5F91" w:rsidRPr="00452651" w:rsidRDefault="00E33273">
      <w:pPr>
        <w:autoSpaceDE w:val="0"/>
        <w:autoSpaceDN w:val="0"/>
        <w:spacing w:before="466" w:after="0" w:line="262" w:lineRule="auto"/>
        <w:ind w:right="7344"/>
        <w:rPr>
          <w:lang w:val="ru-RU"/>
        </w:rPr>
      </w:pPr>
      <w:r w:rsidRPr="00452651">
        <w:rPr>
          <w:rFonts w:ascii="Times New Roman" w:eastAsia="Times New Roman" w:hAnsi="Times New Roman"/>
          <w:b/>
          <w:color w:val="000000"/>
          <w:sz w:val="24"/>
          <w:lang w:val="ru-RU"/>
        </w:rPr>
        <w:t xml:space="preserve">Мифология </w:t>
      </w:r>
      <w:r w:rsidRPr="00452651">
        <w:rPr>
          <w:lang w:val="ru-RU"/>
        </w:rPr>
        <w:br/>
      </w:r>
      <w:r w:rsidRPr="00452651">
        <w:rPr>
          <w:rFonts w:ascii="Times New Roman" w:eastAsia="Times New Roman" w:hAnsi="Times New Roman"/>
          <w:color w:val="000000"/>
          <w:sz w:val="24"/>
          <w:lang w:val="ru-RU"/>
        </w:rPr>
        <w:t>Мифы народов России и мира.</w:t>
      </w:r>
    </w:p>
    <w:p w14:paraId="674922CD" w14:textId="77777777" w:rsidR="003C5F91" w:rsidRPr="00452651" w:rsidRDefault="00E33273">
      <w:pPr>
        <w:autoSpaceDE w:val="0"/>
        <w:autoSpaceDN w:val="0"/>
        <w:spacing w:before="406" w:after="0" w:line="271" w:lineRule="auto"/>
        <w:ind w:right="576"/>
        <w:rPr>
          <w:lang w:val="ru-RU"/>
        </w:rPr>
      </w:pPr>
      <w:r w:rsidRPr="00452651">
        <w:rPr>
          <w:rFonts w:ascii="Times New Roman" w:eastAsia="Times New Roman" w:hAnsi="Times New Roman"/>
          <w:b/>
          <w:color w:val="000000"/>
          <w:sz w:val="24"/>
          <w:lang w:val="ru-RU"/>
        </w:rPr>
        <w:t xml:space="preserve">Фольклор </w:t>
      </w:r>
      <w:r w:rsidRPr="00452651">
        <w:rPr>
          <w:lang w:val="ru-RU"/>
        </w:rPr>
        <w:br/>
      </w:r>
      <w:r w:rsidRPr="00452651">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14:paraId="7BC90BA1" w14:textId="77777777" w:rsidR="003C5F91" w:rsidRPr="00452651" w:rsidRDefault="00E33273">
      <w:pPr>
        <w:autoSpaceDE w:val="0"/>
        <w:autoSpaceDN w:val="0"/>
        <w:spacing w:before="408" w:after="0"/>
        <w:ind w:right="144"/>
        <w:rPr>
          <w:lang w:val="ru-RU"/>
        </w:rPr>
      </w:pPr>
      <w:r w:rsidRPr="0045265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 xml:space="preserve"> века </w:t>
      </w:r>
      <w:r w:rsidRPr="00452651">
        <w:rPr>
          <w:lang w:val="ru-RU"/>
        </w:rPr>
        <w:br/>
      </w:r>
      <w:r w:rsidRPr="00452651">
        <w:rPr>
          <w:rFonts w:ascii="Times New Roman" w:eastAsia="Times New Roman" w:hAnsi="Times New Roman"/>
          <w:b/>
          <w:color w:val="000000"/>
          <w:sz w:val="24"/>
          <w:lang w:val="ru-RU"/>
        </w:rPr>
        <w:t xml:space="preserve">И. А. Крылов. </w:t>
      </w:r>
      <w:r w:rsidRPr="00452651">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452651">
        <w:rPr>
          <w:lang w:val="ru-RU"/>
        </w:rPr>
        <w:br/>
      </w:r>
      <w:r w:rsidRPr="00452651">
        <w:rPr>
          <w:rFonts w:ascii="Times New Roman" w:eastAsia="Times New Roman" w:hAnsi="Times New Roman"/>
          <w:color w:val="000000"/>
          <w:sz w:val="24"/>
          <w:lang w:val="ru-RU"/>
        </w:rPr>
        <w:t>«Осёл и Соловей», «Ворона и Лисица».</w:t>
      </w:r>
    </w:p>
    <w:p w14:paraId="6AD014AD" w14:textId="77777777" w:rsidR="003C5F91" w:rsidRPr="00452651" w:rsidRDefault="00E33273">
      <w:pPr>
        <w:autoSpaceDE w:val="0"/>
        <w:autoSpaceDN w:val="0"/>
        <w:spacing w:before="70" w:after="0" w:line="262" w:lineRule="auto"/>
        <w:ind w:right="2304"/>
        <w:rPr>
          <w:lang w:val="ru-RU"/>
        </w:rPr>
      </w:pPr>
      <w:r w:rsidRPr="00452651">
        <w:rPr>
          <w:rFonts w:ascii="Times New Roman" w:eastAsia="Times New Roman" w:hAnsi="Times New Roman"/>
          <w:b/>
          <w:color w:val="000000"/>
          <w:sz w:val="24"/>
          <w:lang w:val="ru-RU"/>
        </w:rPr>
        <w:t xml:space="preserve">А. С. Пушкин. </w:t>
      </w:r>
      <w:r w:rsidRPr="00452651">
        <w:rPr>
          <w:rFonts w:ascii="Times New Roman" w:eastAsia="Times New Roman" w:hAnsi="Times New Roman"/>
          <w:color w:val="000000"/>
          <w:sz w:val="24"/>
          <w:lang w:val="ru-RU"/>
        </w:rPr>
        <w:t>Стихотворения (не менее трёх). «Зимнее утро»,</w:t>
      </w:r>
      <w:r w:rsidRPr="00452651">
        <w:rPr>
          <w:lang w:val="ru-RU"/>
        </w:rPr>
        <w:br/>
      </w:r>
      <w:r w:rsidRPr="00452651">
        <w:rPr>
          <w:rFonts w:ascii="Times New Roman" w:eastAsia="Times New Roman" w:hAnsi="Times New Roman"/>
          <w:color w:val="000000"/>
          <w:sz w:val="24"/>
          <w:lang w:val="ru-RU"/>
        </w:rPr>
        <w:t>«Зимний вечер», «Няне» и др. «Сказка о мёртвой царевне и о семи богатырях».</w:t>
      </w:r>
    </w:p>
    <w:p w14:paraId="4BB60DFC"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М. Ю. Лермонтов.</w:t>
      </w:r>
      <w:r w:rsidRPr="00452651">
        <w:rPr>
          <w:rFonts w:ascii="Times New Roman" w:eastAsia="Times New Roman" w:hAnsi="Times New Roman"/>
          <w:color w:val="000000"/>
          <w:sz w:val="24"/>
          <w:lang w:val="ru-RU"/>
        </w:rPr>
        <w:t xml:space="preserve"> Стихотворение «Бородино».</w:t>
      </w:r>
    </w:p>
    <w:p w14:paraId="22434DFF" w14:textId="77777777" w:rsidR="003C5F91" w:rsidRPr="00452651" w:rsidRDefault="00E33273">
      <w:pPr>
        <w:autoSpaceDE w:val="0"/>
        <w:autoSpaceDN w:val="0"/>
        <w:spacing w:before="70" w:after="0" w:line="262" w:lineRule="auto"/>
        <w:ind w:right="4176"/>
        <w:rPr>
          <w:lang w:val="ru-RU"/>
        </w:rPr>
      </w:pPr>
      <w:r w:rsidRPr="00452651">
        <w:rPr>
          <w:rFonts w:ascii="Times New Roman" w:eastAsia="Times New Roman" w:hAnsi="Times New Roman"/>
          <w:b/>
          <w:color w:val="000000"/>
          <w:sz w:val="24"/>
          <w:lang w:val="ru-RU"/>
        </w:rPr>
        <w:t>Н. В. Гоголь.</w:t>
      </w:r>
      <w:r w:rsidRPr="00452651">
        <w:rPr>
          <w:rFonts w:ascii="Times New Roman" w:eastAsia="Times New Roman" w:hAnsi="Times New Roman"/>
          <w:color w:val="000000"/>
          <w:sz w:val="24"/>
          <w:lang w:val="ru-RU"/>
        </w:rPr>
        <w:t xml:space="preserve"> Повесть «Ночь перед Рождеством» из </w:t>
      </w:r>
      <w:proofErr w:type="spellStart"/>
      <w:r w:rsidRPr="00452651">
        <w:rPr>
          <w:rFonts w:ascii="Times New Roman" w:eastAsia="Times New Roman" w:hAnsi="Times New Roman"/>
          <w:color w:val="000000"/>
          <w:sz w:val="24"/>
          <w:lang w:val="ru-RU"/>
        </w:rPr>
        <w:t>сборника«Вечера</w:t>
      </w:r>
      <w:proofErr w:type="spellEnd"/>
      <w:r w:rsidRPr="00452651">
        <w:rPr>
          <w:rFonts w:ascii="Times New Roman" w:eastAsia="Times New Roman" w:hAnsi="Times New Roman"/>
          <w:color w:val="000000"/>
          <w:sz w:val="24"/>
          <w:lang w:val="ru-RU"/>
        </w:rPr>
        <w:t xml:space="preserve"> на хуторе близ Диканьки».</w:t>
      </w:r>
    </w:p>
    <w:p w14:paraId="0B13F420" w14:textId="77777777" w:rsidR="003C5F91" w:rsidRPr="00452651" w:rsidRDefault="00E33273">
      <w:pPr>
        <w:autoSpaceDE w:val="0"/>
        <w:autoSpaceDN w:val="0"/>
        <w:spacing w:before="406" w:after="0" w:line="262" w:lineRule="auto"/>
        <w:ind w:right="6192"/>
        <w:rPr>
          <w:lang w:val="ru-RU"/>
        </w:rPr>
      </w:pPr>
      <w:r w:rsidRPr="0045265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 xml:space="preserve"> века </w:t>
      </w:r>
      <w:r w:rsidRPr="00452651">
        <w:rPr>
          <w:lang w:val="ru-RU"/>
        </w:rPr>
        <w:br/>
      </w:r>
      <w:r w:rsidRPr="00452651">
        <w:rPr>
          <w:rFonts w:ascii="Times New Roman" w:eastAsia="Times New Roman" w:hAnsi="Times New Roman"/>
          <w:b/>
          <w:color w:val="000000"/>
          <w:sz w:val="24"/>
          <w:lang w:val="ru-RU"/>
        </w:rPr>
        <w:t>И. С. Тургенев.</w:t>
      </w:r>
      <w:r w:rsidRPr="00452651">
        <w:rPr>
          <w:rFonts w:ascii="Times New Roman" w:eastAsia="Times New Roman" w:hAnsi="Times New Roman"/>
          <w:color w:val="000000"/>
          <w:sz w:val="24"/>
          <w:lang w:val="ru-RU"/>
        </w:rPr>
        <w:t xml:space="preserve"> Рассказ «Муму».</w:t>
      </w:r>
    </w:p>
    <w:p w14:paraId="178923DA" w14:textId="77777777" w:rsidR="003C5F91" w:rsidRPr="00452651" w:rsidRDefault="00E33273">
      <w:pPr>
        <w:autoSpaceDE w:val="0"/>
        <w:autoSpaceDN w:val="0"/>
        <w:spacing w:before="70" w:after="0" w:line="262" w:lineRule="auto"/>
        <w:ind w:right="144"/>
        <w:rPr>
          <w:lang w:val="ru-RU"/>
        </w:rPr>
      </w:pPr>
      <w:r w:rsidRPr="00452651">
        <w:rPr>
          <w:rFonts w:ascii="Times New Roman" w:eastAsia="Times New Roman" w:hAnsi="Times New Roman"/>
          <w:b/>
          <w:color w:val="000000"/>
          <w:sz w:val="24"/>
          <w:lang w:val="ru-RU"/>
        </w:rPr>
        <w:t>Н. А. Некрасов.</w:t>
      </w:r>
      <w:r w:rsidRPr="00452651">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14:paraId="03312CD4"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Л. Н. Толстой.</w:t>
      </w:r>
      <w:r w:rsidRPr="00452651">
        <w:rPr>
          <w:rFonts w:ascii="Times New Roman" w:eastAsia="Times New Roman" w:hAnsi="Times New Roman"/>
          <w:color w:val="000000"/>
          <w:sz w:val="24"/>
          <w:lang w:val="ru-RU"/>
        </w:rPr>
        <w:t xml:space="preserve"> Рассказ «Кавказский пленник».</w:t>
      </w:r>
    </w:p>
    <w:p w14:paraId="10917133" w14:textId="77777777" w:rsidR="003C5F91" w:rsidRPr="00452651" w:rsidRDefault="00E33273">
      <w:pPr>
        <w:autoSpaceDE w:val="0"/>
        <w:autoSpaceDN w:val="0"/>
        <w:spacing w:before="406" w:after="0"/>
        <w:rPr>
          <w:lang w:val="ru-RU"/>
        </w:rPr>
      </w:pPr>
      <w:r w:rsidRPr="0045265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 xml:space="preserve">—ХХ веков </w:t>
      </w:r>
      <w:r w:rsidRPr="00452651">
        <w:rPr>
          <w:lang w:val="ru-RU"/>
        </w:rPr>
        <w:br/>
      </w:r>
      <w:r w:rsidRPr="00452651">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 xml:space="preserve">—ХХ веков о родной природе и о связи человека с Родиной </w:t>
      </w:r>
      <w:r w:rsidRPr="00452651">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36B05D24" w14:textId="77777777" w:rsidR="003C5F91" w:rsidRPr="00452651" w:rsidRDefault="00E33273">
      <w:pPr>
        <w:autoSpaceDE w:val="0"/>
        <w:autoSpaceDN w:val="0"/>
        <w:spacing w:before="70" w:after="0" w:line="271" w:lineRule="auto"/>
        <w:rPr>
          <w:lang w:val="ru-RU"/>
        </w:rPr>
      </w:pPr>
      <w:r w:rsidRPr="00452651">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452651">
        <w:rPr>
          <w:rFonts w:ascii="Times New Roman" w:eastAsia="Times New Roman" w:hAnsi="Times New Roman"/>
          <w:b/>
          <w:color w:val="000000"/>
          <w:sz w:val="24"/>
          <w:lang w:val="ru-RU"/>
        </w:rPr>
        <w:t xml:space="preserve"> веков </w:t>
      </w:r>
      <w:r w:rsidRPr="00452651">
        <w:rPr>
          <w:lang w:val="ru-RU"/>
        </w:rPr>
        <w:br/>
      </w:r>
      <w:r w:rsidRPr="00452651">
        <w:rPr>
          <w:rFonts w:ascii="Times New Roman" w:eastAsia="Times New Roman" w:hAnsi="Times New Roman"/>
          <w:b/>
          <w:color w:val="000000"/>
          <w:sz w:val="24"/>
          <w:lang w:val="ru-RU"/>
        </w:rPr>
        <w:t xml:space="preserve">А. П. Чехов </w:t>
      </w:r>
      <w:r w:rsidRPr="00452651">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14:paraId="26F1ED9F" w14:textId="77777777" w:rsidR="003C5F91" w:rsidRPr="00452651" w:rsidRDefault="00E33273">
      <w:pPr>
        <w:autoSpaceDE w:val="0"/>
        <w:autoSpaceDN w:val="0"/>
        <w:spacing w:before="72" w:after="0" w:line="262" w:lineRule="auto"/>
        <w:ind w:right="1008"/>
        <w:rPr>
          <w:lang w:val="ru-RU"/>
        </w:rPr>
      </w:pPr>
      <w:r w:rsidRPr="00452651">
        <w:rPr>
          <w:rFonts w:ascii="Times New Roman" w:eastAsia="Times New Roman" w:hAnsi="Times New Roman"/>
          <w:b/>
          <w:color w:val="000000"/>
          <w:sz w:val="24"/>
          <w:lang w:val="ru-RU"/>
        </w:rPr>
        <w:t xml:space="preserve">М. М. Зощенко </w:t>
      </w:r>
      <w:r w:rsidRPr="00452651">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14:paraId="2A35A170" w14:textId="77777777" w:rsidR="003C5F91" w:rsidRPr="00452651" w:rsidRDefault="00E33273">
      <w:pPr>
        <w:autoSpaceDE w:val="0"/>
        <w:autoSpaceDN w:val="0"/>
        <w:spacing w:before="70" w:after="0" w:line="262" w:lineRule="auto"/>
        <w:rPr>
          <w:lang w:val="ru-RU"/>
        </w:rPr>
      </w:pPr>
      <w:r w:rsidRPr="00452651">
        <w:rPr>
          <w:rFonts w:ascii="Times New Roman" w:eastAsia="Times New Roman" w:hAnsi="Times New Roman"/>
          <w:b/>
          <w:color w:val="000000"/>
          <w:sz w:val="24"/>
          <w:lang w:val="ru-RU"/>
        </w:rPr>
        <w:t>Произведения отечественной литературы о природе и животных</w:t>
      </w:r>
      <w:r w:rsidRPr="00452651">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14:paraId="667F13C3"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А. П. Платонов.</w:t>
      </w:r>
      <w:r w:rsidRPr="00452651">
        <w:rPr>
          <w:rFonts w:ascii="Times New Roman" w:eastAsia="Times New Roman" w:hAnsi="Times New Roman"/>
          <w:color w:val="000000"/>
          <w:sz w:val="24"/>
          <w:lang w:val="ru-RU"/>
        </w:rPr>
        <w:t xml:space="preserve"> Рассказы (один по выбору). Например, «Корова», «Никита» и др.</w:t>
      </w:r>
    </w:p>
    <w:p w14:paraId="34260405"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В. П. Астафьев.</w:t>
      </w:r>
      <w:r w:rsidRPr="00452651">
        <w:rPr>
          <w:rFonts w:ascii="Times New Roman" w:eastAsia="Times New Roman" w:hAnsi="Times New Roman"/>
          <w:color w:val="000000"/>
          <w:sz w:val="24"/>
          <w:lang w:val="ru-RU"/>
        </w:rPr>
        <w:t xml:space="preserve"> Рассказ «</w:t>
      </w:r>
      <w:proofErr w:type="spellStart"/>
      <w:r w:rsidRPr="00452651">
        <w:rPr>
          <w:rFonts w:ascii="Times New Roman" w:eastAsia="Times New Roman" w:hAnsi="Times New Roman"/>
          <w:color w:val="000000"/>
          <w:sz w:val="24"/>
          <w:lang w:val="ru-RU"/>
        </w:rPr>
        <w:t>Васюткино</w:t>
      </w:r>
      <w:proofErr w:type="spellEnd"/>
      <w:r w:rsidRPr="00452651">
        <w:rPr>
          <w:rFonts w:ascii="Times New Roman" w:eastAsia="Times New Roman" w:hAnsi="Times New Roman"/>
          <w:color w:val="000000"/>
          <w:sz w:val="24"/>
          <w:lang w:val="ru-RU"/>
        </w:rPr>
        <w:t xml:space="preserve"> озеро».</w:t>
      </w:r>
    </w:p>
    <w:p w14:paraId="31750809" w14:textId="77777777" w:rsidR="003C5F91" w:rsidRPr="00452651" w:rsidRDefault="00E33273">
      <w:pPr>
        <w:autoSpaceDE w:val="0"/>
        <w:autoSpaceDN w:val="0"/>
        <w:spacing w:before="406" w:after="0" w:line="262" w:lineRule="auto"/>
        <w:rPr>
          <w:lang w:val="ru-RU"/>
        </w:rPr>
      </w:pPr>
      <w:r w:rsidRPr="0045265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45265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452651">
        <w:rPr>
          <w:rFonts w:ascii="Times New Roman" w:eastAsia="Times New Roman" w:hAnsi="Times New Roman"/>
          <w:b/>
          <w:color w:val="000000"/>
          <w:sz w:val="24"/>
          <w:lang w:val="ru-RU"/>
        </w:rPr>
        <w:t xml:space="preserve"> веков </w:t>
      </w:r>
      <w:r w:rsidRPr="00452651">
        <w:rPr>
          <w:lang w:val="ru-RU"/>
        </w:rPr>
        <w:br/>
      </w:r>
      <w:r w:rsidRPr="00452651">
        <w:rPr>
          <w:rFonts w:ascii="Times New Roman" w:eastAsia="Times New Roman" w:hAnsi="Times New Roman"/>
          <w:b/>
          <w:color w:val="000000"/>
          <w:sz w:val="24"/>
          <w:lang w:val="ru-RU"/>
        </w:rPr>
        <w:t>Произведения отечественной прозы на тему «Человек на войне»</w:t>
      </w:r>
      <w:r w:rsidRPr="00452651">
        <w:rPr>
          <w:rFonts w:ascii="Times New Roman" w:eastAsia="Times New Roman" w:hAnsi="Times New Roman"/>
          <w:color w:val="000000"/>
          <w:sz w:val="24"/>
          <w:lang w:val="ru-RU"/>
        </w:rPr>
        <w:t xml:space="preserve"> (не менее двух). Например, Л. А.</w:t>
      </w:r>
    </w:p>
    <w:p w14:paraId="71C22166" w14:textId="77777777" w:rsidR="003C5F91" w:rsidRPr="00452651" w:rsidRDefault="00E33273">
      <w:pPr>
        <w:autoSpaceDE w:val="0"/>
        <w:autoSpaceDN w:val="0"/>
        <w:spacing w:before="70" w:after="0" w:line="262" w:lineRule="auto"/>
        <w:ind w:right="576"/>
        <w:rPr>
          <w:lang w:val="ru-RU"/>
        </w:rPr>
      </w:pPr>
      <w:r w:rsidRPr="00452651">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14:paraId="3F8847FB"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45265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452651">
        <w:rPr>
          <w:rFonts w:ascii="Times New Roman" w:eastAsia="Times New Roman" w:hAnsi="Times New Roman"/>
          <w:b/>
          <w:color w:val="000000"/>
          <w:sz w:val="24"/>
          <w:lang w:val="ru-RU"/>
        </w:rPr>
        <w:t xml:space="preserve"> веков на тему детства</w:t>
      </w:r>
      <w:r w:rsidRPr="00452651">
        <w:rPr>
          <w:rFonts w:ascii="Times New Roman" w:eastAsia="Times New Roman" w:hAnsi="Times New Roman"/>
          <w:color w:val="000000"/>
          <w:sz w:val="24"/>
          <w:lang w:val="ru-RU"/>
        </w:rPr>
        <w:t xml:space="preserve"> (не менее двух).</w:t>
      </w:r>
    </w:p>
    <w:p w14:paraId="6A3E40D2" w14:textId="77777777" w:rsidR="003C5F91" w:rsidRPr="00452651" w:rsidRDefault="00E33273">
      <w:pPr>
        <w:autoSpaceDE w:val="0"/>
        <w:autoSpaceDN w:val="0"/>
        <w:spacing w:before="70" w:after="0" w:line="262" w:lineRule="auto"/>
        <w:ind w:right="144"/>
        <w:rPr>
          <w:lang w:val="ru-RU"/>
        </w:rPr>
      </w:pPr>
      <w:r w:rsidRPr="00452651">
        <w:rPr>
          <w:rFonts w:ascii="Times New Roman" w:eastAsia="Times New Roman" w:hAnsi="Times New Roman"/>
          <w:color w:val="000000"/>
          <w:sz w:val="24"/>
          <w:lang w:val="ru-RU"/>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452651">
        <w:rPr>
          <w:rFonts w:ascii="Times New Roman" w:eastAsia="Times New Roman" w:hAnsi="Times New Roman"/>
          <w:color w:val="000000"/>
          <w:sz w:val="24"/>
          <w:lang w:val="ru-RU"/>
        </w:rPr>
        <w:t>Гиваргизова</w:t>
      </w:r>
      <w:proofErr w:type="spellEnd"/>
      <w:r w:rsidRPr="00452651">
        <w:rPr>
          <w:rFonts w:ascii="Times New Roman" w:eastAsia="Times New Roman" w:hAnsi="Times New Roman"/>
          <w:color w:val="000000"/>
          <w:sz w:val="24"/>
          <w:lang w:val="ru-RU"/>
        </w:rPr>
        <w:t>, М.</w:t>
      </w:r>
    </w:p>
    <w:p w14:paraId="7149B3EB" w14:textId="77777777" w:rsidR="003C5F91" w:rsidRPr="00452651" w:rsidRDefault="003C5F91">
      <w:pPr>
        <w:rPr>
          <w:lang w:val="ru-RU"/>
        </w:rPr>
        <w:sectPr w:rsidR="003C5F91" w:rsidRPr="00452651">
          <w:pgSz w:w="11900" w:h="16840"/>
          <w:pgMar w:top="298" w:right="650" w:bottom="398" w:left="666" w:header="720" w:footer="720" w:gutter="0"/>
          <w:cols w:space="720" w:equalWidth="0">
            <w:col w:w="10584" w:space="0"/>
          </w:cols>
          <w:docGrid w:linePitch="360"/>
        </w:sectPr>
      </w:pPr>
    </w:p>
    <w:p w14:paraId="33883356" w14:textId="77777777" w:rsidR="003C5F91" w:rsidRPr="00452651" w:rsidRDefault="003C5F91">
      <w:pPr>
        <w:autoSpaceDE w:val="0"/>
        <w:autoSpaceDN w:val="0"/>
        <w:spacing w:after="66" w:line="220" w:lineRule="exact"/>
        <w:rPr>
          <w:lang w:val="ru-RU"/>
        </w:rPr>
      </w:pPr>
    </w:p>
    <w:p w14:paraId="0B26328D"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color w:val="000000"/>
          <w:sz w:val="24"/>
          <w:lang w:val="ru-RU"/>
        </w:rPr>
        <w:t xml:space="preserve">С. </w:t>
      </w:r>
      <w:proofErr w:type="spellStart"/>
      <w:r w:rsidRPr="00452651">
        <w:rPr>
          <w:rFonts w:ascii="Times New Roman" w:eastAsia="Times New Roman" w:hAnsi="Times New Roman"/>
          <w:color w:val="000000"/>
          <w:sz w:val="24"/>
          <w:lang w:val="ru-RU"/>
        </w:rPr>
        <w:t>Аромштам</w:t>
      </w:r>
      <w:proofErr w:type="spellEnd"/>
      <w:r w:rsidRPr="00452651">
        <w:rPr>
          <w:rFonts w:ascii="Times New Roman" w:eastAsia="Times New Roman" w:hAnsi="Times New Roman"/>
          <w:color w:val="000000"/>
          <w:sz w:val="24"/>
          <w:lang w:val="ru-RU"/>
        </w:rPr>
        <w:t xml:space="preserve">, Н. Ю. </w:t>
      </w:r>
      <w:proofErr w:type="spellStart"/>
      <w:r w:rsidRPr="00452651">
        <w:rPr>
          <w:rFonts w:ascii="Times New Roman" w:eastAsia="Times New Roman" w:hAnsi="Times New Roman"/>
          <w:color w:val="000000"/>
          <w:sz w:val="24"/>
          <w:lang w:val="ru-RU"/>
        </w:rPr>
        <w:t>Абгарян</w:t>
      </w:r>
      <w:proofErr w:type="spellEnd"/>
      <w:r w:rsidRPr="00452651">
        <w:rPr>
          <w:rFonts w:ascii="Times New Roman" w:eastAsia="Times New Roman" w:hAnsi="Times New Roman"/>
          <w:color w:val="000000"/>
          <w:sz w:val="24"/>
          <w:lang w:val="ru-RU"/>
        </w:rPr>
        <w:t>.</w:t>
      </w:r>
    </w:p>
    <w:p w14:paraId="536E0990" w14:textId="77777777" w:rsidR="003C5F91" w:rsidRPr="00452651" w:rsidRDefault="00E33273">
      <w:pPr>
        <w:autoSpaceDE w:val="0"/>
        <w:autoSpaceDN w:val="0"/>
        <w:spacing w:before="70" w:after="0" w:line="271" w:lineRule="auto"/>
        <w:ind w:right="288"/>
        <w:rPr>
          <w:lang w:val="ru-RU"/>
        </w:rPr>
      </w:pPr>
      <w:r w:rsidRPr="00452651">
        <w:rPr>
          <w:rFonts w:ascii="Times New Roman" w:eastAsia="Times New Roman" w:hAnsi="Times New Roman"/>
          <w:b/>
          <w:color w:val="000000"/>
          <w:sz w:val="24"/>
          <w:lang w:val="ru-RU"/>
        </w:rPr>
        <w:t>Произведения приключенческого жанра отечественных писателей</w:t>
      </w:r>
      <w:r w:rsidRPr="00452651">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14:paraId="3F71B7F3" w14:textId="77777777" w:rsidR="003C5F91" w:rsidRPr="00452651" w:rsidRDefault="00E33273">
      <w:pPr>
        <w:autoSpaceDE w:val="0"/>
        <w:autoSpaceDN w:val="0"/>
        <w:spacing w:before="406" w:after="0" w:line="262" w:lineRule="auto"/>
        <w:ind w:right="4176"/>
        <w:rPr>
          <w:lang w:val="ru-RU"/>
        </w:rPr>
      </w:pPr>
      <w:r w:rsidRPr="00452651">
        <w:rPr>
          <w:rFonts w:ascii="Times New Roman" w:eastAsia="Times New Roman" w:hAnsi="Times New Roman"/>
          <w:b/>
          <w:color w:val="000000"/>
          <w:sz w:val="24"/>
          <w:lang w:val="ru-RU"/>
        </w:rPr>
        <w:t xml:space="preserve">Литература народов Российской Федерации </w:t>
      </w:r>
      <w:r w:rsidRPr="00452651">
        <w:rPr>
          <w:lang w:val="ru-RU"/>
        </w:rPr>
        <w:br/>
      </w:r>
      <w:r w:rsidRPr="00452651">
        <w:rPr>
          <w:rFonts w:ascii="Times New Roman" w:eastAsia="Times New Roman" w:hAnsi="Times New Roman"/>
          <w:b/>
          <w:color w:val="000000"/>
          <w:sz w:val="24"/>
          <w:lang w:val="ru-RU"/>
        </w:rPr>
        <w:t xml:space="preserve">Стихотворения </w:t>
      </w:r>
      <w:r w:rsidRPr="00452651">
        <w:rPr>
          <w:rFonts w:ascii="Times New Roman" w:eastAsia="Times New Roman" w:hAnsi="Times New Roman"/>
          <w:color w:val="000000"/>
          <w:sz w:val="24"/>
          <w:lang w:val="ru-RU"/>
        </w:rPr>
        <w:t>(одно по выбору). Например, Р. Г. Гамзатов.</w:t>
      </w:r>
    </w:p>
    <w:p w14:paraId="08AAA891"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color w:val="000000"/>
          <w:sz w:val="24"/>
          <w:lang w:val="ru-RU"/>
        </w:rPr>
        <w:t>«Песня соловья»; М. Карим. «Эту песню мать мне пела».</w:t>
      </w:r>
    </w:p>
    <w:p w14:paraId="16117A80" w14:textId="77777777" w:rsidR="003C5F91" w:rsidRPr="00452651" w:rsidRDefault="00E33273">
      <w:pPr>
        <w:autoSpaceDE w:val="0"/>
        <w:autoSpaceDN w:val="0"/>
        <w:spacing w:before="406" w:after="0" w:line="262" w:lineRule="auto"/>
        <w:ind w:right="1008"/>
        <w:rPr>
          <w:lang w:val="ru-RU"/>
        </w:rPr>
      </w:pPr>
      <w:r w:rsidRPr="00452651">
        <w:rPr>
          <w:rFonts w:ascii="Times New Roman" w:eastAsia="Times New Roman" w:hAnsi="Times New Roman"/>
          <w:b/>
          <w:color w:val="000000"/>
          <w:sz w:val="24"/>
          <w:lang w:val="ru-RU"/>
        </w:rPr>
        <w:t xml:space="preserve">Зарубежная литература </w:t>
      </w:r>
      <w:r w:rsidRPr="00452651">
        <w:rPr>
          <w:lang w:val="ru-RU"/>
        </w:rPr>
        <w:br/>
      </w:r>
      <w:r w:rsidRPr="00452651">
        <w:rPr>
          <w:rFonts w:ascii="Times New Roman" w:eastAsia="Times New Roman" w:hAnsi="Times New Roman"/>
          <w:b/>
          <w:color w:val="000000"/>
          <w:sz w:val="24"/>
          <w:lang w:val="ru-RU"/>
        </w:rPr>
        <w:t xml:space="preserve">Х. К. Андерсен. </w:t>
      </w:r>
      <w:r w:rsidRPr="00452651">
        <w:rPr>
          <w:rFonts w:ascii="Times New Roman" w:eastAsia="Times New Roman" w:hAnsi="Times New Roman"/>
          <w:color w:val="000000"/>
          <w:sz w:val="24"/>
          <w:lang w:val="ru-RU"/>
        </w:rPr>
        <w:t>Сказки (одна по выбору). Например, «Снежная королева», «Соловей» и др.</w:t>
      </w:r>
    </w:p>
    <w:p w14:paraId="37954057" w14:textId="77777777" w:rsidR="003C5F91" w:rsidRPr="00452651" w:rsidRDefault="00E33273">
      <w:pPr>
        <w:autoSpaceDE w:val="0"/>
        <w:autoSpaceDN w:val="0"/>
        <w:spacing w:before="72" w:after="0" w:line="262" w:lineRule="auto"/>
        <w:rPr>
          <w:lang w:val="ru-RU"/>
        </w:rPr>
      </w:pPr>
      <w:r w:rsidRPr="00452651">
        <w:rPr>
          <w:rFonts w:ascii="Times New Roman" w:eastAsia="Times New Roman" w:hAnsi="Times New Roman"/>
          <w:b/>
          <w:color w:val="000000"/>
          <w:sz w:val="24"/>
          <w:lang w:val="ru-RU"/>
        </w:rPr>
        <w:t>Зарубежная сказочная проза</w:t>
      </w:r>
      <w:r w:rsidRPr="00452651">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w:t>
      </w:r>
      <w:proofErr w:type="spellStart"/>
      <w:r w:rsidRPr="00452651">
        <w:rPr>
          <w:rFonts w:ascii="Times New Roman" w:eastAsia="Times New Roman" w:hAnsi="Times New Roman"/>
          <w:color w:val="000000"/>
          <w:sz w:val="24"/>
          <w:lang w:val="ru-RU"/>
        </w:rPr>
        <w:t>Толкин</w:t>
      </w:r>
      <w:proofErr w:type="spellEnd"/>
      <w:r w:rsidRPr="00452651">
        <w:rPr>
          <w:rFonts w:ascii="Times New Roman" w:eastAsia="Times New Roman" w:hAnsi="Times New Roman"/>
          <w:color w:val="000000"/>
          <w:sz w:val="24"/>
          <w:lang w:val="ru-RU"/>
        </w:rPr>
        <w:t>. «Хоббит, или Туда и обратно» (главы по выбору).</w:t>
      </w:r>
    </w:p>
    <w:p w14:paraId="73D21A27"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 xml:space="preserve">Зарубежная проза о детях и подростках </w:t>
      </w:r>
      <w:r w:rsidRPr="00452651">
        <w:rPr>
          <w:rFonts w:ascii="Times New Roman" w:eastAsia="Times New Roman" w:hAnsi="Times New Roman"/>
          <w:color w:val="000000"/>
          <w:sz w:val="24"/>
          <w:lang w:val="ru-RU"/>
        </w:rPr>
        <w:t xml:space="preserve">(два произведения по выбору).   Например,   М.   Твен. </w:t>
      </w:r>
    </w:p>
    <w:p w14:paraId="5E422E1F" w14:textId="77777777" w:rsidR="003C5F91" w:rsidRPr="00452651" w:rsidRDefault="00E33273">
      <w:pPr>
        <w:autoSpaceDE w:val="0"/>
        <w:autoSpaceDN w:val="0"/>
        <w:spacing w:before="70" w:after="0"/>
        <w:ind w:right="144"/>
        <w:rPr>
          <w:lang w:val="ru-RU"/>
        </w:rPr>
      </w:pPr>
      <w:r w:rsidRPr="00452651">
        <w:rPr>
          <w:rFonts w:ascii="Times New Roman" w:eastAsia="Times New Roman" w:hAnsi="Times New Roman"/>
          <w:color w:val="000000"/>
          <w:sz w:val="24"/>
          <w:lang w:val="ru-RU"/>
        </w:rPr>
        <w:t>«Приключения   Тома   Сойера»</w:t>
      </w:r>
      <w:r w:rsidRPr="00452651">
        <w:rPr>
          <w:lang w:val="ru-RU"/>
        </w:rPr>
        <w:br/>
      </w:r>
      <w:r w:rsidRPr="00452651">
        <w:rPr>
          <w:rFonts w:ascii="Times New Roman" w:eastAsia="Times New Roman" w:hAnsi="Times New Roman"/>
          <w:color w:val="000000"/>
          <w:sz w:val="24"/>
          <w:lang w:val="ru-RU"/>
        </w:rPr>
        <w:t xml:space="preserve">(главы по выбору); Дж. Лондон. «Сказание о </w:t>
      </w:r>
      <w:proofErr w:type="spellStart"/>
      <w:r w:rsidRPr="00452651">
        <w:rPr>
          <w:rFonts w:ascii="Times New Roman" w:eastAsia="Times New Roman" w:hAnsi="Times New Roman"/>
          <w:color w:val="000000"/>
          <w:sz w:val="24"/>
          <w:lang w:val="ru-RU"/>
        </w:rPr>
        <w:t>Кише</w:t>
      </w:r>
      <w:proofErr w:type="spellEnd"/>
      <w:r w:rsidRPr="00452651">
        <w:rPr>
          <w:rFonts w:ascii="Times New Roman" w:eastAsia="Times New Roman" w:hAnsi="Times New Roman"/>
          <w:color w:val="000000"/>
          <w:sz w:val="24"/>
          <w:lang w:val="ru-RU"/>
        </w:rPr>
        <w:t>»; Р. Брэдбери. Рассказы. Например, «</w:t>
      </w:r>
      <w:proofErr w:type="spellStart"/>
      <w:r w:rsidRPr="00452651">
        <w:rPr>
          <w:rFonts w:ascii="Times New Roman" w:eastAsia="Times New Roman" w:hAnsi="Times New Roman"/>
          <w:color w:val="000000"/>
          <w:sz w:val="24"/>
          <w:lang w:val="ru-RU"/>
        </w:rPr>
        <w:t>Каникулы»,«Звук</w:t>
      </w:r>
      <w:proofErr w:type="spellEnd"/>
      <w:r w:rsidRPr="00452651">
        <w:rPr>
          <w:rFonts w:ascii="Times New Roman" w:eastAsia="Times New Roman" w:hAnsi="Times New Roman"/>
          <w:color w:val="000000"/>
          <w:sz w:val="24"/>
          <w:lang w:val="ru-RU"/>
        </w:rPr>
        <w:t xml:space="preserve"> бегущих ног»,</w:t>
      </w:r>
      <w:r w:rsidRPr="00452651">
        <w:rPr>
          <w:lang w:val="ru-RU"/>
        </w:rPr>
        <w:br/>
      </w:r>
      <w:r w:rsidRPr="00452651">
        <w:rPr>
          <w:rFonts w:ascii="Times New Roman" w:eastAsia="Times New Roman" w:hAnsi="Times New Roman"/>
          <w:color w:val="000000"/>
          <w:sz w:val="24"/>
          <w:lang w:val="ru-RU"/>
        </w:rPr>
        <w:t>«Зелёное утро» и др.</w:t>
      </w:r>
    </w:p>
    <w:p w14:paraId="2BF04117"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 xml:space="preserve">Зарубежная приключенческая проза </w:t>
      </w:r>
      <w:r w:rsidRPr="00452651">
        <w:rPr>
          <w:rFonts w:ascii="Times New Roman" w:eastAsia="Times New Roman" w:hAnsi="Times New Roman"/>
          <w:color w:val="000000"/>
          <w:sz w:val="24"/>
          <w:lang w:val="ru-RU"/>
        </w:rPr>
        <w:t>(два произведения по выбору).</w:t>
      </w:r>
    </w:p>
    <w:p w14:paraId="3AFDE36D"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color w:val="000000"/>
          <w:sz w:val="24"/>
          <w:lang w:val="ru-RU"/>
        </w:rPr>
        <w:t>Например, Р. Л. Стивенсон. «Остров сокровищ», «Чёрная стрела» и др.</w:t>
      </w:r>
    </w:p>
    <w:p w14:paraId="390A9ECB" w14:textId="77777777" w:rsidR="003C5F91" w:rsidRPr="00452651" w:rsidRDefault="00E33273">
      <w:pPr>
        <w:autoSpaceDE w:val="0"/>
        <w:autoSpaceDN w:val="0"/>
        <w:spacing w:before="70" w:after="0" w:line="230" w:lineRule="auto"/>
        <w:rPr>
          <w:lang w:val="ru-RU"/>
        </w:rPr>
      </w:pPr>
      <w:r w:rsidRPr="00452651">
        <w:rPr>
          <w:rFonts w:ascii="Times New Roman" w:eastAsia="Times New Roman" w:hAnsi="Times New Roman"/>
          <w:b/>
          <w:color w:val="000000"/>
          <w:sz w:val="24"/>
          <w:lang w:val="ru-RU"/>
        </w:rPr>
        <w:t xml:space="preserve">Зарубежная проза о животных </w:t>
      </w:r>
      <w:r w:rsidRPr="00452651">
        <w:rPr>
          <w:rFonts w:ascii="Times New Roman" w:eastAsia="Times New Roman" w:hAnsi="Times New Roman"/>
          <w:color w:val="000000"/>
          <w:sz w:val="24"/>
          <w:lang w:val="ru-RU"/>
        </w:rPr>
        <w:t>(одно-два произведения по выбору).</w:t>
      </w:r>
    </w:p>
    <w:p w14:paraId="677AB58C" w14:textId="77777777" w:rsidR="003C5F91" w:rsidRPr="00452651" w:rsidRDefault="00E33273">
      <w:pPr>
        <w:autoSpaceDE w:val="0"/>
        <w:autoSpaceDN w:val="0"/>
        <w:spacing w:before="70" w:after="0" w:line="262" w:lineRule="auto"/>
        <w:ind w:right="432"/>
        <w:rPr>
          <w:lang w:val="ru-RU"/>
        </w:rPr>
      </w:pPr>
      <w:r w:rsidRPr="00452651">
        <w:rPr>
          <w:rFonts w:ascii="Times New Roman" w:eastAsia="Times New Roman" w:hAnsi="Times New Roman"/>
          <w:color w:val="000000"/>
          <w:sz w:val="24"/>
          <w:lang w:val="ru-RU"/>
        </w:rPr>
        <w:t xml:space="preserve">Э. Сетон-Томпсон. «Королевская </w:t>
      </w:r>
      <w:proofErr w:type="spellStart"/>
      <w:r w:rsidRPr="00452651">
        <w:rPr>
          <w:rFonts w:ascii="Times New Roman" w:eastAsia="Times New Roman" w:hAnsi="Times New Roman"/>
          <w:color w:val="000000"/>
          <w:sz w:val="24"/>
          <w:lang w:val="ru-RU"/>
        </w:rPr>
        <w:t>аналостанка</w:t>
      </w:r>
      <w:proofErr w:type="spellEnd"/>
      <w:r w:rsidRPr="00452651">
        <w:rPr>
          <w:rFonts w:ascii="Times New Roman" w:eastAsia="Times New Roman" w:hAnsi="Times New Roman"/>
          <w:color w:val="000000"/>
          <w:sz w:val="24"/>
          <w:lang w:val="ru-RU"/>
        </w:rPr>
        <w:t>»; Дж. Даррелл. «Говорящий свёрток»; Дж. Лондон. «Белый  клык»; Дж. Р. Киплинг. «Маугли», «Рикки-Тикки-Тави» и др.</w:t>
      </w:r>
    </w:p>
    <w:p w14:paraId="6993B9F6" w14:textId="77777777" w:rsidR="003C5F91" w:rsidRPr="00452651" w:rsidRDefault="003C5F91">
      <w:pPr>
        <w:rPr>
          <w:lang w:val="ru-RU"/>
        </w:rPr>
        <w:sectPr w:rsidR="003C5F91" w:rsidRPr="00452651">
          <w:pgSz w:w="11900" w:h="16840"/>
          <w:pgMar w:top="286" w:right="658" w:bottom="1440" w:left="666" w:header="720" w:footer="720" w:gutter="0"/>
          <w:cols w:space="720" w:equalWidth="0">
            <w:col w:w="10576" w:space="0"/>
          </w:cols>
          <w:docGrid w:linePitch="360"/>
        </w:sectPr>
      </w:pPr>
    </w:p>
    <w:p w14:paraId="6352071B" w14:textId="77777777" w:rsidR="003C5F91" w:rsidRPr="00452651" w:rsidRDefault="003C5F91">
      <w:pPr>
        <w:autoSpaceDE w:val="0"/>
        <w:autoSpaceDN w:val="0"/>
        <w:spacing w:after="78" w:line="220" w:lineRule="exact"/>
        <w:rPr>
          <w:lang w:val="ru-RU"/>
        </w:rPr>
      </w:pPr>
    </w:p>
    <w:p w14:paraId="5CE7707F"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b/>
          <w:color w:val="000000"/>
          <w:sz w:val="24"/>
          <w:lang w:val="ru-RU"/>
        </w:rPr>
        <w:t>ПЛАНИРУЕМЫЕ ОБРАЗОВАТЕЛЬНЫЕ РЕЗУЛЬТАТЫ</w:t>
      </w:r>
    </w:p>
    <w:p w14:paraId="35D3A23C" w14:textId="77777777" w:rsidR="003C5F91" w:rsidRPr="00452651" w:rsidRDefault="00E33273">
      <w:pPr>
        <w:tabs>
          <w:tab w:val="left" w:pos="360"/>
        </w:tabs>
        <w:autoSpaceDE w:val="0"/>
        <w:autoSpaceDN w:val="0"/>
        <w:spacing w:before="346" w:after="0" w:line="262" w:lineRule="auto"/>
        <w:ind w:right="1152"/>
        <w:rPr>
          <w:lang w:val="ru-RU"/>
        </w:rPr>
      </w:pPr>
      <w:r w:rsidRPr="00452651">
        <w:rPr>
          <w:lang w:val="ru-RU"/>
        </w:rPr>
        <w:tab/>
      </w:r>
      <w:r w:rsidRPr="00452651">
        <w:rPr>
          <w:rFonts w:ascii="Times New Roman" w:eastAsia="Times New Roman" w:hAnsi="Times New Roman"/>
          <w:color w:val="000000"/>
          <w:sz w:val="24"/>
          <w:lang w:val="ru-RU"/>
        </w:rPr>
        <w:t xml:space="preserve"> 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w:t>
      </w:r>
    </w:p>
    <w:p w14:paraId="1303B96E" w14:textId="77777777" w:rsidR="003C5F91" w:rsidRPr="00452651" w:rsidRDefault="00E33273">
      <w:pPr>
        <w:autoSpaceDE w:val="0"/>
        <w:autoSpaceDN w:val="0"/>
        <w:spacing w:before="262" w:after="0" w:line="230" w:lineRule="auto"/>
        <w:rPr>
          <w:lang w:val="ru-RU"/>
        </w:rPr>
      </w:pPr>
      <w:r w:rsidRPr="00452651">
        <w:rPr>
          <w:rFonts w:ascii="Times New Roman" w:eastAsia="Times New Roman" w:hAnsi="Times New Roman"/>
          <w:b/>
          <w:color w:val="000000"/>
          <w:sz w:val="24"/>
          <w:lang w:val="ru-RU"/>
        </w:rPr>
        <w:t>ЛИЧНОСТНЫЕ РЕЗУЛЬТАТЫ</w:t>
      </w:r>
    </w:p>
    <w:p w14:paraId="10ED7E71" w14:textId="77777777" w:rsidR="003C5F91" w:rsidRPr="00452651" w:rsidRDefault="00E33273">
      <w:pPr>
        <w:autoSpaceDE w:val="0"/>
        <w:autoSpaceDN w:val="0"/>
        <w:spacing w:before="166" w:after="0" w:line="281" w:lineRule="auto"/>
        <w:ind w:right="144" w:firstLine="300"/>
        <w:rPr>
          <w:lang w:val="ru-RU"/>
        </w:rPr>
      </w:pPr>
      <w:r w:rsidRPr="00452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452651">
        <w:rPr>
          <w:lang w:val="ru-RU"/>
        </w:rPr>
        <w:br/>
      </w:r>
      <w:r w:rsidRPr="0045265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18617D" w14:textId="77777777" w:rsidR="003C5F91" w:rsidRPr="00452651" w:rsidRDefault="00E33273">
      <w:pPr>
        <w:autoSpaceDE w:val="0"/>
        <w:autoSpaceDN w:val="0"/>
        <w:spacing w:before="72" w:after="0"/>
        <w:ind w:right="432" w:firstLine="360"/>
        <w:rPr>
          <w:lang w:val="ru-RU"/>
        </w:rPr>
      </w:pPr>
      <w:r w:rsidRPr="00452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C60A0DE" w14:textId="77777777" w:rsidR="003C5F91" w:rsidRPr="00452651" w:rsidRDefault="00E33273">
      <w:pPr>
        <w:autoSpaceDE w:val="0"/>
        <w:autoSpaceDN w:val="0"/>
        <w:spacing w:before="190" w:after="0" w:line="230" w:lineRule="auto"/>
        <w:ind w:left="180"/>
        <w:rPr>
          <w:lang w:val="ru-RU"/>
        </w:rPr>
      </w:pPr>
      <w:r w:rsidRPr="00452651">
        <w:rPr>
          <w:rFonts w:ascii="Times New Roman" w:eastAsia="Times New Roman" w:hAnsi="Times New Roman"/>
          <w:b/>
          <w:color w:val="000000"/>
          <w:sz w:val="24"/>
          <w:lang w:val="ru-RU"/>
        </w:rPr>
        <w:t>Гражданского воспитания:</w:t>
      </w:r>
    </w:p>
    <w:p w14:paraId="22086827" w14:textId="77777777" w:rsidR="003C5F91" w:rsidRPr="00452651" w:rsidRDefault="00E33273">
      <w:pPr>
        <w:autoSpaceDE w:val="0"/>
        <w:autoSpaceDN w:val="0"/>
        <w:spacing w:before="178" w:after="0" w:line="262" w:lineRule="auto"/>
        <w:ind w:left="420" w:right="288"/>
        <w:rPr>
          <w:lang w:val="ru-RU"/>
        </w:rPr>
      </w:pPr>
      <w:r w:rsidRPr="0045265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3790622E" w14:textId="77777777" w:rsidR="003C5F91" w:rsidRPr="00452651" w:rsidRDefault="00E33273">
      <w:pPr>
        <w:autoSpaceDE w:val="0"/>
        <w:autoSpaceDN w:val="0"/>
        <w:spacing w:before="190" w:after="0" w:line="271" w:lineRule="auto"/>
        <w:ind w:left="420" w:right="144"/>
        <w:rPr>
          <w:lang w:val="ru-RU"/>
        </w:rPr>
      </w:pPr>
      <w:r w:rsidRPr="0045265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9135986"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неприятие любых форм экстремизма, дискриминации;</w:t>
      </w:r>
    </w:p>
    <w:p w14:paraId="365E4937"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понимание роли различных социальных институтов в жизни человека;</w:t>
      </w:r>
    </w:p>
    <w:p w14:paraId="5A2B8D29" w14:textId="77777777" w:rsidR="003C5F91" w:rsidRPr="00452651" w:rsidRDefault="00E33273">
      <w:pPr>
        <w:autoSpaceDE w:val="0"/>
        <w:autoSpaceDN w:val="0"/>
        <w:spacing w:before="190" w:after="0" w:line="271" w:lineRule="auto"/>
        <w:ind w:left="420" w:right="432"/>
        <w:rPr>
          <w:lang w:val="ru-RU"/>
        </w:rPr>
      </w:pPr>
      <w:r w:rsidRPr="0045265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3D330FD"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представление о способах противодействия коррупции;</w:t>
      </w:r>
    </w:p>
    <w:p w14:paraId="680B449B" w14:textId="77777777" w:rsidR="003C5F91" w:rsidRPr="00452651" w:rsidRDefault="00E33273">
      <w:pPr>
        <w:autoSpaceDE w:val="0"/>
        <w:autoSpaceDN w:val="0"/>
        <w:spacing w:before="190" w:after="0" w:line="262" w:lineRule="auto"/>
        <w:ind w:left="420" w:right="432"/>
        <w:rPr>
          <w:lang w:val="ru-RU"/>
        </w:rPr>
      </w:pPr>
      <w:r w:rsidRPr="0045265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353E154" w14:textId="77777777" w:rsidR="003C5F91" w:rsidRPr="00452651" w:rsidRDefault="00E33273">
      <w:pPr>
        <w:autoSpaceDE w:val="0"/>
        <w:autoSpaceDN w:val="0"/>
        <w:spacing w:before="192" w:after="0" w:line="230" w:lineRule="auto"/>
        <w:ind w:left="420"/>
        <w:rPr>
          <w:lang w:val="ru-RU"/>
        </w:rPr>
      </w:pPr>
      <w:r w:rsidRPr="00452651">
        <w:rPr>
          <w:rFonts w:ascii="Times New Roman" w:eastAsia="Times New Roman" w:hAnsi="Times New Roman"/>
          <w:color w:val="000000"/>
          <w:sz w:val="24"/>
          <w:lang w:val="ru-RU"/>
        </w:rPr>
        <w:t>—   активное участие в школьном самоуправлении;</w:t>
      </w:r>
    </w:p>
    <w:p w14:paraId="13F80007" w14:textId="77777777" w:rsidR="003C5F91" w:rsidRPr="00452651" w:rsidRDefault="00E33273">
      <w:pPr>
        <w:autoSpaceDE w:val="0"/>
        <w:autoSpaceDN w:val="0"/>
        <w:spacing w:before="190" w:after="0" w:line="262" w:lineRule="auto"/>
        <w:ind w:left="420" w:right="1008"/>
        <w:rPr>
          <w:lang w:val="ru-RU"/>
        </w:rPr>
      </w:pPr>
      <w:r w:rsidRPr="00452651">
        <w:rPr>
          <w:rFonts w:ascii="Times New Roman" w:eastAsia="Times New Roman" w:hAnsi="Times New Roman"/>
          <w:color w:val="000000"/>
          <w:sz w:val="24"/>
          <w:lang w:val="ru-RU"/>
        </w:rPr>
        <w:t>—   готовность к участию в гуманитарной деятельности (волонтерство; помощь людям, нуждающимся в ней).</w:t>
      </w:r>
    </w:p>
    <w:p w14:paraId="2C25BBF9" w14:textId="77777777" w:rsidR="003C5F91" w:rsidRPr="00452651" w:rsidRDefault="00E33273">
      <w:pPr>
        <w:autoSpaceDE w:val="0"/>
        <w:autoSpaceDN w:val="0"/>
        <w:spacing w:before="298" w:after="0" w:line="230" w:lineRule="auto"/>
        <w:ind w:left="180"/>
        <w:rPr>
          <w:lang w:val="ru-RU"/>
        </w:rPr>
      </w:pPr>
      <w:r w:rsidRPr="00452651">
        <w:rPr>
          <w:rFonts w:ascii="Times New Roman" w:eastAsia="Times New Roman" w:hAnsi="Times New Roman"/>
          <w:b/>
          <w:color w:val="000000"/>
          <w:sz w:val="24"/>
          <w:lang w:val="ru-RU"/>
        </w:rPr>
        <w:t>Патриотического воспитания:</w:t>
      </w:r>
    </w:p>
    <w:p w14:paraId="3EA91879" w14:textId="77777777" w:rsidR="003C5F91" w:rsidRPr="00452651" w:rsidRDefault="00E33273">
      <w:pPr>
        <w:autoSpaceDE w:val="0"/>
        <w:autoSpaceDN w:val="0"/>
        <w:spacing w:before="178" w:after="0"/>
        <w:ind w:left="420" w:right="432"/>
        <w:rPr>
          <w:lang w:val="ru-RU"/>
        </w:rPr>
      </w:pPr>
      <w:r w:rsidRPr="0045265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452651">
        <w:rPr>
          <w:lang w:val="ru-RU"/>
        </w:rPr>
        <w:br/>
      </w:r>
      <w:r w:rsidRPr="0045265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452651">
        <w:rPr>
          <w:lang w:val="ru-RU"/>
        </w:rPr>
        <w:br/>
      </w:r>
      <w:r w:rsidRPr="0045265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14:paraId="781CABB3" w14:textId="77777777" w:rsidR="003C5F91" w:rsidRPr="00452651" w:rsidRDefault="00E33273">
      <w:pPr>
        <w:autoSpaceDE w:val="0"/>
        <w:autoSpaceDN w:val="0"/>
        <w:spacing w:before="190" w:after="0" w:line="271" w:lineRule="auto"/>
        <w:ind w:left="420" w:right="288"/>
        <w:rPr>
          <w:lang w:val="ru-RU"/>
        </w:rPr>
      </w:pPr>
      <w:r w:rsidRPr="0045265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7EF3F8BF" w14:textId="77777777" w:rsidR="003C5F91" w:rsidRPr="00452651" w:rsidRDefault="003C5F91">
      <w:pPr>
        <w:rPr>
          <w:lang w:val="ru-RU"/>
        </w:rPr>
        <w:sectPr w:rsidR="003C5F91" w:rsidRPr="00452651">
          <w:pgSz w:w="11900" w:h="16840"/>
          <w:pgMar w:top="298" w:right="650" w:bottom="500" w:left="666" w:header="720" w:footer="720" w:gutter="0"/>
          <w:cols w:space="720" w:equalWidth="0">
            <w:col w:w="10584" w:space="0"/>
          </w:cols>
          <w:docGrid w:linePitch="360"/>
        </w:sectPr>
      </w:pPr>
    </w:p>
    <w:p w14:paraId="709AA800" w14:textId="77777777" w:rsidR="003C5F91" w:rsidRPr="00452651" w:rsidRDefault="003C5F91">
      <w:pPr>
        <w:autoSpaceDE w:val="0"/>
        <w:autoSpaceDN w:val="0"/>
        <w:spacing w:after="108" w:line="220" w:lineRule="exact"/>
        <w:rPr>
          <w:lang w:val="ru-RU"/>
        </w:rPr>
      </w:pPr>
    </w:p>
    <w:p w14:paraId="782C0880" w14:textId="77777777" w:rsidR="003C5F91" w:rsidRPr="00452651" w:rsidRDefault="00E33273">
      <w:pPr>
        <w:autoSpaceDE w:val="0"/>
        <w:autoSpaceDN w:val="0"/>
        <w:spacing w:after="0" w:line="271" w:lineRule="auto"/>
        <w:ind w:left="240" w:right="454"/>
        <w:jc w:val="both"/>
        <w:rPr>
          <w:lang w:val="ru-RU"/>
        </w:rPr>
      </w:pPr>
      <w:r w:rsidRPr="0045265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C4F041F" w14:textId="77777777" w:rsidR="003C5F91" w:rsidRPr="00452651" w:rsidRDefault="00E33273">
      <w:pPr>
        <w:autoSpaceDE w:val="0"/>
        <w:autoSpaceDN w:val="0"/>
        <w:spacing w:before="298" w:after="0" w:line="230" w:lineRule="auto"/>
        <w:rPr>
          <w:lang w:val="ru-RU"/>
        </w:rPr>
      </w:pPr>
      <w:r w:rsidRPr="00452651">
        <w:rPr>
          <w:rFonts w:ascii="Times New Roman" w:eastAsia="Times New Roman" w:hAnsi="Times New Roman"/>
          <w:b/>
          <w:color w:val="000000"/>
          <w:sz w:val="24"/>
          <w:lang w:val="ru-RU"/>
        </w:rPr>
        <w:t>Духовно-нравственного воспитания:</w:t>
      </w:r>
    </w:p>
    <w:p w14:paraId="0E5DE937" w14:textId="77777777" w:rsidR="003C5F91" w:rsidRPr="00452651" w:rsidRDefault="00E33273">
      <w:pPr>
        <w:autoSpaceDE w:val="0"/>
        <w:autoSpaceDN w:val="0"/>
        <w:spacing w:before="178" w:after="0" w:line="262" w:lineRule="auto"/>
        <w:ind w:left="240" w:right="432"/>
        <w:rPr>
          <w:lang w:val="ru-RU"/>
        </w:rPr>
      </w:pPr>
      <w:r w:rsidRPr="0045265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3C88F30" w14:textId="77777777" w:rsidR="003C5F91" w:rsidRPr="00452651" w:rsidRDefault="00E33273">
      <w:pPr>
        <w:autoSpaceDE w:val="0"/>
        <w:autoSpaceDN w:val="0"/>
        <w:spacing w:before="190" w:after="0" w:line="262" w:lineRule="auto"/>
        <w:ind w:left="240" w:right="432"/>
        <w:rPr>
          <w:lang w:val="ru-RU"/>
        </w:rPr>
      </w:pPr>
      <w:r w:rsidRPr="0045265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02A04B9" w14:textId="77777777" w:rsidR="003C5F91" w:rsidRPr="00452651" w:rsidRDefault="00E33273">
      <w:pPr>
        <w:autoSpaceDE w:val="0"/>
        <w:autoSpaceDN w:val="0"/>
        <w:spacing w:before="192" w:after="0" w:line="262" w:lineRule="auto"/>
        <w:ind w:left="240" w:right="144"/>
        <w:rPr>
          <w:lang w:val="ru-RU"/>
        </w:rPr>
      </w:pPr>
      <w:r w:rsidRPr="0045265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14:paraId="6703F057" w14:textId="77777777" w:rsidR="003C5F91" w:rsidRPr="00452651" w:rsidRDefault="00E33273">
      <w:pPr>
        <w:autoSpaceDE w:val="0"/>
        <w:autoSpaceDN w:val="0"/>
        <w:spacing w:before="298" w:after="0" w:line="230" w:lineRule="auto"/>
        <w:rPr>
          <w:lang w:val="ru-RU"/>
        </w:rPr>
      </w:pPr>
      <w:r w:rsidRPr="00452651">
        <w:rPr>
          <w:rFonts w:ascii="Times New Roman" w:eastAsia="Times New Roman" w:hAnsi="Times New Roman"/>
          <w:b/>
          <w:color w:val="000000"/>
          <w:sz w:val="24"/>
          <w:lang w:val="ru-RU"/>
        </w:rPr>
        <w:t>Эстетического воспитания:</w:t>
      </w:r>
    </w:p>
    <w:p w14:paraId="1D283039" w14:textId="77777777" w:rsidR="003C5F91" w:rsidRPr="00452651" w:rsidRDefault="00E33273">
      <w:pPr>
        <w:autoSpaceDE w:val="0"/>
        <w:autoSpaceDN w:val="0"/>
        <w:spacing w:before="178" w:after="0" w:line="271" w:lineRule="auto"/>
        <w:ind w:left="240" w:right="864"/>
        <w:rPr>
          <w:lang w:val="ru-RU"/>
        </w:rPr>
      </w:pPr>
      <w:r w:rsidRPr="0045265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9CEAAD0" w14:textId="77777777" w:rsidR="003C5F91" w:rsidRPr="00452651" w:rsidRDefault="00E33273">
      <w:pPr>
        <w:autoSpaceDE w:val="0"/>
        <w:autoSpaceDN w:val="0"/>
        <w:spacing w:before="190" w:after="0" w:line="262" w:lineRule="auto"/>
        <w:ind w:left="240" w:right="288"/>
        <w:rPr>
          <w:lang w:val="ru-RU"/>
        </w:rPr>
      </w:pPr>
      <w:r w:rsidRPr="0045265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14:paraId="787BB890" w14:textId="77777777" w:rsidR="003C5F91" w:rsidRPr="00452651" w:rsidRDefault="00E33273">
      <w:pPr>
        <w:autoSpaceDE w:val="0"/>
        <w:autoSpaceDN w:val="0"/>
        <w:spacing w:before="190" w:after="0" w:line="262" w:lineRule="auto"/>
        <w:ind w:left="240" w:right="576"/>
        <w:rPr>
          <w:lang w:val="ru-RU"/>
        </w:rPr>
      </w:pPr>
      <w:r w:rsidRPr="0045265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14:paraId="3D6465B2"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стремление к самовыражению в разных видах искусства.</w:t>
      </w:r>
    </w:p>
    <w:p w14:paraId="4F9E4165" w14:textId="77777777" w:rsidR="003C5F91" w:rsidRPr="00452651" w:rsidRDefault="00E33273">
      <w:pPr>
        <w:autoSpaceDE w:val="0"/>
        <w:autoSpaceDN w:val="0"/>
        <w:spacing w:before="298" w:after="0" w:line="230" w:lineRule="auto"/>
        <w:jc w:val="center"/>
        <w:rPr>
          <w:lang w:val="ru-RU"/>
        </w:rPr>
      </w:pPr>
      <w:r w:rsidRPr="0045265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14:paraId="053F9078" w14:textId="77777777" w:rsidR="003C5F91" w:rsidRPr="00452651" w:rsidRDefault="00E33273">
      <w:pPr>
        <w:autoSpaceDE w:val="0"/>
        <w:autoSpaceDN w:val="0"/>
        <w:spacing w:before="178" w:after="0" w:line="230" w:lineRule="auto"/>
        <w:ind w:left="240"/>
        <w:rPr>
          <w:lang w:val="ru-RU"/>
        </w:rPr>
      </w:pPr>
      <w:r w:rsidRPr="0045265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14:paraId="7295F7B9" w14:textId="77777777" w:rsidR="003C5F91" w:rsidRPr="00452651" w:rsidRDefault="00E33273">
      <w:pPr>
        <w:autoSpaceDE w:val="0"/>
        <w:autoSpaceDN w:val="0"/>
        <w:spacing w:before="190" w:after="0" w:line="271" w:lineRule="auto"/>
        <w:ind w:left="240" w:right="144"/>
        <w:rPr>
          <w:lang w:val="ru-RU"/>
        </w:rPr>
      </w:pPr>
      <w:r w:rsidRPr="0045265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E4D73E2" w14:textId="77777777" w:rsidR="003C5F91" w:rsidRPr="00452651" w:rsidRDefault="00E33273">
      <w:pPr>
        <w:autoSpaceDE w:val="0"/>
        <w:autoSpaceDN w:val="0"/>
        <w:spacing w:before="190" w:after="0" w:line="278" w:lineRule="auto"/>
        <w:ind w:left="240"/>
        <w:rPr>
          <w:lang w:val="ru-RU"/>
        </w:rPr>
      </w:pPr>
      <w:r w:rsidRPr="0045265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7C6392B8" w14:textId="77777777" w:rsidR="003C5F91" w:rsidRPr="00452651" w:rsidRDefault="00E33273">
      <w:pPr>
        <w:autoSpaceDE w:val="0"/>
        <w:autoSpaceDN w:val="0"/>
        <w:spacing w:before="190" w:after="0" w:line="271" w:lineRule="auto"/>
        <w:ind w:left="240"/>
        <w:rPr>
          <w:lang w:val="ru-RU"/>
        </w:rPr>
      </w:pPr>
      <w:r w:rsidRPr="0045265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452651">
        <w:rPr>
          <w:lang w:val="ru-RU"/>
        </w:rPr>
        <w:br/>
      </w:r>
      <w:r w:rsidRPr="0045265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14:paraId="13009329"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умение принимать себя и других, не осуждая;</w:t>
      </w:r>
    </w:p>
    <w:p w14:paraId="181A382E" w14:textId="77777777" w:rsidR="003C5F91" w:rsidRPr="00452651" w:rsidRDefault="00E33273">
      <w:pPr>
        <w:autoSpaceDE w:val="0"/>
        <w:autoSpaceDN w:val="0"/>
        <w:spacing w:before="190" w:after="0" w:line="262" w:lineRule="auto"/>
        <w:ind w:left="240" w:right="1008"/>
        <w:rPr>
          <w:lang w:val="ru-RU"/>
        </w:rPr>
      </w:pPr>
      <w:r w:rsidRPr="0045265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14:paraId="40E9FD99"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уметь управлять собственным эмоциональным состоянием;</w:t>
      </w:r>
    </w:p>
    <w:p w14:paraId="6BB2BBF5" w14:textId="77777777" w:rsidR="003C5F91" w:rsidRPr="00452651" w:rsidRDefault="00E33273">
      <w:pPr>
        <w:autoSpaceDE w:val="0"/>
        <w:autoSpaceDN w:val="0"/>
        <w:spacing w:before="190" w:after="0" w:line="262" w:lineRule="auto"/>
        <w:ind w:left="240" w:right="288"/>
        <w:rPr>
          <w:lang w:val="ru-RU"/>
        </w:rPr>
      </w:pPr>
      <w:r w:rsidRPr="00452651">
        <w:rPr>
          <w:rFonts w:ascii="Times New Roman" w:eastAsia="Times New Roman" w:hAnsi="Times New Roman"/>
          <w:color w:val="000000"/>
          <w:sz w:val="24"/>
          <w:lang w:val="ru-RU"/>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2E19CFD" w14:textId="77777777" w:rsidR="003C5F91" w:rsidRPr="00452651" w:rsidRDefault="00E33273">
      <w:pPr>
        <w:autoSpaceDE w:val="0"/>
        <w:autoSpaceDN w:val="0"/>
        <w:spacing w:before="298" w:after="0" w:line="230" w:lineRule="auto"/>
        <w:rPr>
          <w:lang w:val="ru-RU"/>
        </w:rPr>
      </w:pPr>
      <w:r w:rsidRPr="00452651">
        <w:rPr>
          <w:rFonts w:ascii="Times New Roman" w:eastAsia="Times New Roman" w:hAnsi="Times New Roman"/>
          <w:b/>
          <w:color w:val="000000"/>
          <w:sz w:val="24"/>
          <w:lang w:val="ru-RU"/>
        </w:rPr>
        <w:t>Трудового воспитания:</w:t>
      </w:r>
    </w:p>
    <w:p w14:paraId="645080D5" w14:textId="77777777" w:rsidR="003C5F91" w:rsidRPr="00452651" w:rsidRDefault="003C5F91">
      <w:pPr>
        <w:rPr>
          <w:lang w:val="ru-RU"/>
        </w:rPr>
        <w:sectPr w:rsidR="003C5F91" w:rsidRPr="00452651">
          <w:pgSz w:w="11900" w:h="16840"/>
          <w:pgMar w:top="328" w:right="648" w:bottom="402" w:left="846" w:header="720" w:footer="720" w:gutter="0"/>
          <w:cols w:space="720" w:equalWidth="0">
            <w:col w:w="10406" w:space="0"/>
          </w:cols>
          <w:docGrid w:linePitch="360"/>
        </w:sectPr>
      </w:pPr>
    </w:p>
    <w:p w14:paraId="7F6B4CEF" w14:textId="77777777" w:rsidR="003C5F91" w:rsidRPr="00452651" w:rsidRDefault="003C5F91">
      <w:pPr>
        <w:autoSpaceDE w:val="0"/>
        <w:autoSpaceDN w:val="0"/>
        <w:spacing w:after="132" w:line="220" w:lineRule="exact"/>
        <w:rPr>
          <w:lang w:val="ru-RU"/>
        </w:rPr>
      </w:pPr>
    </w:p>
    <w:p w14:paraId="527359B2" w14:textId="77777777" w:rsidR="003C5F91" w:rsidRPr="00452651" w:rsidRDefault="00E33273">
      <w:pPr>
        <w:autoSpaceDE w:val="0"/>
        <w:autoSpaceDN w:val="0"/>
        <w:spacing w:after="0" w:line="271" w:lineRule="auto"/>
        <w:ind w:left="420" w:right="720"/>
        <w:rPr>
          <w:lang w:val="ru-RU"/>
        </w:rPr>
      </w:pPr>
      <w:r w:rsidRPr="0045265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E44D8A8" w14:textId="77777777" w:rsidR="003C5F91" w:rsidRPr="00452651" w:rsidRDefault="00E33273">
      <w:pPr>
        <w:autoSpaceDE w:val="0"/>
        <w:autoSpaceDN w:val="0"/>
        <w:spacing w:before="190" w:after="0" w:line="271" w:lineRule="auto"/>
        <w:ind w:left="420" w:right="432"/>
        <w:rPr>
          <w:lang w:val="ru-RU"/>
        </w:rPr>
      </w:pPr>
      <w:r w:rsidRPr="0045265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22387A74" w14:textId="77777777" w:rsidR="003C5F91" w:rsidRPr="00452651" w:rsidRDefault="00E33273">
      <w:pPr>
        <w:autoSpaceDE w:val="0"/>
        <w:autoSpaceDN w:val="0"/>
        <w:spacing w:before="190" w:after="0" w:line="262" w:lineRule="auto"/>
        <w:ind w:left="420" w:right="144"/>
        <w:rPr>
          <w:lang w:val="ru-RU"/>
        </w:rPr>
      </w:pPr>
      <w:r w:rsidRPr="0045265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14:paraId="6BBE6A50" w14:textId="77777777" w:rsidR="003C5F91" w:rsidRPr="00452651" w:rsidRDefault="00E33273">
      <w:pPr>
        <w:autoSpaceDE w:val="0"/>
        <w:autoSpaceDN w:val="0"/>
        <w:spacing w:before="192" w:after="0" w:line="230" w:lineRule="auto"/>
        <w:ind w:left="420"/>
        <w:rPr>
          <w:lang w:val="ru-RU"/>
        </w:rPr>
      </w:pPr>
      <w:r w:rsidRPr="00452651">
        <w:rPr>
          <w:rFonts w:ascii="Times New Roman" w:eastAsia="Times New Roman" w:hAnsi="Times New Roman"/>
          <w:color w:val="000000"/>
          <w:sz w:val="24"/>
          <w:lang w:val="ru-RU"/>
        </w:rPr>
        <w:t xml:space="preserve">—  готовность адаптироваться в профессиональной среде; </w:t>
      </w:r>
    </w:p>
    <w:p w14:paraId="0301656B" w14:textId="77777777" w:rsidR="003C5F91" w:rsidRPr="00452651" w:rsidRDefault="00E33273">
      <w:pPr>
        <w:autoSpaceDE w:val="0"/>
        <w:autoSpaceDN w:val="0"/>
        <w:spacing w:before="192" w:after="0" w:line="262" w:lineRule="auto"/>
        <w:ind w:left="420" w:right="1152"/>
        <w:rPr>
          <w:lang w:val="ru-RU"/>
        </w:rPr>
      </w:pPr>
      <w:r w:rsidRPr="0045265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14:paraId="679C7224" w14:textId="77777777" w:rsidR="003C5F91" w:rsidRPr="00452651" w:rsidRDefault="00E33273">
      <w:pPr>
        <w:autoSpaceDE w:val="0"/>
        <w:autoSpaceDN w:val="0"/>
        <w:spacing w:before="190" w:after="0" w:line="262" w:lineRule="auto"/>
        <w:ind w:left="420" w:right="576"/>
        <w:rPr>
          <w:lang w:val="ru-RU"/>
        </w:rPr>
      </w:pPr>
      <w:r w:rsidRPr="0045265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7D3B8BA" w14:textId="77777777" w:rsidR="003C5F91" w:rsidRPr="00452651" w:rsidRDefault="00E33273">
      <w:pPr>
        <w:autoSpaceDE w:val="0"/>
        <w:autoSpaceDN w:val="0"/>
        <w:spacing w:before="298" w:after="0" w:line="230" w:lineRule="auto"/>
        <w:ind w:left="180"/>
        <w:rPr>
          <w:lang w:val="ru-RU"/>
        </w:rPr>
      </w:pPr>
      <w:r w:rsidRPr="00452651">
        <w:rPr>
          <w:rFonts w:ascii="Times New Roman" w:eastAsia="Times New Roman" w:hAnsi="Times New Roman"/>
          <w:b/>
          <w:color w:val="000000"/>
          <w:sz w:val="24"/>
          <w:lang w:val="ru-RU"/>
        </w:rPr>
        <w:t>Экологического воспитания:</w:t>
      </w:r>
    </w:p>
    <w:p w14:paraId="1062ACC3" w14:textId="77777777" w:rsidR="003C5F91" w:rsidRPr="00452651" w:rsidRDefault="00E33273">
      <w:pPr>
        <w:autoSpaceDE w:val="0"/>
        <w:autoSpaceDN w:val="0"/>
        <w:spacing w:before="178" w:after="0" w:line="271" w:lineRule="auto"/>
        <w:ind w:left="420" w:right="144"/>
        <w:rPr>
          <w:lang w:val="ru-RU"/>
        </w:rPr>
      </w:pPr>
      <w:r w:rsidRPr="0045265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348A6B9D" w14:textId="77777777" w:rsidR="003C5F91" w:rsidRPr="00452651" w:rsidRDefault="00E33273">
      <w:pPr>
        <w:autoSpaceDE w:val="0"/>
        <w:autoSpaceDN w:val="0"/>
        <w:spacing w:before="190" w:after="0" w:line="262" w:lineRule="auto"/>
        <w:ind w:left="420"/>
        <w:rPr>
          <w:lang w:val="ru-RU"/>
        </w:rPr>
      </w:pPr>
      <w:r w:rsidRPr="0045265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14:paraId="3D4F3768" w14:textId="77777777" w:rsidR="003C5F91" w:rsidRPr="00452651" w:rsidRDefault="00E33273">
      <w:pPr>
        <w:autoSpaceDE w:val="0"/>
        <w:autoSpaceDN w:val="0"/>
        <w:spacing w:before="190" w:after="0" w:line="271" w:lineRule="auto"/>
        <w:ind w:left="420" w:right="1296"/>
        <w:rPr>
          <w:lang w:val="ru-RU"/>
        </w:rPr>
      </w:pPr>
      <w:r w:rsidRPr="0045265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230D74AA" w14:textId="77777777" w:rsidR="003C5F91" w:rsidRPr="00452651" w:rsidRDefault="00E33273">
      <w:pPr>
        <w:autoSpaceDE w:val="0"/>
        <w:autoSpaceDN w:val="0"/>
        <w:spacing w:before="190" w:after="0" w:line="262" w:lineRule="auto"/>
        <w:ind w:left="420" w:right="432"/>
        <w:rPr>
          <w:lang w:val="ru-RU"/>
        </w:rPr>
      </w:pPr>
      <w:r w:rsidRPr="0045265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14:paraId="5641561A"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14:paraId="23911411" w14:textId="77777777" w:rsidR="003C5F91" w:rsidRPr="00452651" w:rsidRDefault="00E33273">
      <w:pPr>
        <w:autoSpaceDE w:val="0"/>
        <w:autoSpaceDN w:val="0"/>
        <w:spacing w:before="298" w:after="0" w:line="230" w:lineRule="auto"/>
        <w:ind w:left="180"/>
        <w:rPr>
          <w:lang w:val="ru-RU"/>
        </w:rPr>
      </w:pPr>
      <w:r w:rsidRPr="00452651">
        <w:rPr>
          <w:rFonts w:ascii="Times New Roman" w:eastAsia="Times New Roman" w:hAnsi="Times New Roman"/>
          <w:b/>
          <w:color w:val="000000"/>
          <w:sz w:val="24"/>
          <w:lang w:val="ru-RU"/>
        </w:rPr>
        <w:t>Ценности научного познания:</w:t>
      </w:r>
    </w:p>
    <w:p w14:paraId="0FBB83E1" w14:textId="77777777" w:rsidR="003C5F91" w:rsidRPr="00452651" w:rsidRDefault="00E33273">
      <w:pPr>
        <w:autoSpaceDE w:val="0"/>
        <w:autoSpaceDN w:val="0"/>
        <w:spacing w:before="180" w:after="0"/>
        <w:ind w:left="420"/>
        <w:rPr>
          <w:lang w:val="ru-RU"/>
        </w:rPr>
      </w:pPr>
      <w:r w:rsidRPr="0045265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7BF0EF4"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14:paraId="67AD73AA" w14:textId="77777777" w:rsidR="003C5F91" w:rsidRPr="00452651" w:rsidRDefault="00E33273">
      <w:pPr>
        <w:autoSpaceDE w:val="0"/>
        <w:autoSpaceDN w:val="0"/>
        <w:spacing w:before="190" w:after="0" w:line="262" w:lineRule="auto"/>
        <w:ind w:left="420" w:right="720"/>
        <w:rPr>
          <w:lang w:val="ru-RU"/>
        </w:rPr>
      </w:pPr>
      <w:r w:rsidRPr="0045265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14:paraId="043B3679" w14:textId="77777777" w:rsidR="003C5F91" w:rsidRPr="00452651" w:rsidRDefault="00E33273">
      <w:pPr>
        <w:autoSpaceDE w:val="0"/>
        <w:autoSpaceDN w:val="0"/>
        <w:spacing w:before="190" w:after="0" w:line="262" w:lineRule="auto"/>
        <w:ind w:left="420" w:right="432"/>
        <w:rPr>
          <w:lang w:val="ru-RU"/>
        </w:rPr>
      </w:pPr>
      <w:r w:rsidRPr="0045265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A58124" w14:textId="77777777" w:rsidR="003C5F91" w:rsidRPr="00452651" w:rsidRDefault="00E33273">
      <w:pPr>
        <w:tabs>
          <w:tab w:val="left" w:pos="180"/>
        </w:tabs>
        <w:autoSpaceDE w:val="0"/>
        <w:autoSpaceDN w:val="0"/>
        <w:spacing w:before="178" w:after="0" w:line="262" w:lineRule="auto"/>
        <w:ind w:right="288"/>
        <w:rPr>
          <w:lang w:val="ru-RU"/>
        </w:rPr>
      </w:pPr>
      <w:r w:rsidRPr="00452651">
        <w:rPr>
          <w:lang w:val="ru-RU"/>
        </w:rPr>
        <w:tab/>
      </w:r>
      <w:r w:rsidRPr="00452651">
        <w:rPr>
          <w:rFonts w:ascii="Times New Roman" w:eastAsia="Times New Roman" w:hAnsi="Times New Roman"/>
          <w:color w:val="000000"/>
          <w:sz w:val="24"/>
          <w:lang w:val="ru-RU"/>
        </w:rPr>
        <w:t>Личностные результаты, обеспечивающие адаптацию обучающегося к изменяющимся условиям социальной и природной среды:</w:t>
      </w:r>
    </w:p>
    <w:p w14:paraId="5E584354" w14:textId="77777777" w:rsidR="003C5F91" w:rsidRPr="00452651" w:rsidRDefault="00E33273">
      <w:pPr>
        <w:autoSpaceDE w:val="0"/>
        <w:autoSpaceDN w:val="0"/>
        <w:spacing w:before="178" w:after="0" w:line="262" w:lineRule="auto"/>
        <w:ind w:left="420"/>
        <w:rPr>
          <w:lang w:val="ru-RU"/>
        </w:rPr>
      </w:pPr>
      <w:r w:rsidRPr="00452651">
        <w:rPr>
          <w:rFonts w:ascii="Times New Roman" w:eastAsia="Times New Roman" w:hAnsi="Times New Roman"/>
          <w:color w:val="000000"/>
          <w:sz w:val="24"/>
          <w:lang w:val="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14:paraId="7B1BD417" w14:textId="77777777" w:rsidR="003C5F91" w:rsidRPr="00452651" w:rsidRDefault="003C5F91">
      <w:pPr>
        <w:rPr>
          <w:lang w:val="ru-RU"/>
        </w:rPr>
        <w:sectPr w:rsidR="003C5F91" w:rsidRPr="00452651">
          <w:pgSz w:w="11900" w:h="16840"/>
          <w:pgMar w:top="352" w:right="772" w:bottom="384" w:left="666" w:header="720" w:footer="720" w:gutter="0"/>
          <w:cols w:space="720" w:equalWidth="0">
            <w:col w:w="10462" w:space="0"/>
          </w:cols>
          <w:docGrid w:linePitch="360"/>
        </w:sectPr>
      </w:pPr>
    </w:p>
    <w:p w14:paraId="75A469BE" w14:textId="77777777" w:rsidR="003C5F91" w:rsidRPr="00452651" w:rsidRDefault="003C5F91">
      <w:pPr>
        <w:autoSpaceDE w:val="0"/>
        <w:autoSpaceDN w:val="0"/>
        <w:spacing w:after="66" w:line="220" w:lineRule="exact"/>
        <w:rPr>
          <w:lang w:val="ru-RU"/>
        </w:rPr>
      </w:pPr>
    </w:p>
    <w:p w14:paraId="3F7993BC" w14:textId="77777777" w:rsidR="003C5F91" w:rsidRPr="00452651" w:rsidRDefault="00E33273">
      <w:pPr>
        <w:autoSpaceDE w:val="0"/>
        <w:autoSpaceDN w:val="0"/>
        <w:spacing w:after="0" w:line="271" w:lineRule="auto"/>
        <w:ind w:left="420"/>
        <w:rPr>
          <w:lang w:val="ru-RU"/>
        </w:rPr>
      </w:pPr>
      <w:r w:rsidRPr="0045265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36257AEC"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14:paraId="56E99197" w14:textId="77777777" w:rsidR="003C5F91" w:rsidRPr="00452651" w:rsidRDefault="00E33273">
      <w:pPr>
        <w:autoSpaceDE w:val="0"/>
        <w:autoSpaceDN w:val="0"/>
        <w:spacing w:before="190" w:after="0" w:line="262" w:lineRule="auto"/>
        <w:ind w:left="420" w:right="144"/>
        <w:rPr>
          <w:lang w:val="ru-RU"/>
        </w:rPr>
      </w:pPr>
      <w:r w:rsidRPr="0045265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14:paraId="5983303C" w14:textId="77777777" w:rsidR="003C5F91" w:rsidRPr="00452651" w:rsidRDefault="00E33273">
      <w:pPr>
        <w:autoSpaceDE w:val="0"/>
        <w:autoSpaceDN w:val="0"/>
        <w:spacing w:before="190" w:after="0" w:line="271" w:lineRule="auto"/>
        <w:ind w:left="420" w:right="288"/>
        <w:rPr>
          <w:lang w:val="ru-RU"/>
        </w:rPr>
      </w:pPr>
      <w:r w:rsidRPr="0045265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18DE5A98" w14:textId="77777777" w:rsidR="003C5F91" w:rsidRPr="00452651" w:rsidRDefault="00E33273">
      <w:pPr>
        <w:autoSpaceDE w:val="0"/>
        <w:autoSpaceDN w:val="0"/>
        <w:spacing w:before="192" w:after="0"/>
        <w:ind w:left="420" w:right="288"/>
        <w:rPr>
          <w:lang w:val="ru-RU"/>
        </w:rPr>
      </w:pPr>
      <w:r w:rsidRPr="0045265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2546492B" w14:textId="77777777" w:rsidR="003C5F91" w:rsidRPr="00452651" w:rsidRDefault="00E33273">
      <w:pPr>
        <w:autoSpaceDE w:val="0"/>
        <w:autoSpaceDN w:val="0"/>
        <w:spacing w:before="190" w:after="0" w:line="262" w:lineRule="auto"/>
        <w:ind w:left="420" w:right="864"/>
        <w:rPr>
          <w:lang w:val="ru-RU"/>
        </w:rPr>
      </w:pPr>
      <w:r w:rsidRPr="0045265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14:paraId="1471C932"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14:paraId="6C403D15" w14:textId="77777777" w:rsidR="003C5F91" w:rsidRPr="00452651" w:rsidRDefault="00E33273">
      <w:pPr>
        <w:autoSpaceDE w:val="0"/>
        <w:autoSpaceDN w:val="0"/>
        <w:spacing w:before="190" w:after="0" w:line="262" w:lineRule="auto"/>
        <w:ind w:left="420" w:right="576"/>
        <w:rPr>
          <w:lang w:val="ru-RU"/>
        </w:rPr>
      </w:pPr>
      <w:r w:rsidRPr="0045265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14:paraId="77743820" w14:textId="77777777" w:rsidR="003C5F91" w:rsidRPr="00452651" w:rsidRDefault="00E33273">
      <w:pPr>
        <w:autoSpaceDE w:val="0"/>
        <w:autoSpaceDN w:val="0"/>
        <w:spacing w:before="190" w:after="0" w:line="262" w:lineRule="auto"/>
        <w:ind w:left="420" w:right="432"/>
        <w:rPr>
          <w:lang w:val="ru-RU"/>
        </w:rPr>
      </w:pPr>
      <w:r w:rsidRPr="0045265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14:paraId="409A1A3D"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14:paraId="72ED5E50"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14:paraId="17482032" w14:textId="77777777" w:rsidR="003C5F91" w:rsidRPr="00452651" w:rsidRDefault="00E33273">
      <w:pPr>
        <w:autoSpaceDE w:val="0"/>
        <w:autoSpaceDN w:val="0"/>
        <w:spacing w:before="190" w:after="0" w:line="262" w:lineRule="auto"/>
        <w:ind w:left="420" w:right="864"/>
        <w:rPr>
          <w:lang w:val="ru-RU"/>
        </w:rPr>
      </w:pPr>
      <w:r w:rsidRPr="0045265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позитивное в произошедшей ситуации; </w:t>
      </w:r>
    </w:p>
    <w:p w14:paraId="4507DED4"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быть готовым действовать в отсутствии гарантий успеха.</w:t>
      </w:r>
    </w:p>
    <w:p w14:paraId="59FC3B7D" w14:textId="77777777" w:rsidR="003C5F91" w:rsidRPr="00452651" w:rsidRDefault="00E33273">
      <w:pPr>
        <w:autoSpaceDE w:val="0"/>
        <w:autoSpaceDN w:val="0"/>
        <w:spacing w:before="322" w:after="0" w:line="230" w:lineRule="auto"/>
        <w:rPr>
          <w:lang w:val="ru-RU"/>
        </w:rPr>
      </w:pPr>
      <w:r w:rsidRPr="00452651">
        <w:rPr>
          <w:rFonts w:ascii="Times New Roman" w:eastAsia="Times New Roman" w:hAnsi="Times New Roman"/>
          <w:b/>
          <w:color w:val="000000"/>
          <w:sz w:val="24"/>
          <w:lang w:val="ru-RU"/>
        </w:rPr>
        <w:t>МЕТАПРЕДМЕТНЫЕ РЕЗУЛЬТАТЫ</w:t>
      </w:r>
    </w:p>
    <w:p w14:paraId="3C830766" w14:textId="77777777" w:rsidR="003C5F91" w:rsidRPr="00452651" w:rsidRDefault="00E33273">
      <w:pPr>
        <w:autoSpaceDE w:val="0"/>
        <w:autoSpaceDN w:val="0"/>
        <w:spacing w:before="168" w:after="0" w:line="230" w:lineRule="auto"/>
        <w:ind w:left="180"/>
        <w:rPr>
          <w:lang w:val="ru-RU"/>
        </w:rPr>
      </w:pPr>
      <w:r w:rsidRPr="0045265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
    <w:p w14:paraId="09BF977E" w14:textId="77777777" w:rsidR="003C5F91" w:rsidRPr="00452651" w:rsidRDefault="00E33273">
      <w:pPr>
        <w:autoSpaceDE w:val="0"/>
        <w:autoSpaceDN w:val="0"/>
        <w:spacing w:before="192" w:after="0" w:line="230" w:lineRule="auto"/>
        <w:ind w:left="180"/>
        <w:rPr>
          <w:lang w:val="ru-RU"/>
        </w:rPr>
      </w:pPr>
      <w:r w:rsidRPr="00452651">
        <w:rPr>
          <w:rFonts w:ascii="Times New Roman" w:eastAsia="Times New Roman" w:hAnsi="Times New Roman"/>
          <w:b/>
          <w:i/>
          <w:color w:val="000000"/>
          <w:sz w:val="24"/>
          <w:lang w:val="ru-RU"/>
        </w:rPr>
        <w:t>Универсальные учебные познавательные действия:</w:t>
      </w:r>
    </w:p>
    <w:p w14:paraId="16238289" w14:textId="77777777" w:rsidR="003C5F91" w:rsidRPr="00452651" w:rsidRDefault="00E33273">
      <w:pPr>
        <w:autoSpaceDE w:val="0"/>
        <w:autoSpaceDN w:val="0"/>
        <w:spacing w:before="190" w:after="0" w:line="230" w:lineRule="auto"/>
        <w:ind w:left="180"/>
        <w:rPr>
          <w:lang w:val="ru-RU"/>
        </w:rPr>
      </w:pPr>
      <w:r w:rsidRPr="00452651">
        <w:rPr>
          <w:rFonts w:ascii="Times New Roman" w:eastAsia="Times New Roman" w:hAnsi="Times New Roman"/>
          <w:b/>
          <w:color w:val="000000"/>
          <w:sz w:val="24"/>
          <w:lang w:val="ru-RU"/>
        </w:rPr>
        <w:t>1) Базовые логические действия:</w:t>
      </w:r>
    </w:p>
    <w:p w14:paraId="6B53795D" w14:textId="77777777" w:rsidR="003C5F91" w:rsidRPr="00452651" w:rsidRDefault="00E33273">
      <w:pPr>
        <w:autoSpaceDE w:val="0"/>
        <w:autoSpaceDN w:val="0"/>
        <w:spacing w:before="178" w:after="0" w:line="271" w:lineRule="auto"/>
        <w:ind w:left="420" w:right="288"/>
        <w:rPr>
          <w:lang w:val="ru-RU"/>
        </w:rPr>
      </w:pPr>
      <w:r w:rsidRPr="0045265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C63DC71" w14:textId="77777777" w:rsidR="003C5F91" w:rsidRPr="00452651" w:rsidRDefault="00E33273">
      <w:pPr>
        <w:autoSpaceDE w:val="0"/>
        <w:autoSpaceDN w:val="0"/>
        <w:spacing w:before="190" w:after="0" w:line="271" w:lineRule="auto"/>
        <w:ind w:left="420" w:right="144"/>
        <w:rPr>
          <w:lang w:val="ru-RU"/>
        </w:rPr>
      </w:pPr>
      <w:r w:rsidRPr="0045265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E0CDE67" w14:textId="77777777" w:rsidR="003C5F91" w:rsidRPr="00452651" w:rsidRDefault="00E33273">
      <w:pPr>
        <w:autoSpaceDE w:val="0"/>
        <w:autoSpaceDN w:val="0"/>
        <w:spacing w:before="190" w:after="0" w:line="262" w:lineRule="auto"/>
        <w:ind w:left="420"/>
        <w:rPr>
          <w:lang w:val="ru-RU"/>
        </w:rPr>
      </w:pPr>
      <w:r w:rsidRPr="0045265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14:paraId="6EBCD8ED" w14:textId="77777777" w:rsidR="003C5F91" w:rsidRPr="00452651" w:rsidRDefault="00E33273">
      <w:pPr>
        <w:autoSpaceDE w:val="0"/>
        <w:autoSpaceDN w:val="0"/>
        <w:spacing w:before="190" w:after="0" w:line="262" w:lineRule="auto"/>
        <w:ind w:left="420" w:right="576"/>
        <w:rPr>
          <w:lang w:val="ru-RU"/>
        </w:rPr>
      </w:pPr>
      <w:r w:rsidRPr="0045265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14:paraId="5DDAEF30" w14:textId="77777777" w:rsidR="003C5F91" w:rsidRPr="00452651" w:rsidRDefault="003C5F91">
      <w:pPr>
        <w:rPr>
          <w:lang w:val="ru-RU"/>
        </w:rPr>
        <w:sectPr w:rsidR="003C5F91" w:rsidRPr="00452651">
          <w:pgSz w:w="11900" w:h="16840"/>
          <w:pgMar w:top="286" w:right="768" w:bottom="368" w:left="666" w:header="720" w:footer="720" w:gutter="0"/>
          <w:cols w:space="720" w:equalWidth="0">
            <w:col w:w="10466" w:space="0"/>
          </w:cols>
          <w:docGrid w:linePitch="360"/>
        </w:sectPr>
      </w:pPr>
    </w:p>
    <w:p w14:paraId="3316DE47" w14:textId="77777777" w:rsidR="003C5F91" w:rsidRPr="00452651" w:rsidRDefault="003C5F91">
      <w:pPr>
        <w:autoSpaceDE w:val="0"/>
        <w:autoSpaceDN w:val="0"/>
        <w:spacing w:after="78" w:line="220" w:lineRule="exact"/>
        <w:rPr>
          <w:lang w:val="ru-RU"/>
        </w:rPr>
      </w:pPr>
    </w:p>
    <w:p w14:paraId="0F5A1B78" w14:textId="77777777" w:rsidR="003C5F91" w:rsidRPr="00452651" w:rsidRDefault="00E33273">
      <w:pPr>
        <w:autoSpaceDE w:val="0"/>
        <w:autoSpaceDN w:val="0"/>
        <w:spacing w:after="0" w:line="262" w:lineRule="auto"/>
        <w:ind w:left="240"/>
        <w:rPr>
          <w:lang w:val="ru-RU"/>
        </w:rPr>
      </w:pPr>
      <w:r w:rsidRPr="0045265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14:paraId="0EDC7DA0" w14:textId="77777777" w:rsidR="003C5F91" w:rsidRPr="00452651" w:rsidRDefault="00E33273">
      <w:pPr>
        <w:autoSpaceDE w:val="0"/>
        <w:autoSpaceDN w:val="0"/>
        <w:spacing w:before="190" w:after="0" w:line="230" w:lineRule="auto"/>
        <w:jc w:val="center"/>
        <w:rPr>
          <w:lang w:val="ru-RU"/>
        </w:rPr>
      </w:pPr>
      <w:r w:rsidRPr="0045265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14:paraId="3BCC0AFD" w14:textId="77777777" w:rsidR="003C5F91" w:rsidRPr="00452651" w:rsidRDefault="00E33273">
      <w:pPr>
        <w:autoSpaceDE w:val="0"/>
        <w:autoSpaceDN w:val="0"/>
        <w:spacing w:before="190" w:after="0" w:line="262" w:lineRule="auto"/>
        <w:ind w:left="240" w:right="1296"/>
        <w:rPr>
          <w:lang w:val="ru-RU"/>
        </w:rPr>
      </w:pPr>
      <w:r w:rsidRPr="0045265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14:paraId="1DCE57AA"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формулировать гипотезы об их взаимосвязях;</w:t>
      </w:r>
    </w:p>
    <w:p w14:paraId="1005E0BD" w14:textId="77777777" w:rsidR="003C5F91" w:rsidRPr="00452651" w:rsidRDefault="00E33273">
      <w:pPr>
        <w:autoSpaceDE w:val="0"/>
        <w:autoSpaceDN w:val="0"/>
        <w:spacing w:before="190" w:after="0" w:line="271" w:lineRule="auto"/>
        <w:ind w:left="240" w:right="288"/>
        <w:rPr>
          <w:lang w:val="ru-RU"/>
        </w:rPr>
      </w:pPr>
      <w:r w:rsidRPr="0045265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C8B6D2E" w14:textId="77777777" w:rsidR="003C5F91" w:rsidRPr="00452651" w:rsidRDefault="00E33273">
      <w:pPr>
        <w:autoSpaceDE w:val="0"/>
        <w:autoSpaceDN w:val="0"/>
        <w:spacing w:before="180" w:after="0" w:line="230" w:lineRule="auto"/>
        <w:rPr>
          <w:lang w:val="ru-RU"/>
        </w:rPr>
      </w:pPr>
      <w:r w:rsidRPr="00452651">
        <w:rPr>
          <w:rFonts w:ascii="Times New Roman" w:eastAsia="Times New Roman" w:hAnsi="Times New Roman"/>
          <w:b/>
          <w:color w:val="000000"/>
          <w:sz w:val="24"/>
          <w:lang w:val="ru-RU"/>
        </w:rPr>
        <w:t>2) Базовые исследовательские действия:</w:t>
      </w:r>
    </w:p>
    <w:p w14:paraId="1BE8523C" w14:textId="77777777" w:rsidR="003C5F91" w:rsidRPr="00452651" w:rsidRDefault="00E33273">
      <w:pPr>
        <w:autoSpaceDE w:val="0"/>
        <w:autoSpaceDN w:val="0"/>
        <w:spacing w:before="180" w:after="0" w:line="262" w:lineRule="auto"/>
        <w:ind w:left="240"/>
        <w:rPr>
          <w:lang w:val="ru-RU"/>
        </w:rPr>
      </w:pPr>
      <w:r w:rsidRPr="0045265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AA77714" w14:textId="77777777" w:rsidR="003C5F91" w:rsidRPr="00452651" w:rsidRDefault="00E33273">
      <w:pPr>
        <w:autoSpaceDE w:val="0"/>
        <w:autoSpaceDN w:val="0"/>
        <w:spacing w:before="190" w:after="0" w:line="262" w:lineRule="auto"/>
        <w:ind w:left="240" w:right="864"/>
        <w:rPr>
          <w:lang w:val="ru-RU"/>
        </w:rPr>
      </w:pPr>
      <w:r w:rsidRPr="0045265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14:paraId="45900558" w14:textId="77777777" w:rsidR="003C5F91" w:rsidRPr="00452651" w:rsidRDefault="00E33273">
      <w:pPr>
        <w:autoSpaceDE w:val="0"/>
        <w:autoSpaceDN w:val="0"/>
        <w:spacing w:before="190" w:after="0" w:line="262" w:lineRule="auto"/>
        <w:ind w:left="240" w:right="1152"/>
        <w:rPr>
          <w:lang w:val="ru-RU"/>
        </w:rPr>
      </w:pPr>
      <w:r w:rsidRPr="0045265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14:paraId="4129DAF5" w14:textId="77777777" w:rsidR="003C5F91" w:rsidRPr="00452651" w:rsidRDefault="00E33273">
      <w:pPr>
        <w:autoSpaceDE w:val="0"/>
        <w:autoSpaceDN w:val="0"/>
        <w:spacing w:before="190" w:after="0" w:line="271" w:lineRule="auto"/>
        <w:ind w:left="240"/>
        <w:rPr>
          <w:lang w:val="ru-RU"/>
        </w:rPr>
      </w:pPr>
      <w:r w:rsidRPr="0045265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452651">
        <w:rPr>
          <w:lang w:val="ru-RU"/>
        </w:rPr>
        <w:br/>
      </w:r>
      <w:r w:rsidRPr="0045265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14:paraId="7DC1C89C" w14:textId="77777777" w:rsidR="003C5F91" w:rsidRPr="00452651" w:rsidRDefault="00E33273">
      <w:pPr>
        <w:autoSpaceDE w:val="0"/>
        <w:autoSpaceDN w:val="0"/>
        <w:spacing w:before="190" w:after="0" w:line="262" w:lineRule="auto"/>
        <w:ind w:left="240"/>
        <w:rPr>
          <w:lang w:val="ru-RU"/>
        </w:rPr>
      </w:pPr>
      <w:r w:rsidRPr="0045265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14:paraId="0E3A0030" w14:textId="77777777" w:rsidR="003C5F91" w:rsidRPr="00452651" w:rsidRDefault="00E33273">
      <w:pPr>
        <w:autoSpaceDE w:val="0"/>
        <w:autoSpaceDN w:val="0"/>
        <w:spacing w:before="190" w:after="0" w:line="262" w:lineRule="auto"/>
        <w:ind w:left="240" w:right="864"/>
        <w:rPr>
          <w:lang w:val="ru-RU"/>
        </w:rPr>
      </w:pPr>
      <w:r w:rsidRPr="0045265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14:paraId="6225DA1F"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14:paraId="612DC94D" w14:textId="77777777" w:rsidR="003C5F91" w:rsidRPr="00452651" w:rsidRDefault="00E33273">
      <w:pPr>
        <w:autoSpaceDE w:val="0"/>
        <w:autoSpaceDN w:val="0"/>
        <w:spacing w:before="190" w:after="0" w:line="271" w:lineRule="auto"/>
        <w:ind w:left="240" w:right="144"/>
        <w:rPr>
          <w:lang w:val="ru-RU"/>
        </w:rPr>
      </w:pPr>
      <w:r w:rsidRPr="0045265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4907A59" w14:textId="77777777" w:rsidR="003C5F91" w:rsidRPr="00452651" w:rsidRDefault="00E33273">
      <w:pPr>
        <w:autoSpaceDE w:val="0"/>
        <w:autoSpaceDN w:val="0"/>
        <w:spacing w:before="180" w:after="0" w:line="230" w:lineRule="auto"/>
        <w:rPr>
          <w:lang w:val="ru-RU"/>
        </w:rPr>
      </w:pPr>
      <w:r w:rsidRPr="00452651">
        <w:rPr>
          <w:rFonts w:ascii="Times New Roman" w:eastAsia="Times New Roman" w:hAnsi="Times New Roman"/>
          <w:b/>
          <w:color w:val="000000"/>
          <w:sz w:val="24"/>
          <w:lang w:val="ru-RU"/>
        </w:rPr>
        <w:t>3) Работа с информацией:</w:t>
      </w:r>
    </w:p>
    <w:p w14:paraId="25B266F9" w14:textId="77777777" w:rsidR="003C5F91" w:rsidRPr="00452651" w:rsidRDefault="00E33273">
      <w:pPr>
        <w:autoSpaceDE w:val="0"/>
        <w:autoSpaceDN w:val="0"/>
        <w:spacing w:before="180" w:after="0" w:line="271" w:lineRule="auto"/>
        <w:ind w:left="240" w:right="144"/>
        <w:rPr>
          <w:lang w:val="ru-RU"/>
        </w:rPr>
      </w:pPr>
      <w:r w:rsidRPr="0045265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4825329A" w14:textId="77777777" w:rsidR="003C5F91" w:rsidRPr="00452651" w:rsidRDefault="00E33273">
      <w:pPr>
        <w:autoSpaceDE w:val="0"/>
        <w:autoSpaceDN w:val="0"/>
        <w:spacing w:before="190" w:after="0" w:line="262" w:lineRule="auto"/>
        <w:ind w:left="240" w:right="288"/>
        <w:rPr>
          <w:lang w:val="ru-RU"/>
        </w:rPr>
      </w:pPr>
      <w:r w:rsidRPr="0045265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14:paraId="5613171C" w14:textId="77777777" w:rsidR="003C5F91" w:rsidRPr="00452651" w:rsidRDefault="00E33273">
      <w:pPr>
        <w:autoSpaceDE w:val="0"/>
        <w:autoSpaceDN w:val="0"/>
        <w:spacing w:before="190" w:after="0" w:line="262" w:lineRule="auto"/>
        <w:ind w:left="240" w:right="432"/>
        <w:rPr>
          <w:lang w:val="ru-RU"/>
        </w:rPr>
      </w:pPr>
      <w:r w:rsidRPr="0045265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14:paraId="356A6CDB" w14:textId="77777777" w:rsidR="003C5F91" w:rsidRPr="00452651" w:rsidRDefault="00E33273">
      <w:pPr>
        <w:autoSpaceDE w:val="0"/>
        <w:autoSpaceDN w:val="0"/>
        <w:spacing w:before="190" w:after="0" w:line="271" w:lineRule="auto"/>
        <w:ind w:left="240"/>
        <w:rPr>
          <w:lang w:val="ru-RU"/>
        </w:rPr>
      </w:pPr>
      <w:r w:rsidRPr="0045265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EDEE5AC" w14:textId="77777777" w:rsidR="003C5F91" w:rsidRPr="00452651" w:rsidRDefault="00E33273">
      <w:pPr>
        <w:autoSpaceDE w:val="0"/>
        <w:autoSpaceDN w:val="0"/>
        <w:spacing w:before="190" w:after="0" w:line="262" w:lineRule="auto"/>
        <w:ind w:left="240" w:right="288"/>
        <w:rPr>
          <w:lang w:val="ru-RU"/>
        </w:rPr>
      </w:pPr>
      <w:r w:rsidRPr="0045265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14:paraId="581DE8B3" w14:textId="77777777" w:rsidR="003C5F91" w:rsidRPr="00452651" w:rsidRDefault="003C5F91">
      <w:pPr>
        <w:rPr>
          <w:lang w:val="ru-RU"/>
        </w:rPr>
        <w:sectPr w:rsidR="003C5F91" w:rsidRPr="00452651">
          <w:pgSz w:w="11900" w:h="16840"/>
          <w:pgMar w:top="298" w:right="858" w:bottom="318" w:left="846" w:header="720" w:footer="720" w:gutter="0"/>
          <w:cols w:space="720" w:equalWidth="0">
            <w:col w:w="10196" w:space="0"/>
          </w:cols>
          <w:docGrid w:linePitch="360"/>
        </w:sectPr>
      </w:pPr>
    </w:p>
    <w:p w14:paraId="0E75067A" w14:textId="77777777" w:rsidR="003C5F91" w:rsidRPr="00452651" w:rsidRDefault="003C5F91">
      <w:pPr>
        <w:autoSpaceDE w:val="0"/>
        <w:autoSpaceDN w:val="0"/>
        <w:spacing w:after="126" w:line="220" w:lineRule="exact"/>
        <w:rPr>
          <w:lang w:val="ru-RU"/>
        </w:rPr>
      </w:pPr>
    </w:p>
    <w:p w14:paraId="3A863BEE" w14:textId="77777777" w:rsidR="003C5F91" w:rsidRPr="00452651" w:rsidRDefault="00E33273">
      <w:pPr>
        <w:autoSpaceDE w:val="0"/>
        <w:autoSpaceDN w:val="0"/>
        <w:spacing w:after="0" w:line="230" w:lineRule="auto"/>
        <w:ind w:left="240"/>
        <w:rPr>
          <w:lang w:val="ru-RU"/>
        </w:rPr>
      </w:pPr>
      <w:r w:rsidRPr="00452651">
        <w:rPr>
          <w:rFonts w:ascii="Times New Roman" w:eastAsia="Times New Roman" w:hAnsi="Times New Roman"/>
          <w:color w:val="000000"/>
          <w:sz w:val="24"/>
          <w:lang w:val="ru-RU"/>
        </w:rPr>
        <w:t>—  эффективно запоминать и систематизировать эту информацию.</w:t>
      </w:r>
    </w:p>
    <w:p w14:paraId="4AB5E97C" w14:textId="77777777" w:rsidR="003C5F91" w:rsidRPr="00452651" w:rsidRDefault="00E33273">
      <w:pPr>
        <w:autoSpaceDE w:val="0"/>
        <w:autoSpaceDN w:val="0"/>
        <w:spacing w:before="178" w:after="0" w:line="230" w:lineRule="auto"/>
        <w:rPr>
          <w:lang w:val="ru-RU"/>
        </w:rPr>
      </w:pPr>
      <w:r w:rsidRPr="00452651">
        <w:rPr>
          <w:rFonts w:ascii="Times New Roman" w:eastAsia="Times New Roman" w:hAnsi="Times New Roman"/>
          <w:b/>
          <w:i/>
          <w:color w:val="000000"/>
          <w:sz w:val="24"/>
          <w:lang w:val="ru-RU"/>
        </w:rPr>
        <w:t>Универсальные учебные коммуникативные действия:</w:t>
      </w:r>
    </w:p>
    <w:p w14:paraId="3FCB1396" w14:textId="77777777" w:rsidR="003C5F91" w:rsidRPr="00452651" w:rsidRDefault="00E33273">
      <w:pPr>
        <w:autoSpaceDE w:val="0"/>
        <w:autoSpaceDN w:val="0"/>
        <w:spacing w:before="118" w:after="0" w:line="230" w:lineRule="auto"/>
        <w:rPr>
          <w:lang w:val="ru-RU"/>
        </w:rPr>
      </w:pPr>
      <w:r w:rsidRPr="00452651">
        <w:rPr>
          <w:rFonts w:ascii="Times New Roman" w:eastAsia="Times New Roman" w:hAnsi="Times New Roman"/>
          <w:color w:val="000000"/>
          <w:sz w:val="24"/>
          <w:lang w:val="ru-RU"/>
        </w:rPr>
        <w:t>1)</w:t>
      </w:r>
      <w:r w:rsidRPr="00452651">
        <w:rPr>
          <w:rFonts w:ascii="Times New Roman" w:eastAsia="Times New Roman" w:hAnsi="Times New Roman"/>
          <w:i/>
          <w:color w:val="000000"/>
          <w:sz w:val="24"/>
          <w:lang w:val="ru-RU"/>
        </w:rPr>
        <w:t xml:space="preserve"> Общение</w:t>
      </w:r>
      <w:r w:rsidRPr="00452651">
        <w:rPr>
          <w:rFonts w:ascii="Times New Roman" w:eastAsia="Times New Roman" w:hAnsi="Times New Roman"/>
          <w:color w:val="000000"/>
          <w:sz w:val="24"/>
          <w:lang w:val="ru-RU"/>
        </w:rPr>
        <w:t>:</w:t>
      </w:r>
    </w:p>
    <w:p w14:paraId="6CBB3DA7" w14:textId="77777777" w:rsidR="003C5F91" w:rsidRPr="00452651" w:rsidRDefault="00E33273">
      <w:pPr>
        <w:autoSpaceDE w:val="0"/>
        <w:autoSpaceDN w:val="0"/>
        <w:spacing w:before="178" w:after="0" w:line="262" w:lineRule="auto"/>
        <w:ind w:left="240" w:right="288"/>
        <w:rPr>
          <w:lang w:val="ru-RU"/>
        </w:rPr>
      </w:pPr>
      <w:r w:rsidRPr="0045265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14:paraId="6639198A" w14:textId="77777777" w:rsidR="003C5F91" w:rsidRPr="00452651" w:rsidRDefault="00E33273">
      <w:pPr>
        <w:autoSpaceDE w:val="0"/>
        <w:autoSpaceDN w:val="0"/>
        <w:spacing w:before="190" w:after="0" w:line="271" w:lineRule="auto"/>
        <w:ind w:left="240"/>
        <w:rPr>
          <w:lang w:val="ru-RU"/>
        </w:rPr>
      </w:pPr>
      <w:r w:rsidRPr="0045265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452651">
        <w:rPr>
          <w:lang w:val="ru-RU"/>
        </w:rPr>
        <w:br/>
      </w:r>
      <w:r w:rsidRPr="00452651">
        <w:rPr>
          <w:rFonts w:ascii="Times New Roman" w:eastAsia="Times New Roman" w:hAnsi="Times New Roman"/>
          <w:color w:val="000000"/>
          <w:sz w:val="24"/>
          <w:lang w:val="ru-RU"/>
        </w:rPr>
        <w:t>произведениях, и смягчать конфликты, вести переговоры;</w:t>
      </w:r>
    </w:p>
    <w:p w14:paraId="3795B64C" w14:textId="77777777" w:rsidR="003C5F91" w:rsidRPr="00452651" w:rsidRDefault="00E33273">
      <w:pPr>
        <w:autoSpaceDE w:val="0"/>
        <w:autoSpaceDN w:val="0"/>
        <w:spacing w:before="192" w:after="0" w:line="230" w:lineRule="auto"/>
        <w:ind w:left="240"/>
        <w:rPr>
          <w:lang w:val="ru-RU"/>
        </w:rPr>
      </w:pPr>
      <w:r w:rsidRPr="00452651">
        <w:rPr>
          <w:rFonts w:ascii="Times New Roman" w:eastAsia="Times New Roman" w:hAnsi="Times New Roman"/>
          <w:color w:val="000000"/>
          <w:sz w:val="24"/>
          <w:lang w:val="ru-RU"/>
        </w:rPr>
        <w:t>—  выражать себя (свою точку зрения) в устных и письменных текстах;</w:t>
      </w:r>
    </w:p>
    <w:p w14:paraId="057F626C" w14:textId="77777777" w:rsidR="003C5F91" w:rsidRPr="00452651" w:rsidRDefault="00E33273">
      <w:pPr>
        <w:autoSpaceDE w:val="0"/>
        <w:autoSpaceDN w:val="0"/>
        <w:spacing w:before="192" w:after="0" w:line="262" w:lineRule="auto"/>
        <w:ind w:left="240" w:right="144"/>
        <w:rPr>
          <w:lang w:val="ru-RU"/>
        </w:rPr>
      </w:pPr>
      <w:r w:rsidRPr="0045265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14:paraId="02EF706D" w14:textId="77777777" w:rsidR="003C5F91" w:rsidRPr="00452651" w:rsidRDefault="00E33273">
      <w:pPr>
        <w:autoSpaceDE w:val="0"/>
        <w:autoSpaceDN w:val="0"/>
        <w:spacing w:before="190" w:after="0" w:line="271" w:lineRule="auto"/>
        <w:ind w:left="240"/>
        <w:rPr>
          <w:lang w:val="ru-RU"/>
        </w:rPr>
      </w:pPr>
      <w:r w:rsidRPr="00452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6B8B900" w14:textId="77777777" w:rsidR="003C5F91" w:rsidRPr="00452651" w:rsidRDefault="00E33273">
      <w:pPr>
        <w:autoSpaceDE w:val="0"/>
        <w:autoSpaceDN w:val="0"/>
        <w:spacing w:before="190" w:after="0" w:line="262" w:lineRule="auto"/>
        <w:ind w:left="240" w:right="864"/>
        <w:rPr>
          <w:lang w:val="ru-RU"/>
        </w:rPr>
      </w:pPr>
      <w:r w:rsidRPr="00452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14:paraId="679DFFB4" w14:textId="77777777" w:rsidR="003C5F91" w:rsidRPr="00452651" w:rsidRDefault="00E33273">
      <w:pPr>
        <w:autoSpaceDE w:val="0"/>
        <w:autoSpaceDN w:val="0"/>
        <w:spacing w:before="190" w:after="0" w:line="262" w:lineRule="auto"/>
        <w:ind w:left="240" w:right="1440"/>
        <w:rPr>
          <w:lang w:val="ru-RU"/>
        </w:rPr>
      </w:pPr>
      <w:r w:rsidRPr="0045265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14:paraId="336790E8" w14:textId="77777777" w:rsidR="003C5F91" w:rsidRPr="00452651" w:rsidRDefault="00E33273">
      <w:pPr>
        <w:autoSpaceDE w:val="0"/>
        <w:autoSpaceDN w:val="0"/>
        <w:spacing w:before="190" w:after="0" w:line="271" w:lineRule="auto"/>
        <w:ind w:left="240" w:right="288"/>
        <w:rPr>
          <w:lang w:val="ru-RU"/>
        </w:rPr>
      </w:pPr>
      <w:r w:rsidRPr="00452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72ED911" w14:textId="77777777" w:rsidR="003C5F91" w:rsidRPr="00452651" w:rsidRDefault="00E33273">
      <w:pPr>
        <w:autoSpaceDE w:val="0"/>
        <w:autoSpaceDN w:val="0"/>
        <w:spacing w:before="298" w:after="0" w:line="230" w:lineRule="auto"/>
        <w:rPr>
          <w:lang w:val="ru-RU"/>
        </w:rPr>
      </w:pPr>
      <w:r w:rsidRPr="00452651">
        <w:rPr>
          <w:rFonts w:ascii="Times New Roman" w:eastAsia="Times New Roman" w:hAnsi="Times New Roman"/>
          <w:color w:val="000000"/>
          <w:sz w:val="24"/>
          <w:lang w:val="ru-RU"/>
        </w:rPr>
        <w:t>2) С</w:t>
      </w:r>
      <w:r w:rsidRPr="00452651">
        <w:rPr>
          <w:rFonts w:ascii="Times New Roman" w:eastAsia="Times New Roman" w:hAnsi="Times New Roman"/>
          <w:i/>
          <w:color w:val="000000"/>
          <w:sz w:val="24"/>
          <w:lang w:val="ru-RU"/>
        </w:rPr>
        <w:t>овместная деятельность</w:t>
      </w:r>
      <w:r w:rsidRPr="00452651">
        <w:rPr>
          <w:rFonts w:ascii="Times New Roman" w:eastAsia="Times New Roman" w:hAnsi="Times New Roman"/>
          <w:color w:val="000000"/>
          <w:sz w:val="24"/>
          <w:lang w:val="ru-RU"/>
        </w:rPr>
        <w:t>:</w:t>
      </w:r>
    </w:p>
    <w:p w14:paraId="4B4A3146" w14:textId="77777777" w:rsidR="003C5F91" w:rsidRPr="00452651" w:rsidRDefault="00E33273">
      <w:pPr>
        <w:autoSpaceDE w:val="0"/>
        <w:autoSpaceDN w:val="0"/>
        <w:spacing w:before="178" w:after="0"/>
        <w:ind w:left="240" w:right="864"/>
        <w:rPr>
          <w:lang w:val="ru-RU"/>
        </w:rPr>
      </w:pPr>
      <w:r w:rsidRPr="0045265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8512AEF" w14:textId="77777777" w:rsidR="003C5F91" w:rsidRPr="00452651" w:rsidRDefault="00E33273">
      <w:pPr>
        <w:autoSpaceDE w:val="0"/>
        <w:autoSpaceDN w:val="0"/>
        <w:spacing w:before="192" w:after="0" w:line="271" w:lineRule="auto"/>
        <w:ind w:left="240" w:right="432"/>
        <w:rPr>
          <w:lang w:val="ru-RU"/>
        </w:rPr>
      </w:pPr>
      <w:r w:rsidRPr="0045265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CE9113A"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уметь обобщать мнения нескольких людей;</w:t>
      </w:r>
    </w:p>
    <w:p w14:paraId="7446C864" w14:textId="77777777" w:rsidR="003C5F91" w:rsidRPr="00452651" w:rsidRDefault="00E33273">
      <w:pPr>
        <w:autoSpaceDE w:val="0"/>
        <w:autoSpaceDN w:val="0"/>
        <w:spacing w:before="190" w:after="0" w:line="281" w:lineRule="auto"/>
        <w:ind w:left="240"/>
        <w:rPr>
          <w:lang w:val="ru-RU"/>
        </w:rPr>
      </w:pPr>
      <w:r w:rsidRPr="0045265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452651">
        <w:rPr>
          <w:lang w:val="ru-RU"/>
        </w:rPr>
        <w:br/>
      </w:r>
      <w:r w:rsidRPr="0045265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452651">
        <w:rPr>
          <w:lang w:val="ru-RU"/>
        </w:rPr>
        <w:br/>
      </w:r>
      <w:r w:rsidRPr="00452651">
        <w:rPr>
          <w:rFonts w:ascii="Times New Roman" w:eastAsia="Times New Roman" w:hAnsi="Times New Roman"/>
          <w:color w:val="000000"/>
          <w:sz w:val="24"/>
          <w:lang w:val="ru-RU"/>
        </w:rPr>
        <w:t>(обсуждения, обмен мнений, «мозговые штурмы» и иные);</w:t>
      </w:r>
    </w:p>
    <w:p w14:paraId="5A829ADD" w14:textId="77777777" w:rsidR="003C5F91" w:rsidRPr="00452651" w:rsidRDefault="00E33273">
      <w:pPr>
        <w:autoSpaceDE w:val="0"/>
        <w:autoSpaceDN w:val="0"/>
        <w:spacing w:before="190" w:after="0" w:line="262" w:lineRule="auto"/>
        <w:ind w:left="240"/>
        <w:rPr>
          <w:lang w:val="ru-RU"/>
        </w:rPr>
      </w:pPr>
      <w:r w:rsidRPr="0045265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F7BF7E9" w14:textId="77777777" w:rsidR="003C5F91" w:rsidRPr="00452651" w:rsidRDefault="00E33273">
      <w:pPr>
        <w:autoSpaceDE w:val="0"/>
        <w:autoSpaceDN w:val="0"/>
        <w:spacing w:before="190" w:after="0" w:line="271" w:lineRule="auto"/>
        <w:ind w:left="240" w:right="432"/>
        <w:rPr>
          <w:lang w:val="ru-RU"/>
        </w:rPr>
      </w:pPr>
      <w:r w:rsidRPr="0045265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1E28781" w14:textId="77777777" w:rsidR="003C5F91" w:rsidRPr="00452651" w:rsidRDefault="003C5F91">
      <w:pPr>
        <w:rPr>
          <w:lang w:val="ru-RU"/>
        </w:rPr>
        <w:sectPr w:rsidR="003C5F91" w:rsidRPr="00452651">
          <w:pgSz w:w="11900" w:h="16840"/>
          <w:pgMar w:top="346" w:right="728" w:bottom="368" w:left="846" w:header="720" w:footer="720" w:gutter="0"/>
          <w:cols w:space="720" w:equalWidth="0">
            <w:col w:w="10326" w:space="0"/>
          </w:cols>
          <w:docGrid w:linePitch="360"/>
        </w:sectPr>
      </w:pPr>
    </w:p>
    <w:p w14:paraId="5A751BE1" w14:textId="77777777" w:rsidR="003C5F91" w:rsidRPr="00452651" w:rsidRDefault="003C5F91">
      <w:pPr>
        <w:autoSpaceDE w:val="0"/>
        <w:autoSpaceDN w:val="0"/>
        <w:spacing w:after="78" w:line="220" w:lineRule="exact"/>
        <w:rPr>
          <w:lang w:val="ru-RU"/>
        </w:rPr>
      </w:pPr>
    </w:p>
    <w:p w14:paraId="59BB7388" w14:textId="77777777" w:rsidR="003C5F91" w:rsidRPr="00452651" w:rsidRDefault="00E33273">
      <w:pPr>
        <w:autoSpaceDE w:val="0"/>
        <w:autoSpaceDN w:val="0"/>
        <w:spacing w:after="0" w:line="271" w:lineRule="auto"/>
        <w:ind w:left="240"/>
        <w:rPr>
          <w:lang w:val="ru-RU"/>
        </w:rPr>
      </w:pPr>
      <w:r w:rsidRPr="00452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74C1EB9" w14:textId="77777777" w:rsidR="003C5F91" w:rsidRPr="00452651" w:rsidRDefault="00E33273">
      <w:pPr>
        <w:autoSpaceDE w:val="0"/>
        <w:autoSpaceDN w:val="0"/>
        <w:spacing w:before="190" w:after="0" w:line="262" w:lineRule="auto"/>
        <w:ind w:left="240" w:right="864"/>
        <w:rPr>
          <w:lang w:val="ru-RU"/>
        </w:rPr>
      </w:pPr>
      <w:r w:rsidRPr="00452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14:paraId="0E434B6B" w14:textId="77777777" w:rsidR="003C5F91" w:rsidRPr="00452651" w:rsidRDefault="00E33273">
      <w:pPr>
        <w:autoSpaceDE w:val="0"/>
        <w:autoSpaceDN w:val="0"/>
        <w:spacing w:before="190" w:after="0" w:line="262" w:lineRule="auto"/>
        <w:ind w:left="240" w:right="1440"/>
        <w:rPr>
          <w:lang w:val="ru-RU"/>
        </w:rPr>
      </w:pPr>
      <w:r w:rsidRPr="0045265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14:paraId="46B101CA" w14:textId="77777777" w:rsidR="003C5F91" w:rsidRPr="00452651" w:rsidRDefault="00E33273">
      <w:pPr>
        <w:autoSpaceDE w:val="0"/>
        <w:autoSpaceDN w:val="0"/>
        <w:spacing w:before="190" w:after="0" w:line="271" w:lineRule="auto"/>
        <w:ind w:left="240" w:right="288"/>
        <w:rPr>
          <w:lang w:val="ru-RU"/>
        </w:rPr>
      </w:pPr>
      <w:r w:rsidRPr="00452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F9E8BE3" w14:textId="77777777" w:rsidR="003C5F91" w:rsidRPr="00452651" w:rsidRDefault="00E33273">
      <w:pPr>
        <w:autoSpaceDE w:val="0"/>
        <w:autoSpaceDN w:val="0"/>
        <w:spacing w:before="192" w:after="0" w:line="230" w:lineRule="auto"/>
        <w:ind w:left="240"/>
        <w:rPr>
          <w:lang w:val="ru-RU"/>
        </w:rPr>
      </w:pPr>
      <w:r w:rsidRPr="00452651">
        <w:rPr>
          <w:rFonts w:ascii="Times New Roman" w:eastAsia="Times New Roman" w:hAnsi="Times New Roman"/>
          <w:color w:val="000000"/>
          <w:sz w:val="24"/>
          <w:lang w:val="ru-RU"/>
        </w:rPr>
        <w:t>—  участниками взаимодействия на литературных занятиях;</w:t>
      </w:r>
    </w:p>
    <w:p w14:paraId="50692D59" w14:textId="77777777" w:rsidR="003C5F91" w:rsidRPr="00452651" w:rsidRDefault="00E33273">
      <w:pPr>
        <w:autoSpaceDE w:val="0"/>
        <w:autoSpaceDN w:val="0"/>
        <w:spacing w:before="190" w:after="0" w:line="271" w:lineRule="auto"/>
        <w:ind w:left="240" w:right="144"/>
        <w:rPr>
          <w:lang w:val="ru-RU"/>
        </w:rPr>
      </w:pPr>
      <w:r w:rsidRPr="0045265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DFD9DC6" w14:textId="77777777" w:rsidR="003C5F91" w:rsidRPr="00452651" w:rsidRDefault="00E33273">
      <w:pPr>
        <w:autoSpaceDE w:val="0"/>
        <w:autoSpaceDN w:val="0"/>
        <w:spacing w:before="178" w:after="0" w:line="230" w:lineRule="auto"/>
        <w:rPr>
          <w:lang w:val="ru-RU"/>
        </w:rPr>
      </w:pPr>
      <w:r w:rsidRPr="00452651">
        <w:rPr>
          <w:rFonts w:ascii="Times New Roman" w:eastAsia="Times New Roman" w:hAnsi="Times New Roman"/>
          <w:b/>
          <w:i/>
          <w:color w:val="000000"/>
          <w:sz w:val="24"/>
          <w:lang w:val="ru-RU"/>
        </w:rPr>
        <w:t>Универсальные учебные регулятивные действия:</w:t>
      </w:r>
    </w:p>
    <w:p w14:paraId="359AAB18" w14:textId="77777777" w:rsidR="003C5F91" w:rsidRPr="00452651" w:rsidRDefault="00E33273">
      <w:pPr>
        <w:autoSpaceDE w:val="0"/>
        <w:autoSpaceDN w:val="0"/>
        <w:spacing w:before="118" w:after="0" w:line="230" w:lineRule="auto"/>
        <w:rPr>
          <w:lang w:val="ru-RU"/>
        </w:rPr>
      </w:pPr>
      <w:r w:rsidRPr="00452651">
        <w:rPr>
          <w:rFonts w:ascii="Times New Roman" w:eastAsia="Times New Roman" w:hAnsi="Times New Roman"/>
          <w:color w:val="000000"/>
          <w:sz w:val="24"/>
          <w:lang w:val="ru-RU"/>
        </w:rPr>
        <w:t>1)</w:t>
      </w:r>
      <w:r w:rsidRPr="00452651">
        <w:rPr>
          <w:rFonts w:ascii="Times New Roman" w:eastAsia="Times New Roman" w:hAnsi="Times New Roman"/>
          <w:i/>
          <w:color w:val="000000"/>
          <w:sz w:val="24"/>
          <w:lang w:val="ru-RU"/>
        </w:rPr>
        <w:t xml:space="preserve"> Самоорганизация</w:t>
      </w:r>
      <w:r w:rsidRPr="00452651">
        <w:rPr>
          <w:rFonts w:ascii="Times New Roman" w:eastAsia="Times New Roman" w:hAnsi="Times New Roman"/>
          <w:color w:val="000000"/>
          <w:sz w:val="24"/>
          <w:lang w:val="ru-RU"/>
        </w:rPr>
        <w:t>:</w:t>
      </w:r>
    </w:p>
    <w:p w14:paraId="09A27C6E" w14:textId="77777777" w:rsidR="003C5F91" w:rsidRPr="00452651" w:rsidRDefault="00E33273">
      <w:pPr>
        <w:autoSpaceDE w:val="0"/>
        <w:autoSpaceDN w:val="0"/>
        <w:spacing w:before="178" w:after="0" w:line="262" w:lineRule="auto"/>
        <w:ind w:left="240" w:right="288"/>
        <w:rPr>
          <w:lang w:val="ru-RU"/>
        </w:rPr>
      </w:pPr>
      <w:r w:rsidRPr="0045265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14:paraId="398C5117" w14:textId="77777777" w:rsidR="003C5F91" w:rsidRPr="00452651" w:rsidRDefault="00E33273">
      <w:pPr>
        <w:autoSpaceDE w:val="0"/>
        <w:autoSpaceDN w:val="0"/>
        <w:spacing w:before="190" w:after="0" w:line="262" w:lineRule="auto"/>
        <w:ind w:left="240" w:right="720"/>
        <w:rPr>
          <w:lang w:val="ru-RU"/>
        </w:rPr>
      </w:pPr>
      <w:r w:rsidRPr="0045265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14:paraId="570FC3FC" w14:textId="77777777" w:rsidR="003C5F91" w:rsidRPr="00452651" w:rsidRDefault="00E33273">
      <w:pPr>
        <w:autoSpaceDE w:val="0"/>
        <w:autoSpaceDN w:val="0"/>
        <w:spacing w:before="190" w:after="0" w:line="271" w:lineRule="auto"/>
        <w:ind w:left="240" w:right="432"/>
        <w:rPr>
          <w:lang w:val="ru-RU"/>
        </w:rPr>
      </w:pPr>
      <w:r w:rsidRPr="0045265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2DE7237" w14:textId="77777777" w:rsidR="003C5F91" w:rsidRPr="00452651" w:rsidRDefault="00E33273">
      <w:pPr>
        <w:autoSpaceDE w:val="0"/>
        <w:autoSpaceDN w:val="0"/>
        <w:spacing w:before="190" w:after="0" w:line="271" w:lineRule="auto"/>
        <w:ind w:left="240" w:right="720"/>
        <w:rPr>
          <w:lang w:val="ru-RU"/>
        </w:rPr>
      </w:pPr>
      <w:r w:rsidRPr="0045265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AD06F62" w14:textId="77777777" w:rsidR="003C5F91" w:rsidRPr="00452651" w:rsidRDefault="00E33273">
      <w:pPr>
        <w:autoSpaceDE w:val="0"/>
        <w:autoSpaceDN w:val="0"/>
        <w:spacing w:before="190" w:after="0" w:line="230" w:lineRule="auto"/>
        <w:ind w:left="240"/>
        <w:rPr>
          <w:lang w:val="ru-RU"/>
        </w:rPr>
      </w:pPr>
      <w:r w:rsidRPr="00452651">
        <w:rPr>
          <w:rFonts w:ascii="Times New Roman" w:eastAsia="Times New Roman" w:hAnsi="Times New Roman"/>
          <w:color w:val="000000"/>
          <w:sz w:val="24"/>
          <w:lang w:val="ru-RU"/>
        </w:rPr>
        <w:t>—  делать выбор и брать ответственность за решение.</w:t>
      </w:r>
    </w:p>
    <w:p w14:paraId="294E06C7" w14:textId="77777777" w:rsidR="003C5F91" w:rsidRPr="00452651" w:rsidRDefault="00E33273">
      <w:pPr>
        <w:autoSpaceDE w:val="0"/>
        <w:autoSpaceDN w:val="0"/>
        <w:spacing w:before="180" w:after="0" w:line="230" w:lineRule="auto"/>
        <w:rPr>
          <w:lang w:val="ru-RU"/>
        </w:rPr>
      </w:pPr>
      <w:r w:rsidRPr="00452651">
        <w:rPr>
          <w:rFonts w:ascii="Times New Roman" w:eastAsia="Times New Roman" w:hAnsi="Times New Roman"/>
          <w:color w:val="000000"/>
          <w:sz w:val="24"/>
          <w:lang w:val="ru-RU"/>
        </w:rPr>
        <w:t>2) С</w:t>
      </w:r>
      <w:r w:rsidRPr="00452651">
        <w:rPr>
          <w:rFonts w:ascii="Times New Roman" w:eastAsia="Times New Roman" w:hAnsi="Times New Roman"/>
          <w:i/>
          <w:color w:val="000000"/>
          <w:sz w:val="24"/>
          <w:lang w:val="ru-RU"/>
        </w:rPr>
        <w:t>амоконтроль</w:t>
      </w:r>
      <w:r w:rsidRPr="00452651">
        <w:rPr>
          <w:rFonts w:ascii="Times New Roman" w:eastAsia="Times New Roman" w:hAnsi="Times New Roman"/>
          <w:color w:val="000000"/>
          <w:sz w:val="24"/>
          <w:lang w:val="ru-RU"/>
        </w:rPr>
        <w:t>:</w:t>
      </w:r>
    </w:p>
    <w:p w14:paraId="3166C3A8" w14:textId="77777777" w:rsidR="003C5F91" w:rsidRPr="00452651" w:rsidRDefault="00E33273">
      <w:pPr>
        <w:autoSpaceDE w:val="0"/>
        <w:autoSpaceDN w:val="0"/>
        <w:spacing w:before="180" w:after="0" w:line="262" w:lineRule="auto"/>
        <w:ind w:left="240" w:right="432"/>
        <w:rPr>
          <w:lang w:val="ru-RU"/>
        </w:rPr>
      </w:pPr>
      <w:r w:rsidRPr="00452651">
        <w:rPr>
          <w:rFonts w:ascii="Times New Roman" w:eastAsia="Times New Roman" w:hAnsi="Times New Roman"/>
          <w:color w:val="000000"/>
          <w:sz w:val="24"/>
          <w:lang w:val="ru-RU"/>
        </w:rPr>
        <w:t xml:space="preserve">—  владеть способами самоконтроля, </w:t>
      </w:r>
      <w:proofErr w:type="spellStart"/>
      <w:r w:rsidRPr="00452651">
        <w:rPr>
          <w:rFonts w:ascii="Times New Roman" w:eastAsia="Times New Roman" w:hAnsi="Times New Roman"/>
          <w:color w:val="000000"/>
          <w:sz w:val="24"/>
          <w:lang w:val="ru-RU"/>
        </w:rPr>
        <w:t>самомотивации</w:t>
      </w:r>
      <w:proofErr w:type="spellEnd"/>
      <w:r w:rsidRPr="0045265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4E6CC2D2" w14:textId="77777777" w:rsidR="003C5F91" w:rsidRPr="00452651" w:rsidRDefault="00E33273">
      <w:pPr>
        <w:autoSpaceDE w:val="0"/>
        <w:autoSpaceDN w:val="0"/>
        <w:spacing w:before="190" w:after="0" w:line="262" w:lineRule="auto"/>
        <w:ind w:left="240"/>
        <w:rPr>
          <w:lang w:val="ru-RU"/>
        </w:rPr>
      </w:pPr>
      <w:r w:rsidRPr="0045265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D7AD45F" w14:textId="77777777" w:rsidR="003C5F91" w:rsidRPr="00452651" w:rsidRDefault="00E33273">
      <w:pPr>
        <w:autoSpaceDE w:val="0"/>
        <w:autoSpaceDN w:val="0"/>
        <w:spacing w:before="190" w:after="0" w:line="262" w:lineRule="auto"/>
        <w:ind w:left="240" w:right="432"/>
        <w:rPr>
          <w:lang w:val="ru-RU"/>
        </w:rPr>
      </w:pPr>
      <w:r w:rsidRPr="00452651">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C321170" w14:textId="77777777" w:rsidR="003C5F91" w:rsidRPr="00452651" w:rsidRDefault="00E33273">
      <w:pPr>
        <w:autoSpaceDE w:val="0"/>
        <w:autoSpaceDN w:val="0"/>
        <w:spacing w:before="190" w:after="0" w:line="271" w:lineRule="auto"/>
        <w:ind w:left="240" w:right="288"/>
        <w:rPr>
          <w:lang w:val="ru-RU"/>
        </w:rPr>
      </w:pPr>
      <w:r w:rsidRPr="0045265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7D3AFC2" w14:textId="77777777" w:rsidR="003C5F91" w:rsidRPr="00452651" w:rsidRDefault="00E33273">
      <w:pPr>
        <w:autoSpaceDE w:val="0"/>
        <w:autoSpaceDN w:val="0"/>
        <w:spacing w:before="178" w:after="0" w:line="230" w:lineRule="auto"/>
        <w:rPr>
          <w:lang w:val="ru-RU"/>
        </w:rPr>
      </w:pPr>
      <w:r w:rsidRPr="00452651">
        <w:rPr>
          <w:rFonts w:ascii="Times New Roman" w:eastAsia="Times New Roman" w:hAnsi="Times New Roman"/>
          <w:color w:val="000000"/>
          <w:sz w:val="24"/>
          <w:lang w:val="ru-RU"/>
        </w:rPr>
        <w:t xml:space="preserve">3) </w:t>
      </w:r>
      <w:r w:rsidRPr="00452651">
        <w:rPr>
          <w:rFonts w:ascii="Times New Roman" w:eastAsia="Times New Roman" w:hAnsi="Times New Roman"/>
          <w:i/>
          <w:color w:val="000000"/>
          <w:sz w:val="24"/>
          <w:lang w:val="ru-RU"/>
        </w:rPr>
        <w:t>Эмоциональный интеллект</w:t>
      </w:r>
      <w:r w:rsidRPr="00452651">
        <w:rPr>
          <w:rFonts w:ascii="Times New Roman" w:eastAsia="Times New Roman" w:hAnsi="Times New Roman"/>
          <w:color w:val="000000"/>
          <w:sz w:val="24"/>
          <w:lang w:val="ru-RU"/>
        </w:rPr>
        <w:t>:</w:t>
      </w:r>
    </w:p>
    <w:p w14:paraId="2F0A768D" w14:textId="77777777" w:rsidR="003C5F91" w:rsidRPr="00452651" w:rsidRDefault="00E33273">
      <w:pPr>
        <w:autoSpaceDE w:val="0"/>
        <w:autoSpaceDN w:val="0"/>
        <w:spacing w:before="178" w:after="0" w:line="262" w:lineRule="auto"/>
        <w:ind w:left="240"/>
        <w:rPr>
          <w:lang w:val="ru-RU"/>
        </w:rPr>
      </w:pPr>
      <w:r w:rsidRPr="0045265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14:paraId="3F72C73B" w14:textId="77777777" w:rsidR="003C5F91" w:rsidRPr="00452651" w:rsidRDefault="003C5F91">
      <w:pPr>
        <w:rPr>
          <w:lang w:val="ru-RU"/>
        </w:rPr>
        <w:sectPr w:rsidR="003C5F91" w:rsidRPr="00452651">
          <w:pgSz w:w="11900" w:h="16840"/>
          <w:pgMar w:top="298" w:right="720" w:bottom="368" w:left="846" w:header="720" w:footer="720" w:gutter="0"/>
          <w:cols w:space="720" w:equalWidth="0">
            <w:col w:w="10334" w:space="0"/>
          </w:cols>
          <w:docGrid w:linePitch="360"/>
        </w:sectPr>
      </w:pPr>
    </w:p>
    <w:p w14:paraId="3151EB44" w14:textId="77777777" w:rsidR="003C5F91" w:rsidRPr="00452651" w:rsidRDefault="003C5F91">
      <w:pPr>
        <w:autoSpaceDE w:val="0"/>
        <w:autoSpaceDN w:val="0"/>
        <w:spacing w:after="78" w:line="220" w:lineRule="exact"/>
        <w:rPr>
          <w:lang w:val="ru-RU"/>
        </w:rPr>
      </w:pPr>
    </w:p>
    <w:p w14:paraId="2EBB5876" w14:textId="77777777" w:rsidR="003C5F91" w:rsidRPr="00452651" w:rsidRDefault="00E33273">
      <w:pPr>
        <w:autoSpaceDE w:val="0"/>
        <w:autoSpaceDN w:val="0"/>
        <w:spacing w:after="0" w:line="230" w:lineRule="auto"/>
        <w:ind w:left="420"/>
        <w:rPr>
          <w:lang w:val="ru-RU"/>
        </w:rPr>
      </w:pPr>
      <w:r w:rsidRPr="00452651">
        <w:rPr>
          <w:rFonts w:ascii="Times New Roman" w:eastAsia="Times New Roman" w:hAnsi="Times New Roman"/>
          <w:color w:val="000000"/>
          <w:sz w:val="24"/>
          <w:lang w:val="ru-RU"/>
        </w:rPr>
        <w:t>—  выявлять и анализировать причины эмоций;</w:t>
      </w:r>
    </w:p>
    <w:p w14:paraId="643D68A7" w14:textId="77777777" w:rsidR="003C5F91" w:rsidRPr="00452651" w:rsidRDefault="00E33273">
      <w:pPr>
        <w:autoSpaceDE w:val="0"/>
        <w:autoSpaceDN w:val="0"/>
        <w:spacing w:before="190" w:after="0" w:line="262" w:lineRule="auto"/>
        <w:ind w:left="420" w:right="288"/>
        <w:rPr>
          <w:lang w:val="ru-RU"/>
        </w:rPr>
      </w:pPr>
      <w:r w:rsidRPr="0045265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14:paraId="22E4BAF1"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регулировать способ выражения своих эмоций;</w:t>
      </w:r>
    </w:p>
    <w:p w14:paraId="3BE47516" w14:textId="77777777" w:rsidR="003C5F91" w:rsidRPr="00452651" w:rsidRDefault="00E33273">
      <w:pPr>
        <w:autoSpaceDE w:val="0"/>
        <w:autoSpaceDN w:val="0"/>
        <w:spacing w:before="298" w:after="0" w:line="230" w:lineRule="auto"/>
        <w:ind w:left="180"/>
        <w:rPr>
          <w:lang w:val="ru-RU"/>
        </w:rPr>
      </w:pPr>
      <w:r w:rsidRPr="00452651">
        <w:rPr>
          <w:rFonts w:ascii="Times New Roman" w:eastAsia="Times New Roman" w:hAnsi="Times New Roman"/>
          <w:color w:val="000000"/>
          <w:sz w:val="24"/>
          <w:lang w:val="ru-RU"/>
        </w:rPr>
        <w:t>4)</w:t>
      </w:r>
      <w:r w:rsidRPr="00452651">
        <w:rPr>
          <w:rFonts w:ascii="Times New Roman" w:eastAsia="Times New Roman" w:hAnsi="Times New Roman"/>
          <w:i/>
          <w:color w:val="000000"/>
          <w:sz w:val="24"/>
          <w:lang w:val="ru-RU"/>
        </w:rPr>
        <w:t xml:space="preserve"> Принятие себя и других</w:t>
      </w:r>
      <w:r w:rsidRPr="00452651">
        <w:rPr>
          <w:rFonts w:ascii="Times New Roman" w:eastAsia="Times New Roman" w:hAnsi="Times New Roman"/>
          <w:color w:val="000000"/>
          <w:sz w:val="24"/>
          <w:lang w:val="ru-RU"/>
        </w:rPr>
        <w:t>:</w:t>
      </w:r>
    </w:p>
    <w:p w14:paraId="466C960C" w14:textId="77777777" w:rsidR="003C5F91" w:rsidRPr="00452651" w:rsidRDefault="00E33273">
      <w:pPr>
        <w:autoSpaceDE w:val="0"/>
        <w:autoSpaceDN w:val="0"/>
        <w:spacing w:before="178" w:after="0" w:line="262" w:lineRule="auto"/>
        <w:ind w:left="420" w:right="144"/>
        <w:rPr>
          <w:lang w:val="ru-RU"/>
        </w:rPr>
      </w:pPr>
      <w:r w:rsidRPr="0045265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14:paraId="4EC52805" w14:textId="77777777" w:rsidR="003C5F91" w:rsidRPr="00452651" w:rsidRDefault="00E33273">
      <w:pPr>
        <w:autoSpaceDE w:val="0"/>
        <w:autoSpaceDN w:val="0"/>
        <w:spacing w:before="190" w:after="0" w:line="262" w:lineRule="auto"/>
        <w:ind w:left="420" w:right="576"/>
        <w:rPr>
          <w:lang w:val="ru-RU"/>
        </w:rPr>
      </w:pPr>
      <w:r w:rsidRPr="0045265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14:paraId="7C9D239A" w14:textId="77777777" w:rsidR="003C5F91" w:rsidRPr="00452651" w:rsidRDefault="00E33273">
      <w:pPr>
        <w:autoSpaceDE w:val="0"/>
        <w:autoSpaceDN w:val="0"/>
        <w:spacing w:before="192" w:after="0" w:line="230" w:lineRule="auto"/>
        <w:ind w:left="420"/>
        <w:rPr>
          <w:lang w:val="ru-RU"/>
        </w:rPr>
      </w:pPr>
      <w:r w:rsidRPr="00452651">
        <w:rPr>
          <w:rFonts w:ascii="Times New Roman" w:eastAsia="Times New Roman" w:hAnsi="Times New Roman"/>
          <w:color w:val="000000"/>
          <w:sz w:val="24"/>
          <w:lang w:val="ru-RU"/>
        </w:rPr>
        <w:t>—  проявлять открытость себе и другим;</w:t>
      </w:r>
    </w:p>
    <w:p w14:paraId="336BB857"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осознавать невозможность контролировать всё вокруг.</w:t>
      </w:r>
    </w:p>
    <w:p w14:paraId="468BC2F0" w14:textId="77777777" w:rsidR="003C5F91" w:rsidRPr="00452651" w:rsidRDefault="00E33273">
      <w:pPr>
        <w:autoSpaceDE w:val="0"/>
        <w:autoSpaceDN w:val="0"/>
        <w:spacing w:before="322" w:after="0" w:line="230" w:lineRule="auto"/>
        <w:rPr>
          <w:lang w:val="ru-RU"/>
        </w:rPr>
      </w:pPr>
      <w:r w:rsidRPr="00452651">
        <w:rPr>
          <w:rFonts w:ascii="Times New Roman" w:eastAsia="Times New Roman" w:hAnsi="Times New Roman"/>
          <w:b/>
          <w:color w:val="000000"/>
          <w:sz w:val="24"/>
          <w:lang w:val="ru-RU"/>
        </w:rPr>
        <w:t>ПРЕДМЕТНЫЕ РЕЗУЛЬТАТЫ</w:t>
      </w:r>
    </w:p>
    <w:p w14:paraId="7AC24926" w14:textId="77777777" w:rsidR="003C5F91" w:rsidRPr="00452651" w:rsidRDefault="00E33273">
      <w:pPr>
        <w:tabs>
          <w:tab w:val="left" w:pos="180"/>
        </w:tabs>
        <w:autoSpaceDE w:val="0"/>
        <w:autoSpaceDN w:val="0"/>
        <w:spacing w:before="166" w:after="0" w:line="281" w:lineRule="auto"/>
        <w:rPr>
          <w:lang w:val="ru-RU"/>
        </w:rPr>
      </w:pPr>
      <w:r w:rsidRPr="00452651">
        <w:rPr>
          <w:lang w:val="ru-RU"/>
        </w:rPr>
        <w:tab/>
      </w:r>
      <w:r w:rsidRPr="00452651">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452651">
        <w:rPr>
          <w:lang w:val="ru-RU"/>
        </w:rPr>
        <w:br/>
      </w:r>
      <w:r w:rsidRPr="00452651">
        <w:rPr>
          <w:lang w:val="ru-RU"/>
        </w:rPr>
        <w:tab/>
      </w:r>
      <w:r w:rsidRPr="00452651">
        <w:rPr>
          <w:rFonts w:ascii="Times New Roman" w:eastAsia="Times New Roman" w:hAnsi="Times New Roman"/>
          <w:color w:val="000000"/>
          <w:sz w:val="24"/>
          <w:lang w:val="ru-RU"/>
        </w:rPr>
        <w:t>3)владеть элементарными умениями воспринимать, анализировать, интерпретировать и оценивать прочитанные произведения:</w:t>
      </w:r>
    </w:p>
    <w:p w14:paraId="0A7D4074" w14:textId="77777777" w:rsidR="003C5F91" w:rsidRPr="00452651" w:rsidRDefault="00E33273">
      <w:pPr>
        <w:autoSpaceDE w:val="0"/>
        <w:autoSpaceDN w:val="0"/>
        <w:spacing w:before="178" w:after="0"/>
        <w:ind w:left="420" w:right="288"/>
        <w:rPr>
          <w:lang w:val="ru-RU"/>
        </w:rPr>
      </w:pPr>
      <w:r w:rsidRPr="00452651">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452651">
        <w:rPr>
          <w:lang w:val="ru-RU"/>
        </w:rPr>
        <w:br/>
      </w:r>
      <w:r w:rsidRPr="00452651">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14:paraId="021E492F" w14:textId="77777777" w:rsidR="003C5F91" w:rsidRPr="00452651" w:rsidRDefault="00E33273">
      <w:pPr>
        <w:autoSpaceDE w:val="0"/>
        <w:autoSpaceDN w:val="0"/>
        <w:spacing w:before="190" w:after="0" w:line="283" w:lineRule="auto"/>
        <w:ind w:left="420"/>
        <w:rPr>
          <w:lang w:val="ru-RU"/>
        </w:rPr>
      </w:pPr>
      <w:r w:rsidRPr="00452651">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EEA3589" w14:textId="77777777" w:rsidR="003C5F91" w:rsidRPr="00452651" w:rsidRDefault="00E33273">
      <w:pPr>
        <w:autoSpaceDE w:val="0"/>
        <w:autoSpaceDN w:val="0"/>
        <w:spacing w:before="190" w:after="0" w:line="230" w:lineRule="auto"/>
        <w:ind w:left="420"/>
        <w:rPr>
          <w:lang w:val="ru-RU"/>
        </w:rPr>
      </w:pPr>
      <w:r w:rsidRPr="00452651">
        <w:rPr>
          <w:rFonts w:ascii="Times New Roman" w:eastAsia="Times New Roman" w:hAnsi="Times New Roman"/>
          <w:color w:val="000000"/>
          <w:sz w:val="24"/>
          <w:lang w:val="ru-RU"/>
        </w:rPr>
        <w:t>—  сопоставлять темы и сюжеты произведений, образы персонажей;</w:t>
      </w:r>
    </w:p>
    <w:p w14:paraId="5A14C214" w14:textId="77777777" w:rsidR="003C5F91" w:rsidRPr="00452651" w:rsidRDefault="00E33273">
      <w:pPr>
        <w:autoSpaceDE w:val="0"/>
        <w:autoSpaceDN w:val="0"/>
        <w:spacing w:before="190" w:after="0" w:line="271" w:lineRule="auto"/>
        <w:ind w:left="420" w:right="410"/>
        <w:jc w:val="both"/>
        <w:rPr>
          <w:lang w:val="ru-RU"/>
        </w:rPr>
      </w:pPr>
      <w:r w:rsidRPr="00452651">
        <w:rPr>
          <w:rFonts w:ascii="Times New Roman" w:eastAsia="Times New Roman" w:hAnsi="Times New Roman"/>
          <w:color w:val="000000"/>
          <w:sz w:val="24"/>
          <w:lang w:val="ru-RU"/>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9666D07" w14:textId="77777777" w:rsidR="003C5F91" w:rsidRPr="00452651" w:rsidRDefault="00E33273">
      <w:pPr>
        <w:tabs>
          <w:tab w:val="left" w:pos="180"/>
        </w:tabs>
        <w:autoSpaceDE w:val="0"/>
        <w:autoSpaceDN w:val="0"/>
        <w:spacing w:before="178" w:after="0" w:line="286" w:lineRule="auto"/>
        <w:rPr>
          <w:lang w:val="ru-RU"/>
        </w:rPr>
      </w:pPr>
      <w:r w:rsidRPr="00452651">
        <w:rPr>
          <w:lang w:val="ru-RU"/>
        </w:rPr>
        <w:tab/>
      </w:r>
      <w:r w:rsidRPr="00452651">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452651">
        <w:rPr>
          <w:lang w:val="ru-RU"/>
        </w:rPr>
        <w:br/>
      </w:r>
      <w:r w:rsidRPr="00452651">
        <w:rPr>
          <w:rFonts w:ascii="Times New Roman" w:eastAsia="Times New Roman" w:hAnsi="Times New Roman"/>
          <w:color w:val="000000"/>
          <w:sz w:val="24"/>
          <w:lang w:val="ru-RU"/>
        </w:rPr>
        <w:t xml:space="preserve">индивидуальных особенностей обучающихся);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r w:rsidRPr="00452651">
        <w:rPr>
          <w:lang w:val="ru-RU"/>
        </w:rPr>
        <w:br/>
      </w:r>
      <w:r w:rsidRPr="00452651">
        <w:rPr>
          <w:lang w:val="ru-RU"/>
        </w:rPr>
        <w:tab/>
      </w:r>
      <w:r w:rsidRPr="00452651">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197197BD" w14:textId="77777777" w:rsidR="003C5F91" w:rsidRPr="00452651" w:rsidRDefault="003C5F91">
      <w:pPr>
        <w:rPr>
          <w:lang w:val="ru-RU"/>
        </w:rPr>
        <w:sectPr w:rsidR="003C5F91" w:rsidRPr="00452651">
          <w:pgSz w:w="11900" w:h="16840"/>
          <w:pgMar w:top="298" w:right="684" w:bottom="338" w:left="666" w:header="720" w:footer="720" w:gutter="0"/>
          <w:cols w:space="720" w:equalWidth="0">
            <w:col w:w="10550" w:space="0"/>
          </w:cols>
          <w:docGrid w:linePitch="360"/>
        </w:sectPr>
      </w:pPr>
    </w:p>
    <w:p w14:paraId="35D6DA3E" w14:textId="77777777" w:rsidR="003C5F91" w:rsidRPr="00452651" w:rsidRDefault="003C5F91">
      <w:pPr>
        <w:autoSpaceDE w:val="0"/>
        <w:autoSpaceDN w:val="0"/>
        <w:spacing w:after="78" w:line="220" w:lineRule="exact"/>
        <w:rPr>
          <w:lang w:val="ru-RU"/>
        </w:rPr>
      </w:pPr>
    </w:p>
    <w:p w14:paraId="0E7F594A" w14:textId="77777777" w:rsidR="003C5F91" w:rsidRPr="00452651" w:rsidRDefault="00E33273">
      <w:pPr>
        <w:tabs>
          <w:tab w:val="left" w:pos="180"/>
        </w:tabs>
        <w:autoSpaceDE w:val="0"/>
        <w:autoSpaceDN w:val="0"/>
        <w:spacing w:after="0" w:line="288" w:lineRule="auto"/>
        <w:rPr>
          <w:lang w:val="ru-RU"/>
        </w:rPr>
      </w:pPr>
      <w:r w:rsidRPr="00452651">
        <w:rPr>
          <w:lang w:val="ru-RU"/>
        </w:rPr>
        <w:tab/>
      </w:r>
      <w:r w:rsidRPr="00452651">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452651">
        <w:rPr>
          <w:lang w:val="ru-RU"/>
        </w:rPr>
        <w:br/>
      </w:r>
      <w:r w:rsidRPr="00452651">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452651">
        <w:rPr>
          <w:lang w:val="ru-RU"/>
        </w:rPr>
        <w:br/>
      </w:r>
      <w:r w:rsidRPr="00452651">
        <w:rPr>
          <w:lang w:val="ru-RU"/>
        </w:rPr>
        <w:tab/>
      </w:r>
      <w:r w:rsidRPr="00452651">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452651">
        <w:rPr>
          <w:lang w:val="ru-RU"/>
        </w:rPr>
        <w:br/>
      </w:r>
      <w:r w:rsidRPr="00452651">
        <w:rPr>
          <w:lang w:val="ru-RU"/>
        </w:rPr>
        <w:tab/>
      </w:r>
      <w:r w:rsidRPr="00452651">
        <w:rPr>
          <w:rFonts w:ascii="Times New Roman" w:eastAsia="Times New Roman" w:hAnsi="Times New Roman"/>
          <w:color w:val="000000"/>
          <w:sz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46911A6A" w14:textId="77777777" w:rsidR="003C5F91" w:rsidRPr="00452651" w:rsidRDefault="003C5F91">
      <w:pPr>
        <w:rPr>
          <w:lang w:val="ru-RU"/>
        </w:rPr>
        <w:sectPr w:rsidR="003C5F91" w:rsidRPr="00452651">
          <w:pgSz w:w="11900" w:h="16840"/>
          <w:pgMar w:top="298" w:right="770" w:bottom="1440" w:left="666" w:header="720" w:footer="720" w:gutter="0"/>
          <w:cols w:space="720" w:equalWidth="0">
            <w:col w:w="10464" w:space="0"/>
          </w:cols>
          <w:docGrid w:linePitch="360"/>
        </w:sectPr>
      </w:pPr>
    </w:p>
    <w:p w14:paraId="47AF26A1" w14:textId="77777777" w:rsidR="003C5F91" w:rsidRPr="00452651" w:rsidRDefault="003C5F91">
      <w:pPr>
        <w:autoSpaceDE w:val="0"/>
        <w:autoSpaceDN w:val="0"/>
        <w:spacing w:after="64" w:line="220" w:lineRule="exact"/>
        <w:rPr>
          <w:lang w:val="ru-RU"/>
        </w:rPr>
      </w:pPr>
    </w:p>
    <w:p w14:paraId="2569CB54" w14:textId="77777777" w:rsidR="003C5F91" w:rsidRDefault="00E33273">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56536909" w14:textId="77777777">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6AA0B03" w14:textId="77777777" w:rsidR="003C5F91" w:rsidRDefault="00E33273">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50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4756675"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6E84D5A" w14:textId="77777777" w:rsidR="003C5F91" w:rsidRDefault="00E33273">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14:paraId="58EC4E09" w14:textId="77777777" w:rsidR="003C5F91" w:rsidRDefault="00E33273">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91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14:paraId="7C7A8F06" w14:textId="77777777" w:rsidR="003C5F91" w:rsidRDefault="00E33273">
            <w:pPr>
              <w:autoSpaceDE w:val="0"/>
              <w:autoSpaceDN w:val="0"/>
              <w:spacing w:before="78" w:after="0" w:line="230" w:lineRule="auto"/>
              <w:ind w:left="68"/>
            </w:pPr>
            <w:r>
              <w:rPr>
                <w:rFonts w:ascii="Times New Roman" w:eastAsia="Times New Roman" w:hAnsi="Times New Roman"/>
                <w:b/>
                <w:color w:val="000000"/>
                <w:w w:val="97"/>
                <w:sz w:val="16"/>
              </w:rPr>
              <w:t>Виды деятельности</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4CDDEA2" w14:textId="77777777" w:rsidR="003C5F91" w:rsidRDefault="00E33273">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181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8E28D4B" w14:textId="77777777" w:rsidR="003C5F91" w:rsidRDefault="00E33273">
            <w:pPr>
              <w:autoSpaceDE w:val="0"/>
              <w:autoSpaceDN w:val="0"/>
              <w:spacing w:before="78" w:after="0" w:line="250" w:lineRule="auto"/>
              <w:ind w:left="72" w:right="43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3C5F91" w14:paraId="1EAECCE8" w14:textId="77777777">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14:paraId="58F16299" w14:textId="77777777" w:rsidR="003C5F91" w:rsidRDefault="003C5F91"/>
        </w:tc>
        <w:tc>
          <w:tcPr>
            <w:tcW w:w="1726" w:type="dxa"/>
            <w:vMerge/>
            <w:tcBorders>
              <w:top w:val="single" w:sz="4" w:space="0" w:color="000000"/>
              <w:left w:val="single" w:sz="4" w:space="0" w:color="000000"/>
              <w:bottom w:val="single" w:sz="4" w:space="0" w:color="000000"/>
              <w:right w:val="single" w:sz="4" w:space="0" w:color="000000"/>
            </w:tcBorders>
          </w:tcPr>
          <w:p w14:paraId="3F6069BD" w14:textId="77777777" w:rsidR="003C5F91" w:rsidRDefault="003C5F91"/>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C54F8C" w14:textId="77777777" w:rsidR="003C5F91" w:rsidRDefault="00E33273">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89B088" w14:textId="77777777" w:rsidR="003C5F91" w:rsidRDefault="00E33273">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9464938" w14:textId="77777777" w:rsidR="003C5F91" w:rsidRDefault="00E33273">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5" w:space="0" w:color="000000"/>
            </w:tcBorders>
          </w:tcPr>
          <w:p w14:paraId="0873ADD5" w14:textId="77777777" w:rsidR="003C5F91" w:rsidRDefault="003C5F91"/>
        </w:tc>
        <w:tc>
          <w:tcPr>
            <w:tcW w:w="1726" w:type="dxa"/>
            <w:vMerge/>
            <w:tcBorders>
              <w:top w:val="single" w:sz="4" w:space="0" w:color="000000"/>
              <w:left w:val="single" w:sz="5" w:space="0" w:color="000000"/>
              <w:bottom w:val="single" w:sz="4" w:space="0" w:color="000000"/>
              <w:right w:val="single" w:sz="4" w:space="0" w:color="000000"/>
            </w:tcBorders>
          </w:tcPr>
          <w:p w14:paraId="58E0789A" w14:textId="77777777" w:rsidR="003C5F91" w:rsidRDefault="003C5F91"/>
        </w:tc>
        <w:tc>
          <w:tcPr>
            <w:tcW w:w="1726" w:type="dxa"/>
            <w:vMerge/>
            <w:tcBorders>
              <w:top w:val="single" w:sz="4" w:space="0" w:color="000000"/>
              <w:left w:val="single" w:sz="4" w:space="0" w:color="000000"/>
              <w:bottom w:val="single" w:sz="4" w:space="0" w:color="000000"/>
              <w:right w:val="single" w:sz="4" w:space="0" w:color="000000"/>
            </w:tcBorders>
          </w:tcPr>
          <w:p w14:paraId="367F9CF0" w14:textId="77777777" w:rsidR="003C5F91" w:rsidRDefault="003C5F91"/>
        </w:tc>
        <w:tc>
          <w:tcPr>
            <w:tcW w:w="1726" w:type="dxa"/>
            <w:vMerge/>
            <w:tcBorders>
              <w:top w:val="single" w:sz="4" w:space="0" w:color="000000"/>
              <w:left w:val="single" w:sz="4" w:space="0" w:color="000000"/>
              <w:bottom w:val="single" w:sz="4" w:space="0" w:color="000000"/>
              <w:right w:val="single" w:sz="4" w:space="0" w:color="000000"/>
            </w:tcBorders>
          </w:tcPr>
          <w:p w14:paraId="58B479BA" w14:textId="77777777" w:rsidR="003C5F91" w:rsidRDefault="003C5F91"/>
        </w:tc>
      </w:tr>
      <w:tr w:rsidR="003C5F91" w14:paraId="63085BD0" w14:textId="77777777">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14:paraId="32F7AF2F"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Раздел 1.</w:t>
            </w:r>
            <w:r>
              <w:rPr>
                <w:rFonts w:ascii="Times New Roman" w:eastAsia="Times New Roman" w:hAnsi="Times New Roman"/>
                <w:b/>
                <w:color w:val="000000"/>
                <w:w w:val="97"/>
                <w:sz w:val="16"/>
              </w:rPr>
              <w:t xml:space="preserve"> Мифология</w:t>
            </w:r>
          </w:p>
        </w:tc>
      </w:tr>
      <w:tr w:rsidR="003C5F91" w14:paraId="11A83683" w14:textId="77777777">
        <w:trPr>
          <w:trHeight w:hRule="exact" w:val="3230"/>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14:paraId="52B72E2D" w14:textId="77777777" w:rsidR="003C5F91" w:rsidRDefault="00E33273">
            <w:pPr>
              <w:autoSpaceDE w:val="0"/>
              <w:autoSpaceDN w:val="0"/>
              <w:spacing w:before="76" w:after="0" w:line="230" w:lineRule="auto"/>
              <w:jc w:val="center"/>
            </w:pPr>
            <w:r>
              <w:rPr>
                <w:rFonts w:ascii="Times New Roman" w:eastAsia="Times New Roman" w:hAnsi="Times New Roman"/>
                <w:color w:val="000000"/>
                <w:w w:val="97"/>
                <w:sz w:val="16"/>
              </w:rPr>
              <w:t>1.1.</w:t>
            </w:r>
          </w:p>
        </w:tc>
        <w:tc>
          <w:tcPr>
            <w:tcW w:w="4502" w:type="dxa"/>
            <w:tcBorders>
              <w:top w:val="single" w:sz="5" w:space="0" w:color="000000"/>
              <w:left w:val="single" w:sz="4" w:space="0" w:color="000000"/>
              <w:bottom w:val="single" w:sz="4" w:space="0" w:color="000000"/>
              <w:right w:val="single" w:sz="4" w:space="0" w:color="000000"/>
            </w:tcBorders>
            <w:tcMar>
              <w:left w:w="0" w:type="dxa"/>
              <w:right w:w="0" w:type="dxa"/>
            </w:tcMar>
          </w:tcPr>
          <w:p w14:paraId="5873589A" w14:textId="77777777" w:rsidR="003C5F91" w:rsidRPr="00452651" w:rsidRDefault="00E33273">
            <w:pPr>
              <w:autoSpaceDE w:val="0"/>
              <w:autoSpaceDN w:val="0"/>
              <w:spacing w:before="76" w:after="0" w:line="230" w:lineRule="auto"/>
              <w:ind w:left="72"/>
              <w:rPr>
                <w:lang w:val="ru-RU"/>
              </w:rPr>
            </w:pPr>
            <w:r w:rsidRPr="00452651">
              <w:rPr>
                <w:rFonts w:ascii="Times New Roman" w:eastAsia="Times New Roman" w:hAnsi="Times New Roman"/>
                <w:b/>
                <w:color w:val="000000"/>
                <w:w w:val="97"/>
                <w:sz w:val="16"/>
                <w:lang w:val="ru-RU"/>
              </w:rPr>
              <w:t>Мифы народов России и мира</w:t>
            </w:r>
          </w:p>
        </w:tc>
        <w:tc>
          <w:tcPr>
            <w:tcW w:w="530" w:type="dxa"/>
            <w:tcBorders>
              <w:top w:val="single" w:sz="5" w:space="0" w:color="000000"/>
              <w:left w:val="single" w:sz="4" w:space="0" w:color="000000"/>
              <w:bottom w:val="single" w:sz="4" w:space="0" w:color="000000"/>
              <w:right w:val="single" w:sz="4" w:space="0" w:color="000000"/>
            </w:tcBorders>
            <w:tcMar>
              <w:left w:w="0" w:type="dxa"/>
              <w:right w:w="0" w:type="dxa"/>
            </w:tcMar>
          </w:tcPr>
          <w:p w14:paraId="5C1AE722"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0F21DF5E"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14:paraId="2182CEB9"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1</w:t>
            </w:r>
          </w:p>
        </w:tc>
        <w:tc>
          <w:tcPr>
            <w:tcW w:w="866" w:type="dxa"/>
            <w:tcBorders>
              <w:top w:val="single" w:sz="5" w:space="0" w:color="000000"/>
              <w:left w:val="single" w:sz="4" w:space="0" w:color="000000"/>
              <w:bottom w:val="single" w:sz="4" w:space="0" w:color="000000"/>
              <w:right w:val="single" w:sz="5" w:space="0" w:color="000000"/>
            </w:tcBorders>
            <w:tcMar>
              <w:left w:w="0" w:type="dxa"/>
              <w:right w:w="0" w:type="dxa"/>
            </w:tcMar>
          </w:tcPr>
          <w:p w14:paraId="3241642D"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05.09.2022 10.09.2022</w:t>
            </w:r>
          </w:p>
        </w:tc>
        <w:tc>
          <w:tcPr>
            <w:tcW w:w="3914" w:type="dxa"/>
            <w:tcBorders>
              <w:top w:val="single" w:sz="5" w:space="0" w:color="000000"/>
              <w:left w:val="single" w:sz="5" w:space="0" w:color="000000"/>
              <w:bottom w:val="single" w:sz="4" w:space="0" w:color="000000"/>
              <w:right w:val="single" w:sz="4" w:space="0" w:color="000000"/>
            </w:tcBorders>
            <w:tcMar>
              <w:left w:w="0" w:type="dxa"/>
              <w:right w:w="0" w:type="dxa"/>
            </w:tcMar>
          </w:tcPr>
          <w:p w14:paraId="11ACEB71" w14:textId="77777777" w:rsidR="003C5F91" w:rsidRPr="00452651" w:rsidRDefault="00E33273">
            <w:pPr>
              <w:autoSpaceDE w:val="0"/>
              <w:autoSpaceDN w:val="0"/>
              <w:spacing w:before="76" w:after="0" w:line="254" w:lineRule="auto"/>
              <w:ind w:left="68" w:right="144"/>
              <w:rPr>
                <w:lang w:val="ru-RU"/>
              </w:rPr>
            </w:pPr>
            <w:r w:rsidRPr="00452651">
              <w:rPr>
                <w:rFonts w:ascii="Times New Roman" w:eastAsia="Times New Roman" w:hAnsi="Times New Roman"/>
                <w:color w:val="000000"/>
                <w:w w:val="97"/>
                <w:sz w:val="16"/>
                <w:lang w:val="ru-RU"/>
              </w:rPr>
              <w:t xml:space="preserve">Выразительно читать мифы и другие эпические </w:t>
            </w:r>
            <w:r w:rsidRPr="00452651">
              <w:rPr>
                <w:lang w:val="ru-RU"/>
              </w:rPr>
              <w:br/>
            </w:r>
            <w:r w:rsidRPr="00452651">
              <w:rPr>
                <w:rFonts w:ascii="Times New Roman" w:eastAsia="Times New Roman" w:hAnsi="Times New Roman"/>
                <w:color w:val="000000"/>
                <w:w w:val="97"/>
                <w:sz w:val="16"/>
                <w:lang w:val="ru-RU"/>
              </w:rPr>
              <w:t xml:space="preserve">произведения, отвечать на вопросы, пересказывать.; Анализировать сюжет, жанровые, композиционные и художественные особенности.; </w:t>
            </w:r>
            <w:r w:rsidRPr="00452651">
              <w:rPr>
                <w:lang w:val="ru-RU"/>
              </w:rPr>
              <w:br/>
            </w:r>
            <w:r w:rsidRPr="00452651">
              <w:rPr>
                <w:rFonts w:ascii="Times New Roman" w:eastAsia="Times New Roman" w:hAnsi="Times New Roman"/>
                <w:color w:val="000000"/>
                <w:w w:val="97"/>
                <w:sz w:val="16"/>
                <w:lang w:val="ru-RU"/>
              </w:rPr>
              <w:t xml:space="preserve">Определять и формулировать тему и основную мысль прочитанных мифов.; </w:t>
            </w:r>
            <w:r w:rsidRPr="00452651">
              <w:rPr>
                <w:lang w:val="ru-RU"/>
              </w:rPr>
              <w:br/>
            </w:r>
            <w:r w:rsidRPr="00452651">
              <w:rPr>
                <w:rFonts w:ascii="Times New Roman" w:eastAsia="Times New Roman" w:hAnsi="Times New Roman"/>
                <w:color w:val="000000"/>
                <w:w w:val="97"/>
                <w:sz w:val="16"/>
                <w:lang w:val="ru-RU"/>
              </w:rPr>
              <w:t xml:space="preserve">Сопоставлять мифы разных народов, сравнивать их с эпическими произведениями.;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сравнивать их </w:t>
            </w:r>
            <w:r w:rsidRPr="00452651">
              <w:rPr>
                <w:lang w:val="ru-RU"/>
              </w:rPr>
              <w:br/>
            </w:r>
            <w:r w:rsidRPr="00452651">
              <w:rPr>
                <w:rFonts w:ascii="Times New Roman" w:eastAsia="Times New Roman" w:hAnsi="Times New Roman"/>
                <w:color w:val="000000"/>
                <w:w w:val="97"/>
                <w:sz w:val="16"/>
                <w:lang w:val="ru-RU"/>
              </w:rPr>
              <w:t xml:space="preserve">поступки.; </w:t>
            </w:r>
            <w:r w:rsidRPr="00452651">
              <w:rPr>
                <w:lang w:val="ru-RU"/>
              </w:rPr>
              <w:br/>
            </w:r>
            <w:r w:rsidRPr="00452651">
              <w:rPr>
                <w:rFonts w:ascii="Times New Roman" w:eastAsia="Times New Roman" w:hAnsi="Times New Roman"/>
                <w:color w:val="000000"/>
                <w:w w:val="97"/>
                <w:sz w:val="16"/>
                <w:lang w:val="ru-RU"/>
              </w:rPr>
              <w:t xml:space="preserve">Высказывать своё отношение к событиям и эпическим героям.; </w:t>
            </w:r>
            <w:r w:rsidRPr="00452651">
              <w:rPr>
                <w:lang w:val="ru-RU"/>
              </w:rPr>
              <w:br/>
            </w:r>
            <w:r w:rsidRPr="00452651">
              <w:rPr>
                <w:rFonts w:ascii="Times New Roman" w:eastAsia="Times New Roman" w:hAnsi="Times New Roman"/>
                <w:color w:val="000000"/>
                <w:w w:val="97"/>
                <w:sz w:val="16"/>
                <w:lang w:val="ru-RU"/>
              </w:rPr>
              <w:t xml:space="preserve">Участвовать в разработке учебных проектов.; </w:t>
            </w:r>
            <w:r w:rsidRPr="00452651">
              <w:rPr>
                <w:lang w:val="ru-RU"/>
              </w:rPr>
              <w:br/>
            </w:r>
            <w:r w:rsidRPr="00452651">
              <w:rPr>
                <w:rFonts w:ascii="Times New Roman" w:eastAsia="Times New Roman" w:hAnsi="Times New Roman"/>
                <w:color w:val="000000"/>
                <w:w w:val="97"/>
                <w:sz w:val="16"/>
                <w:lang w:val="ru-RU"/>
              </w:rPr>
              <w:t xml:space="preserve">Пользоваться библиотечным каталогом для поиска книги.; </w:t>
            </w:r>
            <w:r w:rsidRPr="00452651">
              <w:rPr>
                <w:lang w:val="ru-RU"/>
              </w:rPr>
              <w:br/>
            </w:r>
            <w:r w:rsidRPr="00452651">
              <w:rPr>
                <w:rFonts w:ascii="Times New Roman" w:eastAsia="Times New Roman" w:hAnsi="Times New Roman"/>
                <w:color w:val="000000"/>
                <w:w w:val="97"/>
                <w:sz w:val="16"/>
                <w:lang w:val="ru-RU"/>
              </w:rPr>
              <w:t>Писать сочинение о любимом эпическом герое.;</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14:paraId="31D10067" w14:textId="77777777" w:rsidR="003C5F91" w:rsidRDefault="00E33273">
            <w:pPr>
              <w:autoSpaceDE w:val="0"/>
              <w:autoSpaceDN w:val="0"/>
              <w:spacing w:before="76"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5" w:space="0" w:color="000000"/>
              <w:left w:val="single" w:sz="4" w:space="0" w:color="000000"/>
              <w:bottom w:val="single" w:sz="4" w:space="0" w:color="000000"/>
              <w:right w:val="single" w:sz="4" w:space="0" w:color="000000"/>
            </w:tcBorders>
            <w:tcMar>
              <w:left w:w="0" w:type="dxa"/>
              <w:right w:w="0" w:type="dxa"/>
            </w:tcMar>
          </w:tcPr>
          <w:p w14:paraId="3A094BA8"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/lesson/7366/</w:t>
            </w:r>
          </w:p>
        </w:tc>
      </w:tr>
      <w:tr w:rsidR="003C5F91" w14:paraId="03659C1E" w14:textId="77777777">
        <w:trPr>
          <w:trHeight w:hRule="exact" w:val="350"/>
        </w:trPr>
        <w:tc>
          <w:tcPr>
            <w:tcW w:w="4898"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14:paraId="7D40083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5" w:space="0" w:color="000000"/>
              <w:right w:val="single" w:sz="4" w:space="0" w:color="000000"/>
            </w:tcBorders>
            <w:tcMar>
              <w:left w:w="0" w:type="dxa"/>
              <w:right w:w="0" w:type="dxa"/>
            </w:tcMar>
          </w:tcPr>
          <w:p w14:paraId="1C87406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4</w:t>
            </w:r>
          </w:p>
        </w:tc>
        <w:tc>
          <w:tcPr>
            <w:tcW w:w="10074"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14:paraId="0BBD9764" w14:textId="77777777" w:rsidR="003C5F91" w:rsidRDefault="003C5F91"/>
        </w:tc>
      </w:tr>
      <w:tr w:rsidR="003C5F91" w14:paraId="0F442B5D" w14:textId="77777777">
        <w:trPr>
          <w:trHeight w:hRule="exact" w:val="348"/>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14:paraId="6C22D4A2" w14:textId="77777777" w:rsidR="003C5F91" w:rsidRDefault="00E33273">
            <w:pPr>
              <w:autoSpaceDE w:val="0"/>
              <w:autoSpaceDN w:val="0"/>
              <w:spacing w:before="74" w:after="0" w:line="230" w:lineRule="auto"/>
              <w:ind w:left="72"/>
            </w:pPr>
            <w:r>
              <w:rPr>
                <w:rFonts w:ascii="Times New Roman" w:eastAsia="Times New Roman" w:hAnsi="Times New Roman"/>
                <w:color w:val="000000"/>
                <w:w w:val="97"/>
                <w:sz w:val="16"/>
              </w:rPr>
              <w:t>Раздел 2.</w:t>
            </w:r>
            <w:r>
              <w:rPr>
                <w:rFonts w:ascii="Times New Roman" w:eastAsia="Times New Roman" w:hAnsi="Times New Roman"/>
                <w:b/>
                <w:color w:val="000000"/>
                <w:w w:val="97"/>
                <w:sz w:val="16"/>
              </w:rPr>
              <w:t xml:space="preserve"> Фольклор</w:t>
            </w:r>
          </w:p>
        </w:tc>
      </w:tr>
      <w:tr w:rsidR="003C5F91" w14:paraId="2DA595BE" w14:textId="77777777">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404076"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2.1.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F5D91D"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b/>
                <w:color w:val="000000"/>
                <w:w w:val="97"/>
                <w:sz w:val="16"/>
                <w:lang w:val="ru-RU"/>
              </w:rPr>
              <w:t>Малые жанры: пословицы, поговорки, загадки</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E971D1B"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445A0B"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73F2B8B"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6D763B46"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12.09.2022 17.09.2022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6BCCED14" w14:textId="77777777" w:rsidR="003C5F91" w:rsidRPr="00452651" w:rsidRDefault="00E33273">
            <w:pPr>
              <w:autoSpaceDE w:val="0"/>
              <w:autoSpaceDN w:val="0"/>
              <w:spacing w:before="76" w:after="0" w:line="252" w:lineRule="auto"/>
              <w:ind w:left="68" w:right="432"/>
              <w:rPr>
                <w:lang w:val="ru-RU"/>
              </w:rPr>
            </w:pPr>
            <w:r w:rsidRPr="00452651">
              <w:rPr>
                <w:rFonts w:ascii="Times New Roman" w:eastAsia="Times New Roman" w:hAnsi="Times New Roman"/>
                <w:color w:val="000000"/>
                <w:w w:val="97"/>
                <w:sz w:val="16"/>
                <w:lang w:val="ru-RU"/>
              </w:rPr>
              <w:t xml:space="preserve">Выразительно читать фольклорные произведения малых жанров, отвечать на вопросы.; </w:t>
            </w:r>
            <w:r w:rsidRPr="00452651">
              <w:rPr>
                <w:lang w:val="ru-RU"/>
              </w:rPr>
              <w:br/>
            </w:r>
            <w:r w:rsidRPr="00452651">
              <w:rPr>
                <w:rFonts w:ascii="Times New Roman" w:eastAsia="Times New Roman" w:hAnsi="Times New Roman"/>
                <w:color w:val="000000"/>
                <w:w w:val="97"/>
                <w:sz w:val="16"/>
                <w:lang w:val="ru-RU"/>
              </w:rPr>
              <w:t xml:space="preserve">Отличать пословицы от поговорок.; </w:t>
            </w:r>
            <w:r w:rsidRPr="00452651">
              <w:rPr>
                <w:lang w:val="ru-RU"/>
              </w:rPr>
              <w:br/>
            </w:r>
            <w:r w:rsidRPr="00452651">
              <w:rPr>
                <w:rFonts w:ascii="Times New Roman" w:eastAsia="Times New Roman" w:hAnsi="Times New Roman"/>
                <w:color w:val="000000"/>
                <w:w w:val="97"/>
                <w:sz w:val="16"/>
                <w:lang w:val="ru-RU"/>
              </w:rPr>
              <w:t>Сопоставлять русские пословицы и поговорки с пословицами и поговорками других народов.; Уметь сочинять и разгадывать загадки.;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FB013D3"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F54D5D"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/lesson/7370/</w:t>
            </w:r>
          </w:p>
        </w:tc>
      </w:tr>
      <w:tr w:rsidR="003C5F91" w14:paraId="117F25AD" w14:textId="77777777">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46E7343"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2.2.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5C48B7FD"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Сказки народов России и народов мира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C75F44"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9EA54C"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C38162C"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6EB76D59"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19.09.2022 24.09.2022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DEAE798" w14:textId="77777777" w:rsidR="003C5F91" w:rsidRPr="00452651" w:rsidRDefault="00E33273">
            <w:pPr>
              <w:autoSpaceDE w:val="0"/>
              <w:autoSpaceDN w:val="0"/>
              <w:spacing w:before="78"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пересказывать (кратко, подробно, выборочно) сказки, отвечать на вопросы.; </w:t>
            </w:r>
            <w:r w:rsidRPr="00452651">
              <w:rPr>
                <w:lang w:val="ru-RU"/>
              </w:rPr>
              <w:br/>
            </w:r>
            <w:r w:rsidRPr="00452651">
              <w:rPr>
                <w:rFonts w:ascii="Times New Roman" w:eastAsia="Times New Roman" w:hAnsi="Times New Roman"/>
                <w:color w:val="000000"/>
                <w:w w:val="97"/>
                <w:sz w:val="16"/>
                <w:lang w:val="ru-RU"/>
              </w:rPr>
              <w:t xml:space="preserve">Определять виды сказок (волшебные, бытовые, о </w:t>
            </w:r>
            <w:r w:rsidRPr="00452651">
              <w:rPr>
                <w:lang w:val="ru-RU"/>
              </w:rPr>
              <w:br/>
            </w:r>
            <w:r w:rsidRPr="00452651">
              <w:rPr>
                <w:rFonts w:ascii="Times New Roman" w:eastAsia="Times New Roman" w:hAnsi="Times New Roman"/>
                <w:color w:val="000000"/>
                <w:w w:val="97"/>
                <w:sz w:val="16"/>
                <w:lang w:val="ru-RU"/>
              </w:rPr>
              <w:t xml:space="preserve">животных).; </w:t>
            </w:r>
            <w:r w:rsidRPr="00452651">
              <w:rPr>
                <w:lang w:val="ru-RU"/>
              </w:rPr>
              <w:br/>
            </w:r>
            <w:r w:rsidRPr="00452651">
              <w:rPr>
                <w:rFonts w:ascii="Times New Roman" w:eastAsia="Times New Roman" w:hAnsi="Times New Roman"/>
                <w:color w:val="000000"/>
                <w:w w:val="97"/>
                <w:sz w:val="16"/>
                <w:lang w:val="ru-RU"/>
              </w:rPr>
              <w:t xml:space="preserve">Определять и формулировать тему и основную мысль прочитанной сказки.; </w:t>
            </w:r>
            <w:r w:rsidRPr="00452651">
              <w:rPr>
                <w:lang w:val="ru-RU"/>
              </w:rPr>
              <w:br/>
            </w:r>
            <w:r w:rsidRPr="00452651">
              <w:rPr>
                <w:rFonts w:ascii="Times New Roman" w:eastAsia="Times New Roman" w:hAnsi="Times New Roman"/>
                <w:color w:val="000000"/>
                <w:w w:val="97"/>
                <w:sz w:val="16"/>
                <w:lang w:val="ru-RU"/>
              </w:rPr>
              <w:t xml:space="preserve">Характеризовать героев сказок, оценивать их </w:t>
            </w:r>
            <w:r w:rsidRPr="00452651">
              <w:rPr>
                <w:lang w:val="ru-RU"/>
              </w:rPr>
              <w:br/>
            </w:r>
            <w:r w:rsidRPr="00452651">
              <w:rPr>
                <w:rFonts w:ascii="Times New Roman" w:eastAsia="Times New Roman" w:hAnsi="Times New Roman"/>
                <w:color w:val="000000"/>
                <w:w w:val="97"/>
                <w:sz w:val="16"/>
                <w:lang w:val="ru-RU"/>
              </w:rPr>
              <w:t xml:space="preserve">поступки.; </w:t>
            </w:r>
            <w:r w:rsidRPr="00452651">
              <w:rPr>
                <w:lang w:val="ru-RU"/>
              </w:rPr>
              <w:br/>
            </w:r>
            <w:r w:rsidRPr="00452651">
              <w:rPr>
                <w:rFonts w:ascii="Times New Roman" w:eastAsia="Times New Roman" w:hAnsi="Times New Roman"/>
                <w:color w:val="000000"/>
                <w:w w:val="97"/>
                <w:sz w:val="16"/>
                <w:lang w:val="ru-RU"/>
              </w:rPr>
              <w:t xml:space="preserve">Определять особенности языка и композиции народных сказок разных народов (зачин, концовка, постоянные эпитеты, устойчивые выражения и др.).; </w:t>
            </w:r>
            <w:r w:rsidRPr="00452651">
              <w:rPr>
                <w:lang w:val="ru-RU"/>
              </w:rPr>
              <w:br/>
            </w:r>
            <w:r w:rsidRPr="00452651">
              <w:rPr>
                <w:rFonts w:ascii="Times New Roman" w:eastAsia="Times New Roman" w:hAnsi="Times New Roman"/>
                <w:color w:val="000000"/>
                <w:w w:val="97"/>
                <w:sz w:val="16"/>
                <w:lang w:val="ru-RU"/>
              </w:rPr>
              <w:t xml:space="preserve">Сочинять собственные сказки, употребляя сказочные устойчивые выражения.; </w:t>
            </w:r>
            <w:r w:rsidRPr="00452651">
              <w:rPr>
                <w:lang w:val="ru-RU"/>
              </w:rPr>
              <w:br/>
            </w:r>
            <w:r w:rsidRPr="00452651">
              <w:rPr>
                <w:rFonts w:ascii="Times New Roman" w:eastAsia="Times New Roman" w:hAnsi="Times New Roman"/>
                <w:color w:val="000000"/>
                <w:w w:val="97"/>
                <w:sz w:val="16"/>
                <w:lang w:val="ru-RU"/>
              </w:rPr>
              <w:t>Инсценировать любимую сказку.;</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C37A3B" w14:textId="77777777" w:rsidR="003C5F91" w:rsidRDefault="00E33273">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34CBE6"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/lesson/7371/</w:t>
            </w:r>
          </w:p>
        </w:tc>
      </w:tr>
      <w:tr w:rsidR="003C5F91" w14:paraId="1D84913B"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5D51FB5"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C2E55FE"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8</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8A5D90D" w14:textId="77777777" w:rsidR="003C5F91" w:rsidRDefault="003C5F91"/>
        </w:tc>
      </w:tr>
      <w:tr w:rsidR="003C5F91" w:rsidRPr="009C6A0C" w14:paraId="60B88AC5" w14:textId="7777777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1C43F2E"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color w:val="000000"/>
                <w:w w:val="97"/>
                <w:sz w:val="16"/>
                <w:lang w:val="ru-RU"/>
              </w:rPr>
              <w:t>Раздел 3.</w:t>
            </w:r>
            <w:r w:rsidRPr="00452651">
              <w:rPr>
                <w:rFonts w:ascii="Times New Roman" w:eastAsia="Times New Roman" w:hAnsi="Times New Roman"/>
                <w:b/>
                <w:color w:val="000000"/>
                <w:w w:val="97"/>
                <w:sz w:val="16"/>
                <w:lang w:val="ru-RU"/>
              </w:rPr>
              <w:t xml:space="preserve"> Литература первой половины </w:t>
            </w:r>
            <w:r>
              <w:rPr>
                <w:rFonts w:ascii="Times New Roman" w:eastAsia="Times New Roman" w:hAnsi="Times New Roman"/>
                <w:b/>
                <w:color w:val="000000"/>
                <w:w w:val="97"/>
                <w:sz w:val="16"/>
              </w:rPr>
              <w:t>XIX</w:t>
            </w:r>
            <w:r w:rsidRPr="00452651">
              <w:rPr>
                <w:rFonts w:ascii="Times New Roman" w:eastAsia="Times New Roman" w:hAnsi="Times New Roman"/>
                <w:b/>
                <w:color w:val="000000"/>
                <w:w w:val="97"/>
                <w:sz w:val="16"/>
                <w:lang w:val="ru-RU"/>
              </w:rPr>
              <w:t xml:space="preserve"> века</w:t>
            </w:r>
          </w:p>
        </w:tc>
      </w:tr>
    </w:tbl>
    <w:p w14:paraId="22B09737" w14:textId="77777777" w:rsidR="003C5F91" w:rsidRPr="00452651" w:rsidRDefault="003C5F91">
      <w:pPr>
        <w:autoSpaceDE w:val="0"/>
        <w:autoSpaceDN w:val="0"/>
        <w:spacing w:after="0" w:line="14" w:lineRule="exact"/>
        <w:rPr>
          <w:lang w:val="ru-RU"/>
        </w:rPr>
      </w:pPr>
    </w:p>
    <w:p w14:paraId="6BA5D5D2" w14:textId="77777777" w:rsidR="003C5F91" w:rsidRPr="00452651" w:rsidRDefault="003C5F91">
      <w:pPr>
        <w:rPr>
          <w:lang w:val="ru-RU"/>
        </w:rPr>
        <w:sectPr w:rsidR="003C5F91" w:rsidRPr="00452651">
          <w:pgSz w:w="16840" w:h="11900"/>
          <w:pgMar w:top="282" w:right="640" w:bottom="400" w:left="666" w:header="720" w:footer="720" w:gutter="0"/>
          <w:cols w:space="720" w:equalWidth="0">
            <w:col w:w="15534" w:space="0"/>
          </w:cols>
          <w:docGrid w:linePitch="360"/>
        </w:sectPr>
      </w:pPr>
    </w:p>
    <w:p w14:paraId="5408C602" w14:textId="77777777" w:rsidR="003C5F91" w:rsidRPr="00452651" w:rsidRDefault="003C5F91">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595BDA3D" w14:textId="77777777">
        <w:trPr>
          <w:trHeight w:hRule="exact" w:val="20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12A24"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3.1.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14DAAB1B" w14:textId="77777777" w:rsidR="003C5F91" w:rsidRPr="00452651" w:rsidRDefault="00E33273">
            <w:pPr>
              <w:autoSpaceDE w:val="0"/>
              <w:autoSpaceDN w:val="0"/>
              <w:spacing w:before="78" w:after="0" w:line="247" w:lineRule="auto"/>
              <w:ind w:left="72" w:right="144"/>
              <w:rPr>
                <w:lang w:val="ru-RU"/>
              </w:rPr>
            </w:pPr>
            <w:r w:rsidRPr="00452651">
              <w:rPr>
                <w:rFonts w:ascii="Times New Roman" w:eastAsia="Times New Roman" w:hAnsi="Times New Roman"/>
                <w:b/>
                <w:color w:val="000000"/>
                <w:w w:val="97"/>
                <w:sz w:val="16"/>
                <w:lang w:val="ru-RU"/>
              </w:rPr>
              <w:t xml:space="preserve">И. А. Крылов. Басни (три по выбору). «Волк на </w:t>
            </w:r>
            <w:proofErr w:type="spellStart"/>
            <w:r w:rsidRPr="00452651">
              <w:rPr>
                <w:rFonts w:ascii="Times New Roman" w:eastAsia="Times New Roman" w:hAnsi="Times New Roman"/>
                <w:b/>
                <w:color w:val="000000"/>
                <w:w w:val="97"/>
                <w:sz w:val="16"/>
                <w:lang w:val="ru-RU"/>
              </w:rPr>
              <w:t>псарне»,«Листы</w:t>
            </w:r>
            <w:proofErr w:type="spellEnd"/>
            <w:r w:rsidRPr="00452651">
              <w:rPr>
                <w:rFonts w:ascii="Times New Roman" w:eastAsia="Times New Roman" w:hAnsi="Times New Roman"/>
                <w:b/>
                <w:color w:val="000000"/>
                <w:w w:val="97"/>
                <w:sz w:val="16"/>
                <w:lang w:val="ru-RU"/>
              </w:rPr>
              <w:t xml:space="preserve"> и Корни», «Свинья под Дубом», «Квартет», «Осёл и Соловей», «Ворона и Лисица»</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3E2E062"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C6E492"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3B8E2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45C860B4"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26.09.2022 30.09.2022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3332B5A1" w14:textId="77777777" w:rsidR="003C5F91" w:rsidRPr="00452651" w:rsidRDefault="00E33273">
            <w:pPr>
              <w:autoSpaceDE w:val="0"/>
              <w:autoSpaceDN w:val="0"/>
              <w:spacing w:before="78" w:after="0" w:line="254" w:lineRule="auto"/>
              <w:ind w:left="68" w:right="144"/>
              <w:rPr>
                <w:lang w:val="ru-RU"/>
              </w:rPr>
            </w:pPr>
            <w:r w:rsidRPr="00452651">
              <w:rPr>
                <w:rFonts w:ascii="Times New Roman" w:eastAsia="Times New Roman" w:hAnsi="Times New Roman"/>
                <w:color w:val="000000"/>
                <w:w w:val="97"/>
                <w:sz w:val="16"/>
                <w:lang w:val="ru-RU"/>
              </w:rPr>
              <w:t xml:space="preserve">Выразительно читать басню, в том числе по ролям.; Определять и формулировать тему и основную мысль прочитанной басни.; </w:t>
            </w:r>
            <w:r w:rsidRPr="00452651">
              <w:rPr>
                <w:lang w:val="ru-RU"/>
              </w:rPr>
              <w:br/>
            </w:r>
            <w:r w:rsidRPr="00452651">
              <w:rPr>
                <w:rFonts w:ascii="Times New Roman" w:eastAsia="Times New Roman" w:hAnsi="Times New Roman"/>
                <w:color w:val="000000"/>
                <w:w w:val="97"/>
                <w:sz w:val="16"/>
                <w:lang w:val="ru-RU"/>
              </w:rPr>
              <w:t xml:space="preserve">Находить значение незнакомого слова в словаре.; Инсценировать басню.; </w:t>
            </w:r>
            <w:r w:rsidRPr="00452651">
              <w:rPr>
                <w:lang w:val="ru-RU"/>
              </w:rPr>
              <w:br/>
            </w:r>
            <w:r w:rsidRPr="00452651">
              <w:rPr>
                <w:rFonts w:ascii="Times New Roman" w:eastAsia="Times New Roman" w:hAnsi="Times New Roman"/>
                <w:color w:val="000000"/>
                <w:w w:val="97"/>
                <w:sz w:val="16"/>
                <w:lang w:val="ru-RU"/>
              </w:rPr>
              <w:t xml:space="preserve">Определять художественные особенности басенного жанра.; </w:t>
            </w:r>
            <w:r w:rsidRPr="00452651">
              <w:rPr>
                <w:lang w:val="ru-RU"/>
              </w:rPr>
              <w:br/>
            </w:r>
            <w:r w:rsidRPr="00452651">
              <w:rPr>
                <w:rFonts w:ascii="Times New Roman" w:eastAsia="Times New Roman" w:hAnsi="Times New Roman"/>
                <w:color w:val="000000"/>
                <w:w w:val="97"/>
                <w:sz w:val="16"/>
                <w:lang w:val="ru-RU"/>
              </w:rPr>
              <w:t xml:space="preserve">Иметь первоначальное представление об аллегории и морали.; </w:t>
            </w:r>
            <w:r w:rsidRPr="00452651">
              <w:rPr>
                <w:lang w:val="ru-RU"/>
              </w:rPr>
              <w:br/>
            </w:r>
            <w:r w:rsidRPr="00452651">
              <w:rPr>
                <w:rFonts w:ascii="Times New Roman" w:eastAsia="Times New Roman" w:hAnsi="Times New Roman"/>
                <w:color w:val="000000"/>
                <w:w w:val="97"/>
                <w:sz w:val="16"/>
                <w:lang w:val="ru-RU"/>
              </w:rPr>
              <w:t>Читать басню наизусть (по выбору обучающегося).;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EABF8"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C811B4"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/lesson/7392/</w:t>
            </w:r>
          </w:p>
        </w:tc>
      </w:tr>
      <w:tr w:rsidR="003C5F91" w14:paraId="3DFEC106" w14:textId="77777777">
        <w:trPr>
          <w:trHeight w:hRule="exact" w:val="38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D04AAD"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3.2.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58CD93A1" w14:textId="77777777" w:rsidR="003C5F91" w:rsidRDefault="00E33273">
            <w:pPr>
              <w:autoSpaceDE w:val="0"/>
              <w:autoSpaceDN w:val="0"/>
              <w:spacing w:before="76" w:after="0" w:line="250" w:lineRule="auto"/>
              <w:ind w:left="72" w:right="432"/>
            </w:pPr>
            <w:r w:rsidRPr="00452651">
              <w:rPr>
                <w:rFonts w:ascii="Times New Roman" w:eastAsia="Times New Roman" w:hAnsi="Times New Roman"/>
                <w:b/>
                <w:color w:val="000000"/>
                <w:w w:val="97"/>
                <w:sz w:val="16"/>
                <w:lang w:val="ru-RU"/>
              </w:rPr>
              <w:t xml:space="preserve">А. С. Пушкин. Стихотворения (не менее трёх). «Зимнее утро», «Зимний вечер», «Няне» и др. </w:t>
            </w:r>
            <w:r>
              <w:rPr>
                <w:rFonts w:ascii="Times New Roman" w:eastAsia="Times New Roman" w:hAnsi="Times New Roman"/>
                <w:b/>
                <w:color w:val="000000"/>
                <w:w w:val="97"/>
                <w:sz w:val="16"/>
              </w:rPr>
              <w:t>«</w:t>
            </w:r>
            <w:proofErr w:type="spellStart"/>
            <w:r>
              <w:rPr>
                <w:rFonts w:ascii="Times New Roman" w:eastAsia="Times New Roman" w:hAnsi="Times New Roman"/>
                <w:b/>
                <w:color w:val="000000"/>
                <w:w w:val="97"/>
                <w:sz w:val="16"/>
              </w:rPr>
              <w:t>Сказка</w:t>
            </w:r>
            <w:proofErr w:type="spellEnd"/>
            <w:r>
              <w:rPr>
                <w:rFonts w:ascii="Times New Roman" w:eastAsia="Times New Roman" w:hAnsi="Times New Roman"/>
                <w:b/>
                <w:color w:val="000000"/>
                <w:w w:val="97"/>
                <w:sz w:val="16"/>
              </w:rPr>
              <w:t xml:space="preserve"> о </w:t>
            </w:r>
            <w:proofErr w:type="spellStart"/>
            <w:r>
              <w:rPr>
                <w:rFonts w:ascii="Times New Roman" w:eastAsia="Times New Roman" w:hAnsi="Times New Roman"/>
                <w:b/>
                <w:color w:val="000000"/>
                <w:w w:val="97"/>
                <w:sz w:val="16"/>
              </w:rPr>
              <w:t>мёртвой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царевне</w:t>
            </w:r>
            <w:proofErr w:type="spellEnd"/>
            <w:r>
              <w:rPr>
                <w:rFonts w:ascii="Times New Roman" w:eastAsia="Times New Roman" w:hAnsi="Times New Roman"/>
                <w:b/>
                <w:color w:val="000000"/>
                <w:w w:val="97"/>
                <w:sz w:val="16"/>
              </w:rPr>
              <w:t xml:space="preserve"> и о семи богатырях»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1A57DF3"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DDB3C9"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6FE0F"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068D6FB4"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03.10.2022 07.10.2022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7B02EF3B"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стихотворения.; </w:t>
            </w:r>
            <w:r w:rsidRPr="00452651">
              <w:rPr>
                <w:lang w:val="ru-RU"/>
              </w:rPr>
              <w:br/>
            </w:r>
            <w:r w:rsidRPr="00452651">
              <w:rPr>
                <w:rFonts w:ascii="Times New Roman" w:eastAsia="Times New Roman" w:hAnsi="Times New Roman"/>
                <w:color w:val="000000"/>
                <w:w w:val="97"/>
                <w:sz w:val="16"/>
                <w:lang w:val="ru-RU"/>
              </w:rPr>
              <w:t xml:space="preserve">Отличать поэтический текст от прозаического, </w:t>
            </w:r>
            <w:r w:rsidRPr="00452651">
              <w:rPr>
                <w:lang w:val="ru-RU"/>
              </w:rPr>
              <w:br/>
            </w:r>
            <w:r w:rsidRPr="00452651">
              <w:rPr>
                <w:rFonts w:ascii="Times New Roman" w:eastAsia="Times New Roman" w:hAnsi="Times New Roman"/>
                <w:color w:val="000000"/>
                <w:w w:val="97"/>
                <w:sz w:val="16"/>
                <w:lang w:val="ru-RU"/>
              </w:rPr>
              <w:t xml:space="preserve">аргументировать свой ответ.; </w:t>
            </w:r>
            <w:r w:rsidRPr="00452651">
              <w:rPr>
                <w:lang w:val="ru-RU"/>
              </w:rPr>
              <w:br/>
            </w:r>
            <w:r w:rsidRPr="00452651">
              <w:rPr>
                <w:rFonts w:ascii="Times New Roman" w:eastAsia="Times New Roman" w:hAnsi="Times New Roman"/>
                <w:color w:val="000000"/>
                <w:w w:val="97"/>
                <w:sz w:val="16"/>
                <w:lang w:val="ru-RU"/>
              </w:rPr>
              <w:t xml:space="preserve">Определять тематическое единство подобранных </w:t>
            </w:r>
            <w:r w:rsidRPr="00452651">
              <w:rPr>
                <w:lang w:val="ru-RU"/>
              </w:rPr>
              <w:br/>
            </w:r>
            <w:r w:rsidRPr="00452651">
              <w:rPr>
                <w:rFonts w:ascii="Times New Roman" w:eastAsia="Times New Roman" w:hAnsi="Times New Roman"/>
                <w:color w:val="000000"/>
                <w:w w:val="97"/>
                <w:sz w:val="16"/>
                <w:lang w:val="ru-RU"/>
              </w:rPr>
              <w:t xml:space="preserve">произведений.; </w:t>
            </w:r>
            <w:r w:rsidRPr="00452651">
              <w:rPr>
                <w:lang w:val="ru-RU"/>
              </w:rPr>
              <w:br/>
            </w:r>
            <w:r w:rsidRPr="00452651">
              <w:rPr>
                <w:rFonts w:ascii="Times New Roman" w:eastAsia="Times New Roman" w:hAnsi="Times New Roman"/>
                <w:color w:val="000000"/>
                <w:w w:val="97"/>
                <w:sz w:val="16"/>
                <w:lang w:val="ru-RU"/>
              </w:rPr>
              <w:t xml:space="preserve">Выявлять средства художественной изобразительности в лирических произведениях (эпитет, метафору, </w:t>
            </w:r>
            <w:r w:rsidRPr="00452651">
              <w:rPr>
                <w:lang w:val="ru-RU"/>
              </w:rPr>
              <w:br/>
            </w:r>
            <w:r w:rsidRPr="00452651">
              <w:rPr>
                <w:rFonts w:ascii="Times New Roman" w:eastAsia="Times New Roman" w:hAnsi="Times New Roman"/>
                <w:color w:val="000000"/>
                <w:w w:val="97"/>
                <w:sz w:val="16"/>
                <w:lang w:val="ru-RU"/>
              </w:rPr>
              <w:t xml:space="preserve">олицетворение, сравнение).; </w:t>
            </w:r>
            <w:r w:rsidRPr="00452651">
              <w:rPr>
                <w:lang w:val="ru-RU"/>
              </w:rPr>
              <w:br/>
            </w:r>
            <w:r w:rsidRPr="00452651">
              <w:rPr>
                <w:rFonts w:ascii="Times New Roman" w:eastAsia="Times New Roman" w:hAnsi="Times New Roman"/>
                <w:color w:val="000000"/>
                <w:w w:val="97"/>
                <w:sz w:val="16"/>
                <w:lang w:val="ru-RU"/>
              </w:rPr>
              <w:t xml:space="preserve">Выполнять письменные работы по первоначальному анализу стихотворения.; </w:t>
            </w:r>
            <w:r w:rsidRPr="00452651">
              <w:rPr>
                <w:lang w:val="ru-RU"/>
              </w:rPr>
              <w:br/>
            </w:r>
            <w:r w:rsidRPr="00452651">
              <w:rPr>
                <w:rFonts w:ascii="Times New Roman" w:eastAsia="Times New Roman" w:hAnsi="Times New Roman"/>
                <w:color w:val="000000"/>
                <w:w w:val="97"/>
                <w:sz w:val="16"/>
                <w:lang w:val="ru-RU"/>
              </w:rPr>
              <w:t xml:space="preserve">Заучивать стихотворения наизусть.; </w:t>
            </w:r>
            <w:r w:rsidRPr="00452651">
              <w:rPr>
                <w:lang w:val="ru-RU"/>
              </w:rPr>
              <w:br/>
            </w:r>
            <w:r w:rsidRPr="00452651">
              <w:rPr>
                <w:rFonts w:ascii="Times New Roman" w:eastAsia="Times New Roman" w:hAnsi="Times New Roman"/>
                <w:color w:val="000000"/>
                <w:w w:val="97"/>
                <w:sz w:val="16"/>
                <w:lang w:val="ru-RU"/>
              </w:rPr>
              <w:t xml:space="preserve">Выразительно читать сказку, отвечать на вопросы по содержанию.; </w:t>
            </w:r>
            <w:r w:rsidRPr="00452651">
              <w:rPr>
                <w:lang w:val="ru-RU"/>
              </w:rPr>
              <w:br/>
            </w:r>
            <w:r w:rsidRPr="00452651">
              <w:rPr>
                <w:rFonts w:ascii="Times New Roman" w:eastAsia="Times New Roman" w:hAnsi="Times New Roman"/>
                <w:color w:val="000000"/>
                <w:w w:val="97"/>
                <w:sz w:val="16"/>
                <w:lang w:val="ru-RU"/>
              </w:rPr>
              <w:t>Определять идейно-тематическое содержание сказки А.</w:t>
            </w:r>
          </w:p>
          <w:p w14:paraId="3AA09608" w14:textId="77777777" w:rsidR="003C5F91" w:rsidRPr="00452651" w:rsidRDefault="00E33273">
            <w:pPr>
              <w:autoSpaceDE w:val="0"/>
              <w:autoSpaceDN w:val="0"/>
              <w:spacing w:before="20" w:after="0" w:line="252" w:lineRule="auto"/>
              <w:ind w:left="68"/>
              <w:rPr>
                <w:lang w:val="ru-RU"/>
              </w:rPr>
            </w:pPr>
            <w:r w:rsidRPr="00452651">
              <w:rPr>
                <w:rFonts w:ascii="Times New Roman" w:eastAsia="Times New Roman" w:hAnsi="Times New Roman"/>
                <w:color w:val="000000"/>
                <w:w w:val="97"/>
                <w:sz w:val="16"/>
                <w:lang w:val="ru-RU"/>
              </w:rPr>
              <w:t xml:space="preserve">С. Пушкина.; </w:t>
            </w:r>
            <w:r w:rsidRPr="00452651">
              <w:rPr>
                <w:lang w:val="ru-RU"/>
              </w:rPr>
              <w:br/>
            </w:r>
            <w:r w:rsidRPr="00452651">
              <w:rPr>
                <w:rFonts w:ascii="Times New Roman" w:eastAsia="Times New Roman" w:hAnsi="Times New Roman"/>
                <w:color w:val="000000"/>
                <w:w w:val="97"/>
                <w:sz w:val="16"/>
                <w:lang w:val="ru-RU"/>
              </w:rPr>
              <w:t xml:space="preserve">Выявлять своеобразие авторской сказки и её отличие от народной.; </w:t>
            </w:r>
            <w:r w:rsidRPr="00452651">
              <w:rPr>
                <w:lang w:val="ru-RU"/>
              </w:rPr>
              <w:br/>
            </w:r>
            <w:r w:rsidRPr="00452651">
              <w:rPr>
                <w:rFonts w:ascii="Times New Roman" w:eastAsia="Times New Roman" w:hAnsi="Times New Roman"/>
                <w:color w:val="000000"/>
                <w:w w:val="97"/>
                <w:sz w:val="16"/>
                <w:lang w:val="ru-RU"/>
              </w:rPr>
              <w:t>Выделять ключевые эпизоды в тексте произведения.; Сопоставлять сказку с другими видами искусства.;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A88474"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E1DED"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/lesson/7390/</w:t>
            </w:r>
          </w:p>
        </w:tc>
      </w:tr>
      <w:tr w:rsidR="003C5F91" w14:paraId="3D77932A" w14:textId="77777777">
        <w:trPr>
          <w:trHeight w:hRule="exact" w:val="24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3FD84C"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3.3.</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3959C2A3"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b/>
                <w:color w:val="000000"/>
                <w:w w:val="97"/>
                <w:sz w:val="16"/>
                <w:lang w:val="ru-RU"/>
              </w:rPr>
              <w:t>М. Ю. Лермонтов. Стихотворение «Бородино»</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38CB7C3"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7297CC"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362C6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4C5317BB"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10.10.2022 15.10.2022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2AC23B60"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стихотворение.; </w:t>
            </w:r>
            <w:r w:rsidRPr="00452651">
              <w:rPr>
                <w:lang w:val="ru-RU"/>
              </w:rPr>
              <w:br/>
            </w:r>
            <w:r w:rsidRPr="00452651">
              <w:rPr>
                <w:rFonts w:ascii="Times New Roman" w:eastAsia="Times New Roman" w:hAnsi="Times New Roman"/>
                <w:color w:val="000000"/>
                <w:w w:val="97"/>
                <w:sz w:val="16"/>
                <w:lang w:val="ru-RU"/>
              </w:rPr>
              <w:t xml:space="preserve">Отвечать на вопросы по прочитанному тексту, задавать вопросы с целью понимания содержания </w:t>
            </w:r>
            <w:r w:rsidRPr="00452651">
              <w:rPr>
                <w:lang w:val="ru-RU"/>
              </w:rPr>
              <w:br/>
            </w:r>
            <w:r w:rsidRPr="00452651">
              <w:rPr>
                <w:rFonts w:ascii="Times New Roman" w:eastAsia="Times New Roman" w:hAnsi="Times New Roman"/>
                <w:color w:val="000000"/>
                <w:w w:val="97"/>
                <w:sz w:val="16"/>
                <w:lang w:val="ru-RU"/>
              </w:rPr>
              <w:t xml:space="preserve">стихотворения.; </w:t>
            </w:r>
            <w:r w:rsidRPr="00452651">
              <w:rPr>
                <w:lang w:val="ru-RU"/>
              </w:rPr>
              <w:br/>
            </w:r>
            <w:r w:rsidRPr="00452651">
              <w:rPr>
                <w:rFonts w:ascii="Times New Roman" w:eastAsia="Times New Roman" w:hAnsi="Times New Roman"/>
                <w:color w:val="000000"/>
                <w:w w:val="97"/>
                <w:sz w:val="16"/>
                <w:lang w:val="ru-RU"/>
              </w:rPr>
              <w:t>Определять его историческую основу, идейно-</w:t>
            </w:r>
            <w:r w:rsidRPr="00452651">
              <w:rPr>
                <w:lang w:val="ru-RU"/>
              </w:rPr>
              <w:br/>
            </w:r>
            <w:r w:rsidRPr="00452651">
              <w:rPr>
                <w:rFonts w:ascii="Times New Roman" w:eastAsia="Times New Roman" w:hAnsi="Times New Roman"/>
                <w:color w:val="000000"/>
                <w:w w:val="97"/>
                <w:sz w:val="16"/>
                <w:lang w:val="ru-RU"/>
              </w:rPr>
              <w:t xml:space="preserve">тематическое содержание.; </w:t>
            </w:r>
            <w:r w:rsidRPr="00452651">
              <w:rPr>
                <w:lang w:val="ru-RU"/>
              </w:rPr>
              <w:br/>
            </w:r>
            <w:r w:rsidRPr="00452651">
              <w:rPr>
                <w:rFonts w:ascii="Times New Roman" w:eastAsia="Times New Roman" w:hAnsi="Times New Roman"/>
                <w:color w:val="000000"/>
                <w:w w:val="97"/>
                <w:sz w:val="16"/>
                <w:lang w:val="ru-RU"/>
              </w:rPr>
              <w:t xml:space="preserve">Определять позицию автора.; </w:t>
            </w:r>
            <w:r w:rsidRPr="00452651">
              <w:rPr>
                <w:lang w:val="ru-RU"/>
              </w:rPr>
              <w:br/>
            </w:r>
            <w:r w:rsidRPr="00452651">
              <w:rPr>
                <w:rFonts w:ascii="Times New Roman" w:eastAsia="Times New Roman" w:hAnsi="Times New Roman"/>
                <w:color w:val="000000"/>
                <w:w w:val="97"/>
                <w:sz w:val="16"/>
                <w:lang w:val="ru-RU"/>
              </w:rPr>
              <w:t xml:space="preserve">Выявлять жанровые признаки и средства </w:t>
            </w:r>
            <w:r w:rsidRPr="00452651">
              <w:rPr>
                <w:lang w:val="ru-RU"/>
              </w:rPr>
              <w:br/>
            </w:r>
            <w:r w:rsidRPr="00452651">
              <w:rPr>
                <w:rFonts w:ascii="Times New Roman" w:eastAsia="Times New Roman" w:hAnsi="Times New Roman"/>
                <w:color w:val="000000"/>
                <w:w w:val="97"/>
                <w:sz w:val="16"/>
                <w:lang w:val="ru-RU"/>
              </w:rPr>
              <w:t xml:space="preserve">художественной изобразительности в произведении (эпитет, олицетворение, сравнение, метафора).; </w:t>
            </w:r>
            <w:r w:rsidRPr="00452651">
              <w:rPr>
                <w:lang w:val="ru-RU"/>
              </w:rPr>
              <w:br/>
            </w:r>
            <w:r w:rsidRPr="00452651">
              <w:rPr>
                <w:rFonts w:ascii="Times New Roman" w:eastAsia="Times New Roman" w:hAnsi="Times New Roman"/>
                <w:color w:val="000000"/>
                <w:w w:val="97"/>
                <w:sz w:val="16"/>
                <w:lang w:val="ru-RU"/>
              </w:rPr>
              <w:t xml:space="preserve">Заучивать стихотворение наизусть.; </w:t>
            </w:r>
            <w:r w:rsidRPr="00452651">
              <w:rPr>
                <w:lang w:val="ru-RU"/>
              </w:rPr>
              <w:br/>
            </w:r>
            <w:r w:rsidRPr="00452651">
              <w:rPr>
                <w:rFonts w:ascii="Times New Roman" w:eastAsia="Times New Roman" w:hAnsi="Times New Roman"/>
                <w:color w:val="000000"/>
                <w:w w:val="97"/>
                <w:sz w:val="16"/>
                <w:lang w:val="ru-RU"/>
              </w:rPr>
              <w:t>Писать мини-сочинение.;</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C8E90"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A62F75"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/lesson/7385/</w:t>
            </w:r>
          </w:p>
        </w:tc>
      </w:tr>
    </w:tbl>
    <w:p w14:paraId="2F558F3F" w14:textId="77777777" w:rsidR="003C5F91" w:rsidRDefault="003C5F91">
      <w:pPr>
        <w:autoSpaceDE w:val="0"/>
        <w:autoSpaceDN w:val="0"/>
        <w:spacing w:after="0" w:line="14" w:lineRule="exact"/>
      </w:pPr>
    </w:p>
    <w:p w14:paraId="00652754" w14:textId="77777777" w:rsidR="003C5F91" w:rsidRDefault="003C5F91">
      <w:pPr>
        <w:sectPr w:rsidR="003C5F91">
          <w:pgSz w:w="16840" w:h="11900"/>
          <w:pgMar w:top="284" w:right="640" w:bottom="1440" w:left="666" w:header="720" w:footer="720" w:gutter="0"/>
          <w:cols w:space="720" w:equalWidth="0">
            <w:col w:w="15534" w:space="0"/>
          </w:cols>
          <w:docGrid w:linePitch="360"/>
        </w:sectPr>
      </w:pPr>
    </w:p>
    <w:p w14:paraId="43A260E9" w14:textId="77777777" w:rsidR="003C5F91" w:rsidRDefault="003C5F91">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630C6FDD" w14:textId="77777777">
        <w:trPr>
          <w:trHeight w:hRule="exact" w:val="303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6CA89B"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3.4.</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8D21FE"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Н. В. Гоголь. Повесть «Ночь перед Рождеством»</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DE563"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35F82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EE83B"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14A01260"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17.10.2022 22.10.2022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5BEDB8ED" w14:textId="77777777" w:rsidR="003C5F91" w:rsidRPr="00452651" w:rsidRDefault="00E33273">
            <w:pPr>
              <w:autoSpaceDE w:val="0"/>
              <w:autoSpaceDN w:val="0"/>
              <w:spacing w:before="78" w:after="0" w:line="254" w:lineRule="auto"/>
              <w:ind w:left="68" w:right="144"/>
              <w:rPr>
                <w:lang w:val="ru-RU"/>
              </w:rPr>
            </w:pPr>
            <w:r w:rsidRPr="00452651">
              <w:rPr>
                <w:rFonts w:ascii="Times New Roman" w:eastAsia="Times New Roman" w:hAnsi="Times New Roman"/>
                <w:color w:val="000000"/>
                <w:w w:val="97"/>
                <w:sz w:val="16"/>
                <w:lang w:val="ru-RU"/>
              </w:rPr>
              <w:t xml:space="preserve">Читать выразительно прозаический текст, отвечать на вопросы.; </w:t>
            </w:r>
            <w:r w:rsidRPr="00452651">
              <w:rPr>
                <w:lang w:val="ru-RU"/>
              </w:rPr>
              <w:br/>
            </w:r>
            <w:r w:rsidRPr="00452651">
              <w:rPr>
                <w:rFonts w:ascii="Times New Roman" w:eastAsia="Times New Roman" w:hAnsi="Times New Roman"/>
                <w:color w:val="000000"/>
                <w:w w:val="97"/>
                <w:sz w:val="16"/>
                <w:lang w:val="ru-RU"/>
              </w:rPr>
              <w:t xml:space="preserve">Учиться самостоятельно формулировать вопросы.; Пересказывать (кратко, подробно, выборочно) текст повести. ; </w:t>
            </w:r>
            <w:r w:rsidRPr="00452651">
              <w:rPr>
                <w:lang w:val="ru-RU"/>
              </w:rPr>
              <w:br/>
            </w:r>
            <w:r w:rsidRPr="00452651">
              <w:rPr>
                <w:rFonts w:ascii="Times New Roman" w:eastAsia="Times New Roman" w:hAnsi="Times New Roman"/>
                <w:color w:val="000000"/>
                <w:w w:val="97"/>
                <w:sz w:val="16"/>
                <w:lang w:val="ru-RU"/>
              </w:rPr>
              <w:t xml:space="preserve">Выделять ключевые эпизоды в тексте произведения.; Составлять устный отзыв о прочитанном </w:t>
            </w:r>
            <w:r w:rsidRPr="00452651">
              <w:rPr>
                <w:lang w:val="ru-RU"/>
              </w:rPr>
              <w:br/>
            </w:r>
            <w:r w:rsidRPr="00452651">
              <w:rPr>
                <w:rFonts w:ascii="Times New Roman" w:eastAsia="Times New Roman" w:hAnsi="Times New Roman"/>
                <w:color w:val="000000"/>
                <w:w w:val="97"/>
                <w:sz w:val="16"/>
                <w:lang w:val="ru-RU"/>
              </w:rPr>
              <w:t xml:space="preserve">произведении.; </w:t>
            </w:r>
            <w:r w:rsidRPr="00452651">
              <w:rPr>
                <w:lang w:val="ru-RU"/>
              </w:rPr>
              <w:br/>
            </w:r>
            <w:r w:rsidRPr="00452651">
              <w:rPr>
                <w:rFonts w:ascii="Times New Roman" w:eastAsia="Times New Roman" w:hAnsi="Times New Roman"/>
                <w:color w:val="000000"/>
                <w:w w:val="97"/>
                <w:sz w:val="16"/>
                <w:lang w:val="ru-RU"/>
              </w:rPr>
              <w:t xml:space="preserve">Определять художественные средства, создающие фантастический настрой повести, а также картины народной жизни.; </w:t>
            </w:r>
            <w:r w:rsidRPr="00452651">
              <w:rPr>
                <w:lang w:val="ru-RU"/>
              </w:rPr>
              <w:br/>
            </w:r>
            <w:r w:rsidRPr="00452651">
              <w:rPr>
                <w:rFonts w:ascii="Times New Roman" w:eastAsia="Times New Roman" w:hAnsi="Times New Roman"/>
                <w:color w:val="000000"/>
                <w:w w:val="97"/>
                <w:sz w:val="16"/>
                <w:lang w:val="ru-RU"/>
              </w:rPr>
              <w:t xml:space="preserve">Определять близость повести к народным сказкам и легендам.; </w:t>
            </w:r>
            <w:r w:rsidRPr="00452651">
              <w:rPr>
                <w:lang w:val="ru-RU"/>
              </w:rPr>
              <w:br/>
            </w:r>
            <w:r w:rsidRPr="00452651">
              <w:rPr>
                <w:rFonts w:ascii="Times New Roman" w:eastAsia="Times New Roman" w:hAnsi="Times New Roman"/>
                <w:color w:val="000000"/>
                <w:w w:val="97"/>
                <w:sz w:val="16"/>
                <w:lang w:val="ru-RU"/>
              </w:rPr>
              <w:t>Пользоваться библиотечным каталогом для поиска книги.;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C43F3" w14:textId="77777777" w:rsidR="003C5F91" w:rsidRDefault="00E33273">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2791AD"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/lesson/7384/</w:t>
            </w:r>
          </w:p>
        </w:tc>
      </w:tr>
      <w:tr w:rsidR="003C5F91" w14:paraId="7C05694E"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F2C5F34"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4D39A4"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19</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1A903D8" w14:textId="77777777" w:rsidR="003C5F91" w:rsidRDefault="003C5F91"/>
        </w:tc>
      </w:tr>
      <w:tr w:rsidR="003C5F91" w:rsidRPr="009C6A0C" w14:paraId="51F56CC7"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76A5CEA4"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color w:val="000000"/>
                <w:w w:val="97"/>
                <w:sz w:val="16"/>
                <w:lang w:val="ru-RU"/>
              </w:rPr>
              <w:t>Раздел 4.</w:t>
            </w:r>
            <w:r w:rsidRPr="00452651">
              <w:rPr>
                <w:rFonts w:ascii="Times New Roman" w:eastAsia="Times New Roman" w:hAnsi="Times New Roman"/>
                <w:b/>
                <w:color w:val="000000"/>
                <w:w w:val="97"/>
                <w:sz w:val="16"/>
                <w:lang w:val="ru-RU"/>
              </w:rPr>
              <w:t xml:space="preserve"> Литература второй половины </w:t>
            </w:r>
            <w:r>
              <w:rPr>
                <w:rFonts w:ascii="Times New Roman" w:eastAsia="Times New Roman" w:hAnsi="Times New Roman"/>
                <w:b/>
                <w:color w:val="000000"/>
                <w:w w:val="97"/>
                <w:sz w:val="16"/>
              </w:rPr>
              <w:t>XIX</w:t>
            </w:r>
            <w:r w:rsidRPr="00452651">
              <w:rPr>
                <w:rFonts w:ascii="Times New Roman" w:eastAsia="Times New Roman" w:hAnsi="Times New Roman"/>
                <w:b/>
                <w:color w:val="000000"/>
                <w:w w:val="97"/>
                <w:sz w:val="16"/>
                <w:lang w:val="ru-RU"/>
              </w:rPr>
              <w:t xml:space="preserve"> века </w:t>
            </w:r>
          </w:p>
        </w:tc>
      </w:tr>
      <w:tr w:rsidR="003C5F91" w14:paraId="76BD0AAF" w14:textId="77777777">
        <w:trPr>
          <w:trHeight w:hRule="exact" w:val="19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AEA3B"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4.1.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DD8AE66"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И. С. Тургенев. Рассказ «Муму»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CA77E82"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D1A05"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CBEEA8"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598F8FC0"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01.11.2022 11.11.2022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738AA82A" w14:textId="77777777" w:rsidR="003C5F91" w:rsidRPr="00452651" w:rsidRDefault="00E33273">
            <w:pPr>
              <w:autoSpaceDE w:val="0"/>
              <w:autoSpaceDN w:val="0"/>
              <w:spacing w:before="78" w:after="0" w:line="254" w:lineRule="auto"/>
              <w:ind w:left="68" w:right="288"/>
              <w:rPr>
                <w:lang w:val="ru-RU"/>
              </w:rPr>
            </w:pPr>
            <w:r w:rsidRPr="00452651">
              <w:rPr>
                <w:rFonts w:ascii="Times New Roman" w:eastAsia="Times New Roman" w:hAnsi="Times New Roman"/>
                <w:color w:val="000000"/>
                <w:w w:val="97"/>
                <w:sz w:val="16"/>
                <w:lang w:val="ru-RU"/>
              </w:rPr>
              <w:t xml:space="preserve">Выразительно читать рассказ, отвечать на вопросы, пересказывать (подробно и сжато).; </w:t>
            </w:r>
            <w:r w:rsidRPr="00452651">
              <w:rPr>
                <w:lang w:val="ru-RU"/>
              </w:rPr>
              <w:br/>
            </w:r>
            <w:r w:rsidRPr="00452651">
              <w:rPr>
                <w:rFonts w:ascii="Times New Roman" w:eastAsia="Times New Roman" w:hAnsi="Times New Roman"/>
                <w:color w:val="000000"/>
                <w:w w:val="97"/>
                <w:sz w:val="16"/>
                <w:lang w:val="ru-RU"/>
              </w:rPr>
              <w:t xml:space="preserve">Выделять наиболее яркие эпизоды произведения.; Составлять простой план рассказа.; </w:t>
            </w:r>
            <w:r w:rsidRPr="00452651">
              <w:rPr>
                <w:lang w:val="ru-RU"/>
              </w:rPr>
              <w:br/>
            </w:r>
            <w:r w:rsidRPr="00452651">
              <w:rPr>
                <w:rFonts w:ascii="Times New Roman" w:eastAsia="Times New Roman" w:hAnsi="Times New Roman"/>
                <w:color w:val="000000"/>
                <w:w w:val="97"/>
                <w:sz w:val="16"/>
                <w:lang w:val="ru-RU"/>
              </w:rPr>
              <w:t xml:space="preserve">Определять тему, идею произведения.;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рассказа.; </w:t>
            </w:r>
            <w:r w:rsidRPr="00452651">
              <w:rPr>
                <w:lang w:val="ru-RU"/>
              </w:rPr>
              <w:br/>
            </w:r>
            <w:r w:rsidRPr="00452651">
              <w:rPr>
                <w:rFonts w:ascii="Times New Roman" w:eastAsia="Times New Roman" w:hAnsi="Times New Roman"/>
                <w:color w:val="000000"/>
                <w:w w:val="97"/>
                <w:sz w:val="16"/>
                <w:lang w:val="ru-RU"/>
              </w:rPr>
              <w:t xml:space="preserve">Составлять устный портрет Герасима.; </w:t>
            </w:r>
            <w:r w:rsidRPr="00452651">
              <w:rPr>
                <w:lang w:val="ru-RU"/>
              </w:rPr>
              <w:br/>
            </w:r>
            <w:r w:rsidRPr="00452651">
              <w:rPr>
                <w:rFonts w:ascii="Times New Roman" w:eastAsia="Times New Roman" w:hAnsi="Times New Roman"/>
                <w:color w:val="000000"/>
                <w:w w:val="97"/>
                <w:sz w:val="16"/>
                <w:lang w:val="ru-RU"/>
              </w:rPr>
              <w:t xml:space="preserve">Определять роль пейзажных описаний.; </w:t>
            </w:r>
            <w:r w:rsidRPr="00452651">
              <w:rPr>
                <w:lang w:val="ru-RU"/>
              </w:rPr>
              <w:br/>
            </w:r>
            <w:r w:rsidRPr="00452651">
              <w:rPr>
                <w:rFonts w:ascii="Times New Roman" w:eastAsia="Times New Roman" w:hAnsi="Times New Roman"/>
                <w:color w:val="000000"/>
                <w:w w:val="97"/>
                <w:sz w:val="16"/>
                <w:lang w:val="ru-RU"/>
              </w:rPr>
              <w:t>Писать сочинение по содержанию рассказа.;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9625748"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BB4118"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/lesson/7381/</w:t>
            </w:r>
          </w:p>
        </w:tc>
      </w:tr>
      <w:tr w:rsidR="003C5F91" w14:paraId="14B2E424" w14:textId="77777777">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4FDB07"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4.2.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B927456" w14:textId="77777777" w:rsidR="003C5F91" w:rsidRPr="00452651" w:rsidRDefault="00E33273">
            <w:pPr>
              <w:autoSpaceDE w:val="0"/>
              <w:autoSpaceDN w:val="0"/>
              <w:spacing w:before="76" w:after="0" w:line="250" w:lineRule="auto"/>
              <w:ind w:left="72" w:right="288"/>
              <w:rPr>
                <w:lang w:val="ru-RU"/>
              </w:rPr>
            </w:pPr>
            <w:r w:rsidRPr="00452651">
              <w:rPr>
                <w:rFonts w:ascii="Times New Roman" w:eastAsia="Times New Roman" w:hAnsi="Times New Roman"/>
                <w:b/>
                <w:color w:val="000000"/>
                <w:w w:val="97"/>
                <w:sz w:val="16"/>
                <w:lang w:val="ru-RU"/>
              </w:rPr>
              <w:t xml:space="preserve">Н. А. Некрасов. Стихотворения (не менее </w:t>
            </w:r>
            <w:r w:rsidRPr="00452651">
              <w:rPr>
                <w:lang w:val="ru-RU"/>
              </w:rPr>
              <w:br/>
            </w:r>
            <w:r w:rsidRPr="00452651">
              <w:rPr>
                <w:rFonts w:ascii="Times New Roman" w:eastAsia="Times New Roman" w:hAnsi="Times New Roman"/>
                <w:b/>
                <w:color w:val="000000"/>
                <w:w w:val="97"/>
                <w:sz w:val="16"/>
                <w:lang w:val="ru-RU"/>
              </w:rPr>
              <w:t>двух). «Крестьянские дети». «Школьник». Поэма «Мороз, Красный нос» (фрагмент)</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85C416"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C0465B"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57B3A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3094CA8B"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14.11.2022 19.11.2022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572B070B"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поэтический текст, в том числе по ролям.; </w:t>
            </w:r>
            <w:r w:rsidRPr="00452651">
              <w:rPr>
                <w:lang w:val="ru-RU"/>
              </w:rPr>
              <w:br/>
            </w:r>
            <w:r w:rsidRPr="00452651">
              <w:rPr>
                <w:rFonts w:ascii="Times New Roman" w:eastAsia="Times New Roman" w:hAnsi="Times New Roman"/>
                <w:color w:val="000000"/>
                <w:w w:val="97"/>
                <w:sz w:val="16"/>
                <w:lang w:val="ru-RU"/>
              </w:rPr>
              <w:t xml:space="preserve">Определять тематическое содержание стихотворения.; Характеризовать главных героев, лирического героя (автора).; </w:t>
            </w:r>
            <w:r w:rsidRPr="00452651">
              <w:rPr>
                <w:lang w:val="ru-RU"/>
              </w:rPr>
              <w:br/>
            </w:r>
            <w:r w:rsidRPr="00452651">
              <w:rPr>
                <w:rFonts w:ascii="Times New Roman" w:eastAsia="Times New Roman" w:hAnsi="Times New Roman"/>
                <w:color w:val="000000"/>
                <w:w w:val="97"/>
                <w:sz w:val="16"/>
                <w:lang w:val="ru-RU"/>
              </w:rPr>
              <w:t xml:space="preserve">Определять отношение автора к детям.; </w:t>
            </w:r>
            <w:r w:rsidRPr="00452651">
              <w:rPr>
                <w:lang w:val="ru-RU"/>
              </w:rPr>
              <w:br/>
            </w:r>
            <w:r w:rsidRPr="00452651">
              <w:rPr>
                <w:rFonts w:ascii="Times New Roman" w:eastAsia="Times New Roman" w:hAnsi="Times New Roman"/>
                <w:color w:val="000000"/>
                <w:w w:val="97"/>
                <w:sz w:val="16"/>
                <w:lang w:val="ru-RU"/>
              </w:rPr>
              <w:t>Выявлять средства художественной выразительности.; Заучивать стихотворение наизусть.;</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BA14F4"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293F5"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/lesson/7382/</w:t>
            </w:r>
          </w:p>
        </w:tc>
      </w:tr>
      <w:tr w:rsidR="003C5F91" w14:paraId="12CFE322" w14:textId="77777777">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E6ED28"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4.3.</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24D43A"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Л. Н. Толстой.</w:t>
            </w:r>
          </w:p>
          <w:p w14:paraId="12EE6D7F" w14:textId="77777777" w:rsidR="003C5F91" w:rsidRPr="00452651" w:rsidRDefault="00E33273">
            <w:pPr>
              <w:autoSpaceDE w:val="0"/>
              <w:autoSpaceDN w:val="0"/>
              <w:spacing w:before="20" w:after="0" w:line="230" w:lineRule="auto"/>
              <w:ind w:left="72"/>
              <w:rPr>
                <w:lang w:val="ru-RU"/>
              </w:rPr>
            </w:pPr>
            <w:r w:rsidRPr="00452651">
              <w:rPr>
                <w:rFonts w:ascii="Times New Roman" w:eastAsia="Times New Roman" w:hAnsi="Times New Roman"/>
                <w:b/>
                <w:color w:val="000000"/>
                <w:w w:val="97"/>
                <w:sz w:val="16"/>
                <w:lang w:val="ru-RU"/>
              </w:rPr>
              <w:t xml:space="preserve">Рассказ «Кавказский пленник»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EB4BF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0CF4B94"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9353B8"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2DFF835A"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21.11.2022 26.11.2022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3E5ECE71" w14:textId="77777777" w:rsidR="003C5F91" w:rsidRPr="00452651" w:rsidRDefault="00E33273">
            <w:pPr>
              <w:autoSpaceDE w:val="0"/>
              <w:autoSpaceDN w:val="0"/>
              <w:spacing w:before="78"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текст рассказа, отвечать на </w:t>
            </w:r>
            <w:r w:rsidRPr="00452651">
              <w:rPr>
                <w:lang w:val="ru-RU"/>
              </w:rPr>
              <w:br/>
            </w:r>
            <w:r w:rsidRPr="00452651">
              <w:rPr>
                <w:rFonts w:ascii="Times New Roman" w:eastAsia="Times New Roman" w:hAnsi="Times New Roman"/>
                <w:color w:val="000000"/>
                <w:w w:val="97"/>
                <w:sz w:val="16"/>
                <w:lang w:val="ru-RU"/>
              </w:rPr>
              <w:t xml:space="preserve">вопросы, пересказывать (подробно и сжато).; </w:t>
            </w:r>
            <w:r w:rsidRPr="00452651">
              <w:rPr>
                <w:lang w:val="ru-RU"/>
              </w:rPr>
              <w:br/>
            </w:r>
            <w:r w:rsidRPr="00452651">
              <w:rPr>
                <w:rFonts w:ascii="Times New Roman" w:eastAsia="Times New Roman" w:hAnsi="Times New Roman"/>
                <w:color w:val="000000"/>
                <w:w w:val="97"/>
                <w:sz w:val="16"/>
                <w:lang w:val="ru-RU"/>
              </w:rPr>
              <w:t xml:space="preserve">Выявлять основную мысль рассказа, определять его композиционные особенности.; </w:t>
            </w:r>
            <w:r w:rsidRPr="00452651">
              <w:rPr>
                <w:lang w:val="ru-RU"/>
              </w:rPr>
              <w:br/>
            </w:r>
            <w:r w:rsidRPr="00452651">
              <w:rPr>
                <w:rFonts w:ascii="Times New Roman" w:eastAsia="Times New Roman" w:hAnsi="Times New Roman"/>
                <w:color w:val="000000"/>
                <w:w w:val="97"/>
                <w:sz w:val="16"/>
                <w:lang w:val="ru-RU"/>
              </w:rPr>
              <w:t xml:space="preserve">Выделять ключевые эпизоды в тексте произведения. ; Составлять план сообщения о главных героях </w:t>
            </w:r>
            <w:r w:rsidRPr="00452651">
              <w:rPr>
                <w:lang w:val="ru-RU"/>
              </w:rPr>
              <w:br/>
            </w:r>
            <w:r w:rsidRPr="00452651">
              <w:rPr>
                <w:rFonts w:ascii="Times New Roman" w:eastAsia="Times New Roman" w:hAnsi="Times New Roman"/>
                <w:color w:val="000000"/>
                <w:w w:val="97"/>
                <w:sz w:val="16"/>
                <w:lang w:val="ru-RU"/>
              </w:rPr>
              <w:t xml:space="preserve">произведения.; </w:t>
            </w:r>
            <w:r w:rsidRPr="00452651">
              <w:rPr>
                <w:lang w:val="ru-RU"/>
              </w:rPr>
              <w:br/>
            </w:r>
            <w:r w:rsidRPr="00452651">
              <w:rPr>
                <w:rFonts w:ascii="Times New Roman" w:eastAsia="Times New Roman" w:hAnsi="Times New Roman"/>
                <w:color w:val="000000"/>
                <w:w w:val="97"/>
                <w:sz w:val="16"/>
                <w:lang w:val="ru-RU"/>
              </w:rPr>
              <w:t xml:space="preserve">Составлять сравнительную характеристику Жилина и </w:t>
            </w:r>
            <w:proofErr w:type="spellStart"/>
            <w:r w:rsidRPr="00452651">
              <w:rPr>
                <w:rFonts w:ascii="Times New Roman" w:eastAsia="Times New Roman" w:hAnsi="Times New Roman"/>
                <w:color w:val="000000"/>
                <w:w w:val="97"/>
                <w:sz w:val="16"/>
                <w:lang w:val="ru-RU"/>
              </w:rPr>
              <w:t>Костылина</w:t>
            </w:r>
            <w:proofErr w:type="spellEnd"/>
            <w:r w:rsidRPr="00452651">
              <w:rPr>
                <w:rFonts w:ascii="Times New Roman" w:eastAsia="Times New Roman" w:hAnsi="Times New Roman"/>
                <w:color w:val="000000"/>
                <w:w w:val="97"/>
                <w:sz w:val="16"/>
                <w:lang w:val="ru-RU"/>
              </w:rPr>
              <w:t xml:space="preserve">.; </w:t>
            </w:r>
            <w:r w:rsidRPr="00452651">
              <w:rPr>
                <w:lang w:val="ru-RU"/>
              </w:rPr>
              <w:br/>
            </w:r>
            <w:r w:rsidRPr="00452651">
              <w:rPr>
                <w:rFonts w:ascii="Times New Roman" w:eastAsia="Times New Roman" w:hAnsi="Times New Roman"/>
                <w:color w:val="000000"/>
                <w:w w:val="97"/>
                <w:sz w:val="16"/>
                <w:lang w:val="ru-RU"/>
              </w:rPr>
              <w:t xml:space="preserve">Характеризовать горцев, их обычаи и нравы.; </w:t>
            </w:r>
            <w:r w:rsidRPr="00452651">
              <w:rPr>
                <w:lang w:val="ru-RU"/>
              </w:rPr>
              <w:br/>
            </w:r>
            <w:r w:rsidRPr="00452651">
              <w:rPr>
                <w:rFonts w:ascii="Times New Roman" w:eastAsia="Times New Roman" w:hAnsi="Times New Roman"/>
                <w:color w:val="000000"/>
                <w:w w:val="97"/>
                <w:sz w:val="16"/>
                <w:lang w:val="ru-RU"/>
              </w:rPr>
              <w:t>Давать собственную интерпретацию и оценку рассказа.; Давать развёрнутый ответ на вопрос, связанный со знанием и пониманием литературного произведения.;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22881C"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C89D2"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/lesson/7378/</w:t>
            </w:r>
          </w:p>
        </w:tc>
      </w:tr>
      <w:tr w:rsidR="003C5F91" w14:paraId="4A1D9D8E" w14:textId="77777777">
        <w:trPr>
          <w:trHeight w:hRule="exact" w:val="32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C493869"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0602AA"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16</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1A10A86" w14:textId="77777777" w:rsidR="003C5F91" w:rsidRDefault="003C5F91"/>
        </w:tc>
      </w:tr>
    </w:tbl>
    <w:p w14:paraId="6D32398F" w14:textId="77777777" w:rsidR="003C5F91" w:rsidRDefault="003C5F91">
      <w:pPr>
        <w:autoSpaceDE w:val="0"/>
        <w:autoSpaceDN w:val="0"/>
        <w:spacing w:after="0" w:line="14" w:lineRule="exact"/>
      </w:pPr>
    </w:p>
    <w:p w14:paraId="3AD70F25" w14:textId="77777777" w:rsidR="003C5F91" w:rsidRDefault="003C5F91">
      <w:pPr>
        <w:sectPr w:rsidR="003C5F91">
          <w:pgSz w:w="16840" w:h="11900"/>
          <w:pgMar w:top="284" w:right="640" w:bottom="448" w:left="666" w:header="720" w:footer="720" w:gutter="0"/>
          <w:cols w:space="720" w:equalWidth="0">
            <w:col w:w="15534" w:space="0"/>
          </w:cols>
          <w:docGrid w:linePitch="360"/>
        </w:sectPr>
      </w:pPr>
    </w:p>
    <w:p w14:paraId="676CE35E" w14:textId="77777777" w:rsidR="003C5F91" w:rsidRDefault="003C5F91">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rsidRPr="009C6A0C" w14:paraId="6C64BD39"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75B80B0"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color w:val="000000"/>
                <w:w w:val="97"/>
                <w:sz w:val="16"/>
                <w:lang w:val="ru-RU"/>
              </w:rPr>
              <w:t xml:space="preserve">Раздел 5.Литература </w:t>
            </w:r>
            <w:r>
              <w:rPr>
                <w:rFonts w:ascii="Times New Roman" w:eastAsia="Times New Roman" w:hAnsi="Times New Roman"/>
                <w:color w:val="000000"/>
                <w:w w:val="97"/>
                <w:sz w:val="16"/>
              </w:rPr>
              <w:t>XIX</w:t>
            </w:r>
            <w:r w:rsidRPr="00452651">
              <w:rPr>
                <w:rFonts w:ascii="Times New Roman" w:eastAsia="Times New Roman" w:hAnsi="Times New Roman"/>
                <w:color w:val="000000"/>
                <w:w w:val="97"/>
                <w:sz w:val="16"/>
                <w:lang w:val="ru-RU"/>
              </w:rPr>
              <w:t>—ХХ веков</w:t>
            </w:r>
          </w:p>
        </w:tc>
      </w:tr>
      <w:tr w:rsidR="003C5F91" w14:paraId="468273E8" w14:textId="77777777">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BC1303"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5.1.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1D325C18" w14:textId="77777777" w:rsidR="003C5F91" w:rsidRPr="00452651" w:rsidRDefault="00E33273">
            <w:pPr>
              <w:autoSpaceDE w:val="0"/>
              <w:autoSpaceDN w:val="0"/>
              <w:spacing w:before="78" w:after="0" w:line="247" w:lineRule="auto"/>
              <w:ind w:left="72" w:right="432"/>
              <w:rPr>
                <w:lang w:val="ru-RU"/>
              </w:rPr>
            </w:pPr>
            <w:r w:rsidRPr="00452651">
              <w:rPr>
                <w:rFonts w:ascii="Times New Roman" w:eastAsia="Times New Roman" w:hAnsi="Times New Roman"/>
                <w:b/>
                <w:color w:val="000000"/>
                <w:w w:val="97"/>
                <w:sz w:val="16"/>
                <w:lang w:val="ru-RU"/>
              </w:rPr>
              <w:t xml:space="preserve">Стихотворения отечественных поэтов </w:t>
            </w:r>
            <w:r>
              <w:rPr>
                <w:rFonts w:ascii="Times New Roman" w:eastAsia="Times New Roman" w:hAnsi="Times New Roman"/>
                <w:b/>
                <w:color w:val="000000"/>
                <w:w w:val="97"/>
                <w:sz w:val="16"/>
              </w:rPr>
              <w:t>XIX</w:t>
            </w:r>
            <w:r w:rsidRPr="00452651">
              <w:rPr>
                <w:rFonts w:ascii="Times New Roman" w:eastAsia="Times New Roman" w:hAnsi="Times New Roman"/>
                <w:b/>
                <w:color w:val="000000"/>
                <w:w w:val="97"/>
                <w:sz w:val="16"/>
                <w:lang w:val="ru-RU"/>
              </w:rPr>
              <w:t>—ХХ веков о родной природе и о связи человека с Родиной (не менее пяти).</w:t>
            </w:r>
          </w:p>
          <w:p w14:paraId="3003BDE4" w14:textId="77777777" w:rsidR="003C5F91" w:rsidRPr="00452651" w:rsidRDefault="00E33273">
            <w:pPr>
              <w:autoSpaceDE w:val="0"/>
              <w:autoSpaceDN w:val="0"/>
              <w:spacing w:before="20" w:after="0" w:line="230" w:lineRule="auto"/>
              <w:ind w:left="72"/>
              <w:rPr>
                <w:lang w:val="ru-RU"/>
              </w:rPr>
            </w:pPr>
            <w:r w:rsidRPr="00452651">
              <w:rPr>
                <w:rFonts w:ascii="Times New Roman" w:eastAsia="Times New Roman" w:hAnsi="Times New Roman"/>
                <w:b/>
                <w:color w:val="000000"/>
                <w:w w:val="97"/>
                <w:sz w:val="16"/>
                <w:lang w:val="ru-RU"/>
              </w:rPr>
              <w:t>Например, стихотворения А. К. Толстого, Ф. И. Тютчева, А.</w:t>
            </w:r>
          </w:p>
          <w:p w14:paraId="1A989E02" w14:textId="77777777" w:rsidR="003C5F91" w:rsidRPr="00452651" w:rsidRDefault="00E33273">
            <w:pPr>
              <w:autoSpaceDE w:val="0"/>
              <w:autoSpaceDN w:val="0"/>
              <w:spacing w:before="20" w:after="0" w:line="230" w:lineRule="auto"/>
              <w:ind w:left="72"/>
              <w:rPr>
                <w:lang w:val="ru-RU"/>
              </w:rPr>
            </w:pPr>
            <w:r w:rsidRPr="00452651">
              <w:rPr>
                <w:rFonts w:ascii="Times New Roman" w:eastAsia="Times New Roman" w:hAnsi="Times New Roman"/>
                <w:b/>
                <w:color w:val="000000"/>
                <w:w w:val="97"/>
                <w:sz w:val="16"/>
                <w:lang w:val="ru-RU"/>
              </w:rPr>
              <w:t>А. Фета, И. А. Бунина, А. А. Блока, С. А. Есенина, Н. М.</w:t>
            </w:r>
          </w:p>
          <w:p w14:paraId="6BF285D2" w14:textId="77777777" w:rsidR="003C5F91" w:rsidRDefault="00E33273">
            <w:pPr>
              <w:autoSpaceDE w:val="0"/>
              <w:autoSpaceDN w:val="0"/>
              <w:spacing w:before="20" w:after="0" w:line="230" w:lineRule="auto"/>
              <w:ind w:left="72"/>
            </w:pPr>
            <w:proofErr w:type="spellStart"/>
            <w:r>
              <w:rPr>
                <w:rFonts w:ascii="Times New Roman" w:eastAsia="Times New Roman" w:hAnsi="Times New Roman"/>
                <w:b/>
                <w:color w:val="000000"/>
                <w:w w:val="97"/>
                <w:sz w:val="16"/>
              </w:rPr>
              <w:t>Рубцова</w:t>
            </w:r>
            <w:proofErr w:type="spellEnd"/>
            <w:r>
              <w:rPr>
                <w:rFonts w:ascii="Times New Roman" w:eastAsia="Times New Roman" w:hAnsi="Times New Roman"/>
                <w:b/>
                <w:color w:val="000000"/>
                <w:w w:val="97"/>
                <w:sz w:val="16"/>
              </w:rPr>
              <w:t xml:space="preserve">, Ю. П. Кузнецова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04B3FC"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979BD9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6A102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75FBB0DD"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28.11.2022 03.12.2022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53BD0DBD" w14:textId="77777777" w:rsidR="003C5F91" w:rsidRPr="00452651" w:rsidRDefault="00E33273">
            <w:pPr>
              <w:autoSpaceDE w:val="0"/>
              <w:autoSpaceDN w:val="0"/>
              <w:spacing w:before="78" w:after="0" w:line="254" w:lineRule="auto"/>
              <w:ind w:left="68" w:right="288"/>
              <w:rPr>
                <w:lang w:val="ru-RU"/>
              </w:rPr>
            </w:pPr>
            <w:r w:rsidRPr="00452651">
              <w:rPr>
                <w:rFonts w:ascii="Times New Roman" w:eastAsia="Times New Roman" w:hAnsi="Times New Roman"/>
                <w:color w:val="000000"/>
                <w:w w:val="97"/>
                <w:sz w:val="16"/>
                <w:lang w:val="ru-RU"/>
              </w:rPr>
              <w:t xml:space="preserve">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 </w:t>
            </w:r>
            <w:r w:rsidRPr="00452651">
              <w:rPr>
                <w:lang w:val="ru-RU"/>
              </w:rPr>
              <w:br/>
            </w:r>
            <w:r w:rsidRPr="00452651">
              <w:rPr>
                <w:rFonts w:ascii="Times New Roman" w:eastAsia="Times New Roman" w:hAnsi="Times New Roman"/>
                <w:color w:val="000000"/>
                <w:w w:val="97"/>
                <w:sz w:val="16"/>
                <w:lang w:val="ru-RU"/>
              </w:rPr>
              <w:t xml:space="preserve">Выявлять музыкальность поэтического текста.; </w:t>
            </w:r>
            <w:r w:rsidRPr="00452651">
              <w:rPr>
                <w:lang w:val="ru-RU"/>
              </w:rPr>
              <w:br/>
            </w:r>
            <w:r w:rsidRPr="00452651">
              <w:rPr>
                <w:rFonts w:ascii="Times New Roman" w:eastAsia="Times New Roman" w:hAnsi="Times New Roman"/>
                <w:color w:val="000000"/>
                <w:w w:val="97"/>
                <w:sz w:val="16"/>
                <w:lang w:val="ru-RU"/>
              </w:rPr>
              <w:t xml:space="preserve">Выражать личное читательское отношение к </w:t>
            </w:r>
            <w:r w:rsidRPr="00452651">
              <w:rPr>
                <w:lang w:val="ru-RU"/>
              </w:rPr>
              <w:br/>
            </w:r>
            <w:r w:rsidRPr="00452651">
              <w:rPr>
                <w:rFonts w:ascii="Times New Roman" w:eastAsia="Times New Roman" w:hAnsi="Times New Roman"/>
                <w:color w:val="000000"/>
                <w:w w:val="97"/>
                <w:sz w:val="16"/>
                <w:lang w:val="ru-RU"/>
              </w:rPr>
              <w:t xml:space="preserve">прочитанному.; </w:t>
            </w:r>
            <w:r w:rsidRPr="00452651">
              <w:rPr>
                <w:lang w:val="ru-RU"/>
              </w:rPr>
              <w:br/>
            </w:r>
            <w:r w:rsidRPr="00452651">
              <w:rPr>
                <w:rFonts w:ascii="Times New Roman" w:eastAsia="Times New Roman" w:hAnsi="Times New Roman"/>
                <w:color w:val="000000"/>
                <w:w w:val="97"/>
                <w:sz w:val="16"/>
                <w:lang w:val="ru-RU"/>
              </w:rPr>
              <w:t>Заучивать одно из стихотворений наизусть.;</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C4E474"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A7CF2FC"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/lesson/7374/</w:t>
            </w:r>
          </w:p>
        </w:tc>
      </w:tr>
      <w:tr w:rsidR="003C5F91" w14:paraId="25C8153F" w14:textId="77777777">
        <w:trPr>
          <w:trHeight w:hRule="exact" w:val="34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A55444"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5.2.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29E6509" w14:textId="77777777" w:rsidR="003C5F91" w:rsidRPr="00452651" w:rsidRDefault="00E33273">
            <w:pPr>
              <w:autoSpaceDE w:val="0"/>
              <w:autoSpaceDN w:val="0"/>
              <w:spacing w:before="76" w:after="0" w:line="245" w:lineRule="auto"/>
              <w:ind w:left="72"/>
              <w:rPr>
                <w:lang w:val="ru-RU"/>
              </w:rPr>
            </w:pPr>
            <w:r w:rsidRPr="00452651">
              <w:rPr>
                <w:rFonts w:ascii="Times New Roman" w:eastAsia="Times New Roman" w:hAnsi="Times New Roman"/>
                <w:b/>
                <w:color w:val="000000"/>
                <w:w w:val="97"/>
                <w:sz w:val="16"/>
                <w:lang w:val="ru-RU"/>
              </w:rPr>
              <w:t xml:space="preserve">Юмористические рассказы отечественных писателей </w:t>
            </w:r>
            <w:r>
              <w:rPr>
                <w:rFonts w:ascii="Times New Roman" w:eastAsia="Times New Roman" w:hAnsi="Times New Roman"/>
                <w:b/>
                <w:color w:val="000000"/>
                <w:w w:val="97"/>
                <w:sz w:val="16"/>
              </w:rPr>
              <w:t>XIX</w:t>
            </w:r>
            <w:r w:rsidRPr="00452651">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w:t>
            </w:r>
            <w:r w:rsidRPr="00452651">
              <w:rPr>
                <w:rFonts w:ascii="Times New Roman" w:eastAsia="Times New Roman" w:hAnsi="Times New Roman"/>
                <w:b/>
                <w:color w:val="000000"/>
                <w:w w:val="97"/>
                <w:sz w:val="16"/>
                <w:lang w:val="ru-RU"/>
              </w:rPr>
              <w:t xml:space="preserve"> веков. </w:t>
            </w:r>
          </w:p>
          <w:p w14:paraId="1196C3D1" w14:textId="77777777" w:rsidR="003C5F91" w:rsidRPr="00452651" w:rsidRDefault="00E33273">
            <w:pPr>
              <w:autoSpaceDE w:val="0"/>
              <w:autoSpaceDN w:val="0"/>
              <w:spacing w:before="18" w:after="0" w:line="233" w:lineRule="auto"/>
              <w:ind w:left="72"/>
              <w:rPr>
                <w:lang w:val="ru-RU"/>
              </w:rPr>
            </w:pPr>
            <w:r w:rsidRPr="00452651">
              <w:rPr>
                <w:rFonts w:ascii="Times New Roman" w:eastAsia="Times New Roman" w:hAnsi="Times New Roman"/>
                <w:b/>
                <w:color w:val="000000"/>
                <w:w w:val="97"/>
                <w:sz w:val="16"/>
                <w:lang w:val="ru-RU"/>
              </w:rPr>
              <w:t>А. П. Чехов (два рассказа по выбору).</w:t>
            </w:r>
          </w:p>
          <w:p w14:paraId="5FE2EF95" w14:textId="77777777" w:rsidR="003C5F91" w:rsidRPr="00452651" w:rsidRDefault="00E33273">
            <w:pPr>
              <w:autoSpaceDE w:val="0"/>
              <w:autoSpaceDN w:val="0"/>
              <w:spacing w:before="18" w:after="0" w:line="245" w:lineRule="auto"/>
              <w:ind w:left="72" w:right="864"/>
              <w:rPr>
                <w:lang w:val="ru-RU"/>
              </w:rPr>
            </w:pPr>
            <w:r w:rsidRPr="00452651">
              <w:rPr>
                <w:rFonts w:ascii="Times New Roman" w:eastAsia="Times New Roman" w:hAnsi="Times New Roman"/>
                <w:b/>
                <w:color w:val="000000"/>
                <w:w w:val="97"/>
                <w:sz w:val="16"/>
                <w:lang w:val="ru-RU"/>
              </w:rPr>
              <w:t>Например, «Лошадиная фамилия», «</w:t>
            </w:r>
            <w:proofErr w:type="spellStart"/>
            <w:r w:rsidRPr="00452651">
              <w:rPr>
                <w:rFonts w:ascii="Times New Roman" w:eastAsia="Times New Roman" w:hAnsi="Times New Roman"/>
                <w:b/>
                <w:color w:val="000000"/>
                <w:w w:val="97"/>
                <w:sz w:val="16"/>
                <w:lang w:val="ru-RU"/>
              </w:rPr>
              <w:t>Мальчики»,«Хирургия</w:t>
            </w:r>
            <w:proofErr w:type="spellEnd"/>
            <w:r w:rsidRPr="00452651">
              <w:rPr>
                <w:rFonts w:ascii="Times New Roman" w:eastAsia="Times New Roman" w:hAnsi="Times New Roman"/>
                <w:b/>
                <w:color w:val="000000"/>
                <w:w w:val="97"/>
                <w:sz w:val="16"/>
                <w:lang w:val="ru-RU"/>
              </w:rPr>
              <w:t xml:space="preserve">» и др.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0E22F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961010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231F3"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2CF33C80"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05.12.2022 10.12.2022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A64D2D8"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 </w:t>
            </w:r>
            <w:r w:rsidRPr="00452651">
              <w:rPr>
                <w:lang w:val="ru-RU"/>
              </w:rPr>
              <w:br/>
            </w:r>
            <w:r w:rsidRPr="00452651">
              <w:rPr>
                <w:rFonts w:ascii="Times New Roman" w:eastAsia="Times New Roman" w:hAnsi="Times New Roman"/>
                <w:color w:val="000000"/>
                <w:w w:val="97"/>
                <w:sz w:val="16"/>
                <w:lang w:val="ru-RU"/>
              </w:rPr>
              <w:t xml:space="preserve">Определять роль названия в литературном </w:t>
            </w:r>
            <w:r w:rsidRPr="00452651">
              <w:rPr>
                <w:lang w:val="ru-RU"/>
              </w:rPr>
              <w:br/>
            </w:r>
            <w:r w:rsidRPr="00452651">
              <w:rPr>
                <w:rFonts w:ascii="Times New Roman" w:eastAsia="Times New Roman" w:hAnsi="Times New Roman"/>
                <w:color w:val="000000"/>
                <w:w w:val="97"/>
                <w:sz w:val="16"/>
                <w:lang w:val="ru-RU"/>
              </w:rPr>
              <w:t xml:space="preserve">произведении.; </w:t>
            </w:r>
            <w:r w:rsidRPr="00452651">
              <w:rPr>
                <w:lang w:val="ru-RU"/>
              </w:rPr>
              <w:br/>
            </w:r>
            <w:r w:rsidRPr="00452651">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w:t>
            </w:r>
            <w:r w:rsidRPr="00452651">
              <w:rPr>
                <w:lang w:val="ru-RU"/>
              </w:rPr>
              <w:br/>
            </w:r>
            <w:r w:rsidRPr="00452651">
              <w:rPr>
                <w:rFonts w:ascii="Times New Roman" w:eastAsia="Times New Roman" w:hAnsi="Times New Roman"/>
                <w:color w:val="000000"/>
                <w:w w:val="97"/>
                <w:sz w:val="16"/>
                <w:lang w:val="ru-RU"/>
              </w:rPr>
              <w:t xml:space="preserve">Характеризовать героев рассказа.; </w:t>
            </w:r>
            <w:r w:rsidRPr="00452651">
              <w:rPr>
                <w:lang w:val="ru-RU"/>
              </w:rPr>
              <w:br/>
            </w:r>
            <w:r w:rsidRPr="00452651">
              <w:rPr>
                <w:rFonts w:ascii="Times New Roman" w:eastAsia="Times New Roman" w:hAnsi="Times New Roman"/>
                <w:color w:val="000000"/>
                <w:w w:val="97"/>
                <w:sz w:val="16"/>
                <w:lang w:val="ru-RU"/>
              </w:rPr>
              <w:t xml:space="preserve">Сопоставлять произведения авторов по заданным </w:t>
            </w:r>
            <w:r w:rsidRPr="00452651">
              <w:rPr>
                <w:lang w:val="ru-RU"/>
              </w:rPr>
              <w:br/>
            </w:r>
            <w:r w:rsidRPr="00452651">
              <w:rPr>
                <w:rFonts w:ascii="Times New Roman" w:eastAsia="Times New Roman" w:hAnsi="Times New Roman"/>
                <w:color w:val="000000"/>
                <w:w w:val="97"/>
                <w:sz w:val="16"/>
                <w:lang w:val="ru-RU"/>
              </w:rPr>
              <w:t xml:space="preserve">основаниям.; </w:t>
            </w:r>
            <w:r w:rsidRPr="00452651">
              <w:rPr>
                <w:lang w:val="ru-RU"/>
              </w:rPr>
              <w:br/>
            </w:r>
            <w:r w:rsidRPr="00452651">
              <w:rPr>
                <w:rFonts w:ascii="Times New Roman" w:eastAsia="Times New Roman" w:hAnsi="Times New Roman"/>
                <w:color w:val="000000"/>
                <w:w w:val="97"/>
                <w:sz w:val="16"/>
                <w:lang w:val="ru-RU"/>
              </w:rPr>
              <w:t>Выявлять детали, создающие комический эффект.; Инсценировать один из рассказов или его фрагмент.; Пользоваться библиотечным каталогом для поиска книги.;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8F961DD"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2C3A5E"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/lesson/7376/</w:t>
            </w:r>
          </w:p>
        </w:tc>
      </w:tr>
      <w:tr w:rsidR="003C5F91" w14:paraId="4503A531" w14:textId="77777777">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E3D759"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5.3.</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C9336B"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b/>
                <w:color w:val="000000"/>
                <w:w w:val="97"/>
                <w:sz w:val="16"/>
                <w:lang w:val="ru-RU"/>
              </w:rPr>
              <w:t>М. М. Зощенко (два рассказа по выбору).</w:t>
            </w:r>
          </w:p>
          <w:p w14:paraId="23C671A8" w14:textId="77777777" w:rsidR="003C5F91" w:rsidRPr="00452651" w:rsidRDefault="00E33273">
            <w:pPr>
              <w:autoSpaceDE w:val="0"/>
              <w:autoSpaceDN w:val="0"/>
              <w:spacing w:before="18" w:after="0" w:line="245" w:lineRule="auto"/>
              <w:ind w:left="72" w:right="144"/>
              <w:rPr>
                <w:lang w:val="ru-RU"/>
              </w:rPr>
            </w:pPr>
            <w:r w:rsidRPr="00452651">
              <w:rPr>
                <w:rFonts w:ascii="Times New Roman" w:eastAsia="Times New Roman" w:hAnsi="Times New Roman"/>
                <w:b/>
                <w:color w:val="000000"/>
                <w:w w:val="97"/>
                <w:sz w:val="16"/>
                <w:lang w:val="ru-RU"/>
              </w:rPr>
              <w:t>Например, «Галоша», «Лёля и Минька», «Ёлка», «Золотые слова», «Встреча»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02EF15"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9AC32E"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3EB1A7"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0A32038D"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13.12.2022 19.12.2022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3BBEEE52"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 </w:t>
            </w:r>
            <w:r w:rsidRPr="00452651">
              <w:rPr>
                <w:lang w:val="ru-RU"/>
              </w:rPr>
              <w:br/>
            </w:r>
            <w:r w:rsidRPr="00452651">
              <w:rPr>
                <w:rFonts w:ascii="Times New Roman" w:eastAsia="Times New Roman" w:hAnsi="Times New Roman"/>
                <w:color w:val="000000"/>
                <w:w w:val="97"/>
                <w:sz w:val="16"/>
                <w:lang w:val="ru-RU"/>
              </w:rPr>
              <w:t xml:space="preserve">Определять роль названия в литературном </w:t>
            </w:r>
            <w:r w:rsidRPr="00452651">
              <w:rPr>
                <w:lang w:val="ru-RU"/>
              </w:rPr>
              <w:br/>
            </w:r>
            <w:r w:rsidRPr="00452651">
              <w:rPr>
                <w:rFonts w:ascii="Times New Roman" w:eastAsia="Times New Roman" w:hAnsi="Times New Roman"/>
                <w:color w:val="000000"/>
                <w:w w:val="97"/>
                <w:sz w:val="16"/>
                <w:lang w:val="ru-RU"/>
              </w:rPr>
              <w:t xml:space="preserve">произведении.; </w:t>
            </w:r>
            <w:r w:rsidRPr="00452651">
              <w:rPr>
                <w:lang w:val="ru-RU"/>
              </w:rPr>
              <w:br/>
            </w:r>
            <w:r w:rsidRPr="00452651">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w:t>
            </w:r>
            <w:r w:rsidRPr="00452651">
              <w:rPr>
                <w:lang w:val="ru-RU"/>
              </w:rPr>
              <w:br/>
            </w:r>
            <w:r w:rsidRPr="00452651">
              <w:rPr>
                <w:rFonts w:ascii="Times New Roman" w:eastAsia="Times New Roman" w:hAnsi="Times New Roman"/>
                <w:color w:val="000000"/>
                <w:w w:val="97"/>
                <w:sz w:val="16"/>
                <w:lang w:val="ru-RU"/>
              </w:rPr>
              <w:t xml:space="preserve">Характеризовать героев рассказа.; </w:t>
            </w:r>
            <w:r w:rsidRPr="00452651">
              <w:rPr>
                <w:lang w:val="ru-RU"/>
              </w:rPr>
              <w:br/>
            </w:r>
            <w:r w:rsidRPr="00452651">
              <w:rPr>
                <w:rFonts w:ascii="Times New Roman" w:eastAsia="Times New Roman" w:hAnsi="Times New Roman"/>
                <w:color w:val="000000"/>
                <w:w w:val="97"/>
                <w:sz w:val="16"/>
                <w:lang w:val="ru-RU"/>
              </w:rPr>
              <w:t xml:space="preserve">Сопоставлять произведения авторов по заданным </w:t>
            </w:r>
            <w:r w:rsidRPr="00452651">
              <w:rPr>
                <w:lang w:val="ru-RU"/>
              </w:rPr>
              <w:br/>
            </w:r>
            <w:r w:rsidRPr="00452651">
              <w:rPr>
                <w:rFonts w:ascii="Times New Roman" w:eastAsia="Times New Roman" w:hAnsi="Times New Roman"/>
                <w:color w:val="000000"/>
                <w:w w:val="97"/>
                <w:sz w:val="16"/>
                <w:lang w:val="ru-RU"/>
              </w:rPr>
              <w:t xml:space="preserve">основаниям. ; </w:t>
            </w:r>
            <w:r w:rsidRPr="00452651">
              <w:rPr>
                <w:lang w:val="ru-RU"/>
              </w:rPr>
              <w:br/>
            </w:r>
            <w:r w:rsidRPr="00452651">
              <w:rPr>
                <w:rFonts w:ascii="Times New Roman" w:eastAsia="Times New Roman" w:hAnsi="Times New Roman"/>
                <w:color w:val="000000"/>
                <w:w w:val="97"/>
                <w:sz w:val="16"/>
                <w:lang w:val="ru-RU"/>
              </w:rPr>
              <w:t>Выявлять детали, создающие комический эффект.; Инсценировать один из рассказов или его фрагмент.; Пользоваться библиотечным каталогом для поиска книги. ;</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6C99F2D" w14:textId="77777777" w:rsidR="003C5F91" w:rsidRPr="00452651" w:rsidRDefault="00E33273">
            <w:pPr>
              <w:autoSpaceDE w:val="0"/>
              <w:autoSpaceDN w:val="0"/>
              <w:spacing w:before="76" w:after="0" w:line="250" w:lineRule="auto"/>
              <w:ind w:left="72"/>
              <w:rPr>
                <w:lang w:val="ru-RU"/>
              </w:rPr>
            </w:pPr>
            <w:r w:rsidRPr="00452651">
              <w:rPr>
                <w:rFonts w:ascii="Times New Roman" w:eastAsia="Times New Roman" w:hAnsi="Times New Roman"/>
                <w:color w:val="000000"/>
                <w:w w:val="97"/>
                <w:sz w:val="16"/>
                <w:lang w:val="ru-RU"/>
              </w:rPr>
              <w:t xml:space="preserve">Самооценка с </w:t>
            </w:r>
            <w:r w:rsidRPr="00452651">
              <w:rPr>
                <w:lang w:val="ru-RU"/>
              </w:rPr>
              <w:br/>
            </w:r>
            <w:proofErr w:type="spellStart"/>
            <w:r w:rsidRPr="00452651">
              <w:rPr>
                <w:rFonts w:ascii="Times New Roman" w:eastAsia="Times New Roman" w:hAnsi="Times New Roman"/>
                <w:color w:val="000000"/>
                <w:w w:val="97"/>
                <w:sz w:val="16"/>
                <w:lang w:val="ru-RU"/>
              </w:rPr>
              <w:t>использованием«Оценочного</w:t>
            </w:r>
            <w:proofErr w:type="spellEnd"/>
            <w:r w:rsidRPr="00452651">
              <w:rPr>
                <w:rFonts w:ascii="Times New Roman" w:eastAsia="Times New Roman" w:hAnsi="Times New Roman"/>
                <w:color w:val="000000"/>
                <w:w w:val="97"/>
                <w:sz w:val="16"/>
                <w:lang w:val="ru-RU"/>
              </w:rPr>
              <w:t xml:space="preserve"> </w:t>
            </w:r>
            <w:r w:rsidRPr="00452651">
              <w:rPr>
                <w:lang w:val="ru-RU"/>
              </w:rPr>
              <w:br/>
            </w:r>
            <w:r w:rsidRPr="00452651">
              <w:rPr>
                <w:rFonts w:ascii="Times New Roman" w:eastAsia="Times New Roman" w:hAnsi="Times New Roman"/>
                <w:color w:val="000000"/>
                <w:w w:val="97"/>
                <w:sz w:val="16"/>
                <w:lang w:val="ru-RU"/>
              </w:rPr>
              <w:t>листа»;</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C3D98"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/lesson/7405/</w:t>
            </w:r>
          </w:p>
        </w:tc>
      </w:tr>
    </w:tbl>
    <w:p w14:paraId="37E532C0" w14:textId="77777777" w:rsidR="003C5F91" w:rsidRDefault="003C5F91">
      <w:pPr>
        <w:autoSpaceDE w:val="0"/>
        <w:autoSpaceDN w:val="0"/>
        <w:spacing w:after="0" w:line="14" w:lineRule="exact"/>
      </w:pPr>
    </w:p>
    <w:p w14:paraId="6ED8C371" w14:textId="77777777" w:rsidR="003C5F91" w:rsidRDefault="003C5F91">
      <w:pPr>
        <w:sectPr w:rsidR="003C5F91">
          <w:pgSz w:w="16840" w:h="11900"/>
          <w:pgMar w:top="284" w:right="640" w:bottom="1210" w:left="666" w:header="720" w:footer="720" w:gutter="0"/>
          <w:cols w:space="720" w:equalWidth="0">
            <w:col w:w="15534" w:space="0"/>
          </w:cols>
          <w:docGrid w:linePitch="360"/>
        </w:sectPr>
      </w:pPr>
    </w:p>
    <w:p w14:paraId="0CCEC223" w14:textId="77777777" w:rsidR="003C5F91" w:rsidRDefault="003C5F91">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4201D0E4" w14:textId="77777777">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2FA6465"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5.4.</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A72ED" w14:textId="77777777" w:rsidR="003C5F91" w:rsidRPr="00452651" w:rsidRDefault="00E33273">
            <w:pPr>
              <w:autoSpaceDE w:val="0"/>
              <w:autoSpaceDN w:val="0"/>
              <w:spacing w:before="78" w:after="0" w:line="245" w:lineRule="auto"/>
              <w:ind w:left="72" w:right="576"/>
              <w:rPr>
                <w:lang w:val="ru-RU"/>
              </w:rPr>
            </w:pPr>
            <w:r w:rsidRPr="00452651">
              <w:rPr>
                <w:rFonts w:ascii="Times New Roman" w:eastAsia="Times New Roman" w:hAnsi="Times New Roman"/>
                <w:b/>
                <w:color w:val="000000"/>
                <w:w w:val="97"/>
                <w:sz w:val="16"/>
                <w:lang w:val="ru-RU"/>
              </w:rPr>
              <w:t>Произведения отечественной литературы о природе и животных (не менее трёх).</w:t>
            </w:r>
          </w:p>
          <w:p w14:paraId="5F47A7DE" w14:textId="77777777" w:rsidR="003C5F91" w:rsidRPr="00452651" w:rsidRDefault="00E33273">
            <w:pPr>
              <w:autoSpaceDE w:val="0"/>
              <w:autoSpaceDN w:val="0"/>
              <w:spacing w:before="20" w:after="0" w:line="245" w:lineRule="auto"/>
              <w:ind w:left="72" w:right="144"/>
              <w:rPr>
                <w:lang w:val="ru-RU"/>
              </w:rPr>
            </w:pPr>
            <w:r w:rsidRPr="00452651">
              <w:rPr>
                <w:rFonts w:ascii="Times New Roman" w:eastAsia="Times New Roman" w:hAnsi="Times New Roman"/>
                <w:b/>
                <w:color w:val="000000"/>
                <w:w w:val="97"/>
                <w:sz w:val="16"/>
                <w:lang w:val="ru-RU"/>
              </w:rPr>
              <w:t>Например, произведения А. И. Куприна, М. М. Пришвина, К. Г. Паустовского</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FFCB36"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23AF1C"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E018C8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2C7807B5"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20.12.2022 27.12.2022</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13CC723D" w14:textId="77777777" w:rsidR="003C5F91" w:rsidRPr="00452651" w:rsidRDefault="00E33273">
            <w:pPr>
              <w:autoSpaceDE w:val="0"/>
              <w:autoSpaceDN w:val="0"/>
              <w:spacing w:before="78"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прозаический текст, отвечать на вопросы, владеть разными видами пересказа.; </w:t>
            </w:r>
            <w:r w:rsidRPr="00452651">
              <w:rPr>
                <w:lang w:val="ru-RU"/>
              </w:rPr>
              <w:br/>
            </w:r>
            <w:r w:rsidRPr="00452651">
              <w:rPr>
                <w:rFonts w:ascii="Times New Roman" w:eastAsia="Times New Roman" w:hAnsi="Times New Roman"/>
                <w:color w:val="000000"/>
                <w:w w:val="97"/>
                <w:sz w:val="16"/>
                <w:lang w:val="ru-RU"/>
              </w:rPr>
              <w:t xml:space="preserve">Составлять план.; </w:t>
            </w:r>
            <w:r w:rsidRPr="00452651">
              <w:rPr>
                <w:lang w:val="ru-RU"/>
              </w:rPr>
              <w:br/>
            </w:r>
            <w:r w:rsidRPr="00452651">
              <w:rPr>
                <w:rFonts w:ascii="Times New Roman" w:eastAsia="Times New Roman" w:hAnsi="Times New Roman"/>
                <w:color w:val="000000"/>
                <w:w w:val="97"/>
                <w:sz w:val="16"/>
                <w:lang w:val="ru-RU"/>
              </w:rPr>
              <w:t xml:space="preserve">Определять сюжет и тематическое своеобразие </w:t>
            </w:r>
            <w:r w:rsidRPr="00452651">
              <w:rPr>
                <w:lang w:val="ru-RU"/>
              </w:rPr>
              <w:br/>
            </w:r>
            <w:r w:rsidRPr="00452651">
              <w:rPr>
                <w:rFonts w:ascii="Times New Roman" w:eastAsia="Times New Roman" w:hAnsi="Times New Roman"/>
                <w:color w:val="000000"/>
                <w:w w:val="97"/>
                <w:sz w:val="16"/>
                <w:lang w:val="ru-RU"/>
              </w:rPr>
              <w:t xml:space="preserve">произведения.; </w:t>
            </w:r>
            <w:r w:rsidRPr="00452651">
              <w:rPr>
                <w:lang w:val="ru-RU"/>
              </w:rPr>
              <w:br/>
            </w:r>
            <w:r w:rsidRPr="00452651">
              <w:rPr>
                <w:rFonts w:ascii="Times New Roman" w:eastAsia="Times New Roman" w:hAnsi="Times New Roman"/>
                <w:color w:val="000000"/>
                <w:w w:val="97"/>
                <w:sz w:val="16"/>
                <w:lang w:val="ru-RU"/>
              </w:rPr>
              <w:t xml:space="preserve">Находить и характеризовать образ рассказчика, его роль в повествовании. ; </w:t>
            </w:r>
            <w:r w:rsidRPr="00452651">
              <w:rPr>
                <w:lang w:val="ru-RU"/>
              </w:rPr>
              <w:br/>
            </w:r>
            <w:r w:rsidRPr="00452651">
              <w:rPr>
                <w:rFonts w:ascii="Times New Roman" w:eastAsia="Times New Roman" w:hAnsi="Times New Roman"/>
                <w:color w:val="000000"/>
                <w:w w:val="97"/>
                <w:sz w:val="16"/>
                <w:lang w:val="ru-RU"/>
              </w:rPr>
              <w:t xml:space="preserve">Определять средства художественной выразительности прозаического текста. ; </w:t>
            </w:r>
            <w:r w:rsidRPr="00452651">
              <w:rPr>
                <w:lang w:val="ru-RU"/>
              </w:rPr>
              <w:br/>
            </w:r>
            <w:r w:rsidRPr="00452651">
              <w:rPr>
                <w:rFonts w:ascii="Times New Roman" w:eastAsia="Times New Roman" w:hAnsi="Times New Roman"/>
                <w:color w:val="000000"/>
                <w:w w:val="97"/>
                <w:sz w:val="16"/>
                <w:lang w:val="ru-RU"/>
              </w:rPr>
              <w:t xml:space="preserve">Писать отзыв на прочитанное произведение.; </w:t>
            </w:r>
            <w:r w:rsidRPr="00452651">
              <w:rPr>
                <w:lang w:val="ru-RU"/>
              </w:rPr>
              <w:br/>
            </w:r>
            <w:r w:rsidRPr="00452651">
              <w:rPr>
                <w:rFonts w:ascii="Times New Roman" w:eastAsia="Times New Roman" w:hAnsi="Times New Roman"/>
                <w:color w:val="000000"/>
                <w:w w:val="97"/>
                <w:sz w:val="16"/>
                <w:lang w:val="ru-RU"/>
              </w:rPr>
              <w:t>Пользоваться библиотечным каталогом для поиска книги.;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474C94" w14:textId="77777777" w:rsidR="003C5F91" w:rsidRDefault="00E33273">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518901"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/lesson/7403/</w:t>
            </w:r>
          </w:p>
        </w:tc>
      </w:tr>
      <w:tr w:rsidR="003C5F91" w14:paraId="7A6472EB" w14:textId="77777777">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B79963"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5.5.</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50844DA5" w14:textId="77777777" w:rsidR="003C5F91" w:rsidRPr="00452651" w:rsidRDefault="00E33273">
            <w:pPr>
              <w:autoSpaceDE w:val="0"/>
              <w:autoSpaceDN w:val="0"/>
              <w:spacing w:before="76" w:after="0" w:line="245" w:lineRule="auto"/>
              <w:ind w:left="72" w:right="1296"/>
              <w:rPr>
                <w:lang w:val="ru-RU"/>
              </w:rPr>
            </w:pPr>
            <w:r w:rsidRPr="00452651">
              <w:rPr>
                <w:rFonts w:ascii="Times New Roman" w:eastAsia="Times New Roman" w:hAnsi="Times New Roman"/>
                <w:b/>
                <w:color w:val="000000"/>
                <w:w w:val="97"/>
                <w:sz w:val="16"/>
                <w:lang w:val="ru-RU"/>
              </w:rPr>
              <w:t>А. П. Платонов. Рассказы (один по выбору). Например, «Корова», «Никита»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EA3953E"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4A177B6"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7A7BA1"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72E58249"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11.01.2023 16.01.2023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69C43090"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w:t>
            </w:r>
            <w:r w:rsidRPr="00452651">
              <w:rPr>
                <w:lang w:val="ru-RU"/>
              </w:rPr>
              <w:br/>
            </w:r>
            <w:r w:rsidRPr="00452651">
              <w:rPr>
                <w:rFonts w:ascii="Times New Roman" w:eastAsia="Times New Roman" w:hAnsi="Times New Roman"/>
                <w:color w:val="000000"/>
                <w:w w:val="97"/>
                <w:sz w:val="16"/>
                <w:lang w:val="ru-RU"/>
              </w:rPr>
              <w:t xml:space="preserve">Составлять план.; </w:t>
            </w:r>
            <w:r w:rsidRPr="00452651">
              <w:rPr>
                <w:lang w:val="ru-RU"/>
              </w:rPr>
              <w:br/>
            </w:r>
            <w:r w:rsidRPr="00452651">
              <w:rPr>
                <w:rFonts w:ascii="Times New Roman" w:eastAsia="Times New Roman" w:hAnsi="Times New Roman"/>
                <w:color w:val="000000"/>
                <w:w w:val="97"/>
                <w:sz w:val="16"/>
                <w:lang w:val="ru-RU"/>
              </w:rPr>
              <w:t xml:space="preserve">Определять тему рассказа.; </w:t>
            </w:r>
            <w:r w:rsidRPr="00452651">
              <w:rPr>
                <w:lang w:val="ru-RU"/>
              </w:rPr>
              <w:br/>
            </w:r>
            <w:r w:rsidRPr="00452651">
              <w:rPr>
                <w:rFonts w:ascii="Times New Roman" w:eastAsia="Times New Roman" w:hAnsi="Times New Roman"/>
                <w:color w:val="000000"/>
                <w:w w:val="97"/>
                <w:sz w:val="16"/>
                <w:lang w:val="ru-RU"/>
              </w:rPr>
              <w:t xml:space="preserve">Определять средства выразительности прозаического текста.; </w:t>
            </w:r>
            <w:r w:rsidRPr="00452651">
              <w:rPr>
                <w:lang w:val="ru-RU"/>
              </w:rPr>
              <w:br/>
            </w:r>
            <w:r w:rsidRPr="00452651">
              <w:rPr>
                <w:rFonts w:ascii="Times New Roman" w:eastAsia="Times New Roman" w:hAnsi="Times New Roman"/>
                <w:color w:val="000000"/>
                <w:w w:val="97"/>
                <w:sz w:val="16"/>
                <w:lang w:val="ru-RU"/>
              </w:rPr>
              <w:t>Давать развёрнутый ответ на вопрос, связанный со знанием и пониманием литературного произведения.;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68802DE" w14:textId="77777777" w:rsidR="003C5F91" w:rsidRDefault="00E33273">
            <w:pPr>
              <w:autoSpaceDE w:val="0"/>
              <w:autoSpaceDN w:val="0"/>
              <w:spacing w:before="76" w:after="0" w:line="233"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E2D078"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/lesson/7400/</w:t>
            </w:r>
          </w:p>
        </w:tc>
      </w:tr>
      <w:tr w:rsidR="003C5F91" w14:paraId="75FA1024" w14:textId="77777777">
        <w:trPr>
          <w:trHeight w:hRule="exact" w:val="22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A998DB7"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5.6.</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DE987E"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В. П. Астафьев. Рассказ «</w:t>
            </w:r>
            <w:proofErr w:type="spellStart"/>
            <w:r w:rsidRPr="00452651">
              <w:rPr>
                <w:rFonts w:ascii="Times New Roman" w:eastAsia="Times New Roman" w:hAnsi="Times New Roman"/>
                <w:b/>
                <w:color w:val="000000"/>
                <w:w w:val="97"/>
                <w:sz w:val="16"/>
                <w:lang w:val="ru-RU"/>
              </w:rPr>
              <w:t>Васюткино</w:t>
            </w:r>
            <w:proofErr w:type="spellEnd"/>
            <w:r w:rsidRPr="00452651">
              <w:rPr>
                <w:rFonts w:ascii="Times New Roman" w:eastAsia="Times New Roman" w:hAnsi="Times New Roman"/>
                <w:b/>
                <w:color w:val="000000"/>
                <w:w w:val="97"/>
                <w:sz w:val="16"/>
                <w:lang w:val="ru-RU"/>
              </w:rPr>
              <w:t xml:space="preserve"> озеро»</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8D1315"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21E977"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065617"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6221A4B8"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17.01.2023 21.01.2023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3FB9040E" w14:textId="77777777" w:rsidR="003C5F91" w:rsidRPr="00452651" w:rsidRDefault="00E33273">
            <w:pPr>
              <w:autoSpaceDE w:val="0"/>
              <w:autoSpaceDN w:val="0"/>
              <w:spacing w:before="78" w:after="0" w:line="254" w:lineRule="auto"/>
              <w:ind w:left="68" w:right="144"/>
              <w:rPr>
                <w:lang w:val="ru-RU"/>
              </w:rPr>
            </w:pPr>
            <w:r w:rsidRPr="00452651">
              <w:rPr>
                <w:rFonts w:ascii="Times New Roman" w:eastAsia="Times New Roman" w:hAnsi="Times New Roman"/>
                <w:color w:val="000000"/>
                <w:w w:val="97"/>
                <w:sz w:val="16"/>
                <w:lang w:val="ru-RU"/>
              </w:rPr>
              <w:t xml:space="preserve">Читать прозаический текст, отвечать на вопросы, </w:t>
            </w:r>
            <w:r w:rsidRPr="00452651">
              <w:rPr>
                <w:lang w:val="ru-RU"/>
              </w:rPr>
              <w:br/>
            </w:r>
            <w:r w:rsidRPr="00452651">
              <w:rPr>
                <w:rFonts w:ascii="Times New Roman" w:eastAsia="Times New Roman" w:hAnsi="Times New Roman"/>
                <w:color w:val="000000"/>
                <w:w w:val="97"/>
                <w:sz w:val="16"/>
                <w:lang w:val="ru-RU"/>
              </w:rPr>
              <w:t xml:space="preserve">пересказывать, участвовать в беседе о произведении.; Находить детали, языковые средства художественной выразительности, определять их роль в произведении.; Находить значение незнакомого слова в словаре.; Определять характер главного героя, его </w:t>
            </w:r>
            <w:r w:rsidRPr="00452651">
              <w:rPr>
                <w:lang w:val="ru-RU"/>
              </w:rPr>
              <w:br/>
            </w:r>
            <w:r w:rsidRPr="00452651">
              <w:rPr>
                <w:rFonts w:ascii="Times New Roman" w:eastAsia="Times New Roman" w:hAnsi="Times New Roman"/>
                <w:color w:val="000000"/>
                <w:w w:val="97"/>
                <w:sz w:val="16"/>
                <w:lang w:val="ru-RU"/>
              </w:rPr>
              <w:t xml:space="preserve">взаимоотношение с природой.; </w:t>
            </w:r>
            <w:r w:rsidRPr="00452651">
              <w:rPr>
                <w:lang w:val="ru-RU"/>
              </w:rPr>
              <w:br/>
            </w:r>
            <w:r w:rsidRPr="00452651">
              <w:rPr>
                <w:rFonts w:ascii="Times New Roman" w:eastAsia="Times New Roman" w:hAnsi="Times New Roman"/>
                <w:color w:val="000000"/>
                <w:w w:val="97"/>
                <w:sz w:val="16"/>
                <w:lang w:val="ru-RU"/>
              </w:rPr>
              <w:t xml:space="preserve">Выявлять роль пейзажа в рассказе.; </w:t>
            </w:r>
            <w:r w:rsidRPr="00452651">
              <w:rPr>
                <w:lang w:val="ru-RU"/>
              </w:rPr>
              <w:br/>
            </w:r>
            <w:r w:rsidRPr="00452651">
              <w:rPr>
                <w:rFonts w:ascii="Times New Roman" w:eastAsia="Times New Roman" w:hAnsi="Times New Roman"/>
                <w:color w:val="000000"/>
                <w:w w:val="97"/>
                <w:sz w:val="16"/>
                <w:lang w:val="ru-RU"/>
              </w:rPr>
              <w:t xml:space="preserve">Высказывать своё отношение к герою рассказа.; </w:t>
            </w:r>
            <w:r w:rsidRPr="00452651">
              <w:rPr>
                <w:lang w:val="ru-RU"/>
              </w:rPr>
              <w:br/>
            </w:r>
            <w:r w:rsidRPr="00452651">
              <w:rPr>
                <w:rFonts w:ascii="Times New Roman" w:eastAsia="Times New Roman" w:hAnsi="Times New Roman"/>
                <w:color w:val="000000"/>
                <w:w w:val="97"/>
                <w:sz w:val="16"/>
                <w:lang w:val="ru-RU"/>
              </w:rPr>
              <w:t>Писать сочинение по самостоятельно составленному плану.;</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DD656D"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88E65B"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/lesson/7399/</w:t>
            </w:r>
          </w:p>
        </w:tc>
      </w:tr>
      <w:tr w:rsidR="003C5F91" w14:paraId="3B94A24D"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54A222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0DDDCE"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23</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703104A" w14:textId="77777777" w:rsidR="003C5F91" w:rsidRDefault="003C5F91"/>
        </w:tc>
      </w:tr>
      <w:tr w:rsidR="003C5F91" w:rsidRPr="009C6A0C" w14:paraId="73438384" w14:textId="7777777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0233F62"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color w:val="000000"/>
                <w:w w:val="97"/>
                <w:sz w:val="16"/>
                <w:lang w:val="ru-RU"/>
              </w:rPr>
              <w:t xml:space="preserve">Раздел 6. </w:t>
            </w:r>
            <w:r w:rsidRPr="00452651">
              <w:rPr>
                <w:rFonts w:ascii="Times New Roman" w:eastAsia="Times New Roman" w:hAnsi="Times New Roman"/>
                <w:b/>
                <w:color w:val="000000"/>
                <w:w w:val="97"/>
                <w:sz w:val="16"/>
                <w:lang w:val="ru-RU"/>
              </w:rPr>
              <w:t xml:space="preserve">Литература </w:t>
            </w:r>
            <w:r>
              <w:rPr>
                <w:rFonts w:ascii="Times New Roman" w:eastAsia="Times New Roman" w:hAnsi="Times New Roman"/>
                <w:b/>
                <w:color w:val="000000"/>
                <w:w w:val="97"/>
                <w:sz w:val="16"/>
              </w:rPr>
              <w:t>XX</w:t>
            </w:r>
            <w:r w:rsidRPr="00452651">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452651">
              <w:rPr>
                <w:rFonts w:ascii="Times New Roman" w:eastAsia="Times New Roman" w:hAnsi="Times New Roman"/>
                <w:b/>
                <w:color w:val="000000"/>
                <w:w w:val="97"/>
                <w:sz w:val="16"/>
                <w:lang w:val="ru-RU"/>
              </w:rPr>
              <w:t xml:space="preserve"> веков</w:t>
            </w:r>
          </w:p>
        </w:tc>
      </w:tr>
    </w:tbl>
    <w:p w14:paraId="001954E5" w14:textId="77777777" w:rsidR="003C5F91" w:rsidRPr="00452651" w:rsidRDefault="003C5F91">
      <w:pPr>
        <w:autoSpaceDE w:val="0"/>
        <w:autoSpaceDN w:val="0"/>
        <w:spacing w:after="0" w:line="14" w:lineRule="exact"/>
        <w:rPr>
          <w:lang w:val="ru-RU"/>
        </w:rPr>
      </w:pPr>
    </w:p>
    <w:p w14:paraId="66DA8512" w14:textId="77777777" w:rsidR="003C5F91" w:rsidRPr="00452651" w:rsidRDefault="003C5F91">
      <w:pPr>
        <w:rPr>
          <w:lang w:val="ru-RU"/>
        </w:rPr>
        <w:sectPr w:rsidR="003C5F91" w:rsidRPr="00452651">
          <w:pgSz w:w="16840" w:h="11900"/>
          <w:pgMar w:top="284" w:right="640" w:bottom="1440" w:left="666" w:header="720" w:footer="720" w:gutter="0"/>
          <w:cols w:space="720" w:equalWidth="0">
            <w:col w:w="15534" w:space="0"/>
          </w:cols>
          <w:docGrid w:linePitch="360"/>
        </w:sectPr>
      </w:pPr>
    </w:p>
    <w:p w14:paraId="682FE000" w14:textId="77777777" w:rsidR="003C5F91" w:rsidRPr="00452651" w:rsidRDefault="003C5F91">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423C1A98" w14:textId="77777777">
        <w:trPr>
          <w:trHeight w:hRule="exact" w:val="361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B14D06"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6.1.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49DAC" w14:textId="77777777" w:rsidR="003C5F91" w:rsidRPr="00452651" w:rsidRDefault="00E33273">
            <w:pPr>
              <w:autoSpaceDE w:val="0"/>
              <w:autoSpaceDN w:val="0"/>
              <w:spacing w:before="78" w:after="0" w:line="245" w:lineRule="auto"/>
              <w:ind w:left="72" w:right="288"/>
              <w:rPr>
                <w:lang w:val="ru-RU"/>
              </w:rPr>
            </w:pPr>
            <w:r w:rsidRPr="00452651">
              <w:rPr>
                <w:rFonts w:ascii="Times New Roman" w:eastAsia="Times New Roman" w:hAnsi="Times New Roman"/>
                <w:b/>
                <w:color w:val="000000"/>
                <w:w w:val="97"/>
                <w:sz w:val="16"/>
                <w:lang w:val="ru-RU"/>
              </w:rPr>
              <w:t>Произведения отечественной прозы на тему «Человек на войне» (не менее двух).</w:t>
            </w:r>
          </w:p>
          <w:p w14:paraId="208195B2" w14:textId="77777777" w:rsidR="003C5F91" w:rsidRPr="00452651" w:rsidRDefault="00E33273">
            <w:pPr>
              <w:autoSpaceDE w:val="0"/>
              <w:autoSpaceDN w:val="0"/>
              <w:spacing w:before="20" w:after="0" w:line="247" w:lineRule="auto"/>
              <w:ind w:left="72" w:right="576"/>
              <w:rPr>
                <w:lang w:val="ru-RU"/>
              </w:rPr>
            </w:pPr>
            <w:r w:rsidRPr="00452651">
              <w:rPr>
                <w:rFonts w:ascii="Times New Roman" w:eastAsia="Times New Roman" w:hAnsi="Times New Roman"/>
                <w:b/>
                <w:color w:val="000000"/>
                <w:w w:val="97"/>
                <w:sz w:val="16"/>
                <w:lang w:val="ru-RU"/>
              </w:rPr>
              <w:t>Например, Л. А. Кассиль. «Дорогие мои мальчишки»; Ю. Я. Яковлев. «Девочки с Васильевского острова»; В. П. Катаев. «Сын полка»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5888B6"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8166B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4D4D18"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289385C9"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23.01.2023 28.01.2023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3E80315B" w14:textId="77777777" w:rsidR="003C5F91" w:rsidRPr="00452651" w:rsidRDefault="00E33273">
            <w:pPr>
              <w:autoSpaceDE w:val="0"/>
              <w:autoSpaceDN w:val="0"/>
              <w:spacing w:before="78" w:after="0" w:line="254" w:lineRule="auto"/>
              <w:ind w:left="68"/>
              <w:rPr>
                <w:lang w:val="ru-RU"/>
              </w:rPr>
            </w:pPr>
            <w:r w:rsidRPr="00452651">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452651">
              <w:rPr>
                <w:lang w:val="ru-RU"/>
              </w:rPr>
              <w:br/>
            </w:r>
            <w:r w:rsidRPr="00452651">
              <w:rPr>
                <w:rFonts w:ascii="Times New Roman" w:eastAsia="Times New Roman" w:hAnsi="Times New Roman"/>
                <w:color w:val="000000"/>
                <w:w w:val="97"/>
                <w:sz w:val="16"/>
                <w:lang w:val="ru-RU"/>
              </w:rPr>
              <w:t xml:space="preserve">Отвечать на вопросы (с использованием цитирования) и самостоятельно формулировать вопросы к тексту.; Участвовать в коллективном диалоге.; </w:t>
            </w:r>
            <w:r w:rsidRPr="00452651">
              <w:rPr>
                <w:lang w:val="ru-RU"/>
              </w:rPr>
              <w:br/>
            </w:r>
            <w:r w:rsidRPr="00452651">
              <w:rPr>
                <w:rFonts w:ascii="Times New Roman" w:eastAsia="Times New Roman" w:hAnsi="Times New Roman"/>
                <w:color w:val="000000"/>
                <w:w w:val="97"/>
                <w:sz w:val="16"/>
                <w:lang w:val="ru-RU"/>
              </w:rPr>
              <w:t xml:space="preserve">Анализировать сюжет, тему произведения, определять его композиционные особенности. ; </w:t>
            </w:r>
            <w:r w:rsidRPr="00452651">
              <w:rPr>
                <w:lang w:val="ru-RU"/>
              </w:rPr>
              <w:br/>
            </w:r>
            <w:r w:rsidRPr="00452651">
              <w:rPr>
                <w:rFonts w:ascii="Times New Roman" w:eastAsia="Times New Roman" w:hAnsi="Times New Roman"/>
                <w:color w:val="000000"/>
                <w:w w:val="97"/>
                <w:sz w:val="16"/>
                <w:lang w:val="ru-RU"/>
              </w:rPr>
              <w:t xml:space="preserve">Характеризовать и сопоставлять героев произведения, выявлять художественные средства их создания. ; </w:t>
            </w:r>
            <w:r w:rsidRPr="00452651">
              <w:rPr>
                <w:lang w:val="ru-RU"/>
              </w:rPr>
              <w:br/>
            </w:r>
            <w:r w:rsidRPr="00452651">
              <w:rPr>
                <w:rFonts w:ascii="Times New Roman" w:eastAsia="Times New Roman" w:hAnsi="Times New Roman"/>
                <w:color w:val="000000"/>
                <w:w w:val="97"/>
                <w:sz w:val="16"/>
                <w:lang w:val="ru-RU"/>
              </w:rPr>
              <w:t xml:space="preserve">Выявлять средства художественной изобразительности в произведении.; </w:t>
            </w:r>
            <w:r w:rsidRPr="00452651">
              <w:rPr>
                <w:lang w:val="ru-RU"/>
              </w:rPr>
              <w:br/>
            </w:r>
            <w:r w:rsidRPr="00452651">
              <w:rPr>
                <w:rFonts w:ascii="Times New Roman" w:eastAsia="Times New Roman" w:hAnsi="Times New Roman"/>
                <w:color w:val="000000"/>
                <w:w w:val="97"/>
                <w:sz w:val="16"/>
                <w:lang w:val="ru-RU"/>
              </w:rPr>
              <w:t xml:space="preserve">Использовать различные виды пересказа произведения.; Письменно отвечать на вопрос.; </w:t>
            </w:r>
            <w:r w:rsidRPr="00452651">
              <w:rPr>
                <w:lang w:val="ru-RU"/>
              </w:rPr>
              <w:br/>
            </w:r>
            <w:r w:rsidRPr="00452651">
              <w:rPr>
                <w:rFonts w:ascii="Times New Roman" w:eastAsia="Times New Roman" w:hAnsi="Times New Roman"/>
                <w:color w:val="000000"/>
                <w:w w:val="97"/>
                <w:sz w:val="16"/>
                <w:lang w:val="ru-RU"/>
              </w:rPr>
              <w:t xml:space="preserve">Выражать личное читательское отношение к </w:t>
            </w:r>
            <w:r w:rsidRPr="00452651">
              <w:rPr>
                <w:lang w:val="ru-RU"/>
              </w:rPr>
              <w:br/>
            </w:r>
            <w:r w:rsidRPr="00452651">
              <w:rPr>
                <w:rFonts w:ascii="Times New Roman" w:eastAsia="Times New Roman" w:hAnsi="Times New Roman"/>
                <w:color w:val="000000"/>
                <w:w w:val="97"/>
                <w:sz w:val="16"/>
                <w:lang w:val="ru-RU"/>
              </w:rPr>
              <w:t xml:space="preserve">прочитанному.; </w:t>
            </w:r>
            <w:r w:rsidRPr="00452651">
              <w:rPr>
                <w:lang w:val="ru-RU"/>
              </w:rPr>
              <w:br/>
            </w:r>
            <w:r w:rsidRPr="00452651">
              <w:rPr>
                <w:rFonts w:ascii="Times New Roman" w:eastAsia="Times New Roman" w:hAnsi="Times New Roman"/>
                <w:color w:val="000000"/>
                <w:w w:val="97"/>
                <w:sz w:val="16"/>
                <w:lang w:val="ru-RU"/>
              </w:rPr>
              <w:t xml:space="preserve">Работать со словарями, определять значение </w:t>
            </w:r>
            <w:r w:rsidRPr="00452651">
              <w:rPr>
                <w:lang w:val="ru-RU"/>
              </w:rPr>
              <w:br/>
            </w:r>
            <w:r w:rsidRPr="00452651">
              <w:rPr>
                <w:rFonts w:ascii="Times New Roman" w:eastAsia="Times New Roman" w:hAnsi="Times New Roman"/>
                <w:color w:val="000000"/>
                <w:w w:val="97"/>
                <w:sz w:val="16"/>
                <w:lang w:val="ru-RU"/>
              </w:rPr>
              <w:t xml:space="preserve">незнакомых слов.; </w:t>
            </w:r>
            <w:r w:rsidRPr="00452651">
              <w:rPr>
                <w:lang w:val="ru-RU"/>
              </w:rPr>
              <w:br/>
            </w:r>
            <w:r w:rsidRPr="00452651">
              <w:rPr>
                <w:rFonts w:ascii="Times New Roman" w:eastAsia="Times New Roman" w:hAnsi="Times New Roman"/>
                <w:color w:val="000000"/>
                <w:w w:val="97"/>
                <w:sz w:val="16"/>
                <w:lang w:val="ru-RU"/>
              </w:rPr>
              <w:t>Писать отзыв на одно из произведений.;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F258E2"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48B45D"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/lesson/7408/</w:t>
            </w:r>
          </w:p>
        </w:tc>
      </w:tr>
      <w:tr w:rsidR="003C5F91" w14:paraId="5057480A" w14:textId="77777777">
        <w:trPr>
          <w:trHeight w:hRule="exact" w:val="342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D505A6"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6.2.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5466F46" w14:textId="77777777" w:rsidR="003C5F91" w:rsidRPr="00452651" w:rsidRDefault="00E33273">
            <w:pPr>
              <w:autoSpaceDE w:val="0"/>
              <w:autoSpaceDN w:val="0"/>
              <w:spacing w:before="78" w:after="0" w:line="245" w:lineRule="auto"/>
              <w:ind w:left="72" w:right="144"/>
              <w:rPr>
                <w:lang w:val="ru-RU"/>
              </w:rPr>
            </w:pPr>
            <w:r w:rsidRPr="00452651">
              <w:rPr>
                <w:rFonts w:ascii="Times New Roman" w:eastAsia="Times New Roman" w:hAnsi="Times New Roman"/>
                <w:b/>
                <w:color w:val="000000"/>
                <w:w w:val="97"/>
                <w:sz w:val="16"/>
                <w:lang w:val="ru-RU"/>
              </w:rPr>
              <w:t xml:space="preserve">Произведения отечественных писателей </w:t>
            </w:r>
            <w:r>
              <w:rPr>
                <w:rFonts w:ascii="Times New Roman" w:eastAsia="Times New Roman" w:hAnsi="Times New Roman"/>
                <w:b/>
                <w:color w:val="000000"/>
                <w:w w:val="97"/>
                <w:sz w:val="16"/>
              </w:rPr>
              <w:t>XIX</w:t>
            </w:r>
            <w:r w:rsidRPr="00452651">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452651">
              <w:rPr>
                <w:rFonts w:ascii="Times New Roman" w:eastAsia="Times New Roman" w:hAnsi="Times New Roman"/>
                <w:b/>
                <w:color w:val="000000"/>
                <w:w w:val="97"/>
                <w:sz w:val="16"/>
                <w:lang w:val="ru-RU"/>
              </w:rPr>
              <w:t xml:space="preserve"> веков на тему детства (не менее двух).</w:t>
            </w:r>
          </w:p>
          <w:p w14:paraId="7A278C38" w14:textId="77777777" w:rsidR="003C5F91" w:rsidRPr="00452651" w:rsidRDefault="00E33273">
            <w:pPr>
              <w:autoSpaceDE w:val="0"/>
              <w:autoSpaceDN w:val="0"/>
              <w:spacing w:before="20" w:after="0" w:line="230" w:lineRule="auto"/>
              <w:ind w:left="72"/>
              <w:rPr>
                <w:lang w:val="ru-RU"/>
              </w:rPr>
            </w:pPr>
            <w:r w:rsidRPr="00452651">
              <w:rPr>
                <w:rFonts w:ascii="Times New Roman" w:eastAsia="Times New Roman" w:hAnsi="Times New Roman"/>
                <w:b/>
                <w:color w:val="000000"/>
                <w:w w:val="97"/>
                <w:sz w:val="16"/>
                <w:lang w:val="ru-RU"/>
              </w:rPr>
              <w:t>Например, произведения В. Г. Короленко, В. П. Катаева, В.</w:t>
            </w:r>
          </w:p>
          <w:p w14:paraId="5A3B3E99" w14:textId="77777777" w:rsidR="003C5F91" w:rsidRPr="00452651" w:rsidRDefault="00E33273">
            <w:pPr>
              <w:autoSpaceDE w:val="0"/>
              <w:autoSpaceDN w:val="0"/>
              <w:spacing w:before="20" w:after="0" w:line="250" w:lineRule="auto"/>
              <w:ind w:left="72" w:right="288"/>
              <w:rPr>
                <w:lang w:val="ru-RU"/>
              </w:rPr>
            </w:pPr>
            <w:r w:rsidRPr="00452651">
              <w:rPr>
                <w:rFonts w:ascii="Times New Roman" w:eastAsia="Times New Roman" w:hAnsi="Times New Roman"/>
                <w:b/>
                <w:color w:val="000000"/>
                <w:w w:val="97"/>
                <w:sz w:val="16"/>
                <w:lang w:val="ru-RU"/>
              </w:rPr>
              <w:t xml:space="preserve">П. Крапивина, Ю. П. Казакова, А. Г. Алексина, </w:t>
            </w:r>
            <w:r w:rsidRPr="00452651">
              <w:rPr>
                <w:lang w:val="ru-RU"/>
              </w:rPr>
              <w:br/>
            </w:r>
            <w:r w:rsidRPr="00452651">
              <w:rPr>
                <w:rFonts w:ascii="Times New Roman" w:eastAsia="Times New Roman" w:hAnsi="Times New Roman"/>
                <w:b/>
                <w:color w:val="000000"/>
                <w:w w:val="97"/>
                <w:sz w:val="16"/>
                <w:lang w:val="ru-RU"/>
              </w:rPr>
              <w:t xml:space="preserve">В. П. Астафьева, В. К. Железникова, Ю. Я. Яковлева, Ю. И. Коваля, А. А. </w:t>
            </w:r>
            <w:proofErr w:type="spellStart"/>
            <w:r w:rsidRPr="00452651">
              <w:rPr>
                <w:rFonts w:ascii="Times New Roman" w:eastAsia="Times New Roman" w:hAnsi="Times New Roman"/>
                <w:b/>
                <w:color w:val="000000"/>
                <w:w w:val="97"/>
                <w:sz w:val="16"/>
                <w:lang w:val="ru-RU"/>
              </w:rPr>
              <w:t>Гиваргизова</w:t>
            </w:r>
            <w:proofErr w:type="spellEnd"/>
            <w:r w:rsidRPr="00452651">
              <w:rPr>
                <w:rFonts w:ascii="Times New Roman" w:eastAsia="Times New Roman" w:hAnsi="Times New Roman"/>
                <w:b/>
                <w:color w:val="000000"/>
                <w:w w:val="97"/>
                <w:sz w:val="16"/>
                <w:lang w:val="ru-RU"/>
              </w:rPr>
              <w:t xml:space="preserve">, М. С. </w:t>
            </w:r>
            <w:proofErr w:type="spellStart"/>
            <w:r w:rsidRPr="00452651">
              <w:rPr>
                <w:rFonts w:ascii="Times New Roman" w:eastAsia="Times New Roman" w:hAnsi="Times New Roman"/>
                <w:b/>
                <w:color w:val="000000"/>
                <w:w w:val="97"/>
                <w:sz w:val="16"/>
                <w:lang w:val="ru-RU"/>
              </w:rPr>
              <w:t>Аромштам</w:t>
            </w:r>
            <w:proofErr w:type="spellEnd"/>
            <w:r w:rsidRPr="00452651">
              <w:rPr>
                <w:rFonts w:ascii="Times New Roman" w:eastAsia="Times New Roman" w:hAnsi="Times New Roman"/>
                <w:b/>
                <w:color w:val="000000"/>
                <w:w w:val="97"/>
                <w:sz w:val="16"/>
                <w:lang w:val="ru-RU"/>
              </w:rPr>
              <w:t xml:space="preserve">, </w:t>
            </w:r>
            <w:r w:rsidRPr="00452651">
              <w:rPr>
                <w:lang w:val="ru-RU"/>
              </w:rPr>
              <w:br/>
            </w:r>
            <w:r w:rsidRPr="00452651">
              <w:rPr>
                <w:rFonts w:ascii="Times New Roman" w:eastAsia="Times New Roman" w:hAnsi="Times New Roman"/>
                <w:b/>
                <w:color w:val="000000"/>
                <w:w w:val="97"/>
                <w:sz w:val="16"/>
                <w:lang w:val="ru-RU"/>
              </w:rPr>
              <w:t xml:space="preserve">Н. Ю. </w:t>
            </w:r>
            <w:proofErr w:type="spellStart"/>
            <w:r w:rsidRPr="00452651">
              <w:rPr>
                <w:rFonts w:ascii="Times New Roman" w:eastAsia="Times New Roman" w:hAnsi="Times New Roman"/>
                <w:b/>
                <w:color w:val="000000"/>
                <w:w w:val="97"/>
                <w:sz w:val="16"/>
                <w:lang w:val="ru-RU"/>
              </w:rPr>
              <w:t>Абгарян</w:t>
            </w:r>
            <w:proofErr w:type="spellEnd"/>
            <w:r w:rsidRPr="00452651">
              <w:rPr>
                <w:rFonts w:ascii="Times New Roman" w:eastAsia="Times New Roman" w:hAnsi="Times New Roman"/>
                <w:b/>
                <w:color w:val="000000"/>
                <w:w w:val="97"/>
                <w:sz w:val="16"/>
                <w:lang w:val="ru-RU"/>
              </w:rPr>
              <w:t xml:space="preserve">, А. В. </w:t>
            </w:r>
            <w:proofErr w:type="spellStart"/>
            <w:r w:rsidRPr="00452651">
              <w:rPr>
                <w:rFonts w:ascii="Times New Roman" w:eastAsia="Times New Roman" w:hAnsi="Times New Roman"/>
                <w:b/>
                <w:color w:val="000000"/>
                <w:w w:val="97"/>
                <w:sz w:val="16"/>
                <w:lang w:val="ru-RU"/>
              </w:rPr>
              <w:t>Жвалевского</w:t>
            </w:r>
            <w:proofErr w:type="spellEnd"/>
            <w:r w:rsidRPr="00452651">
              <w:rPr>
                <w:rFonts w:ascii="Times New Roman" w:eastAsia="Times New Roman" w:hAnsi="Times New Roman"/>
                <w:b/>
                <w:color w:val="000000"/>
                <w:w w:val="97"/>
                <w:sz w:val="16"/>
                <w:lang w:val="ru-RU"/>
              </w:rPr>
              <w:t xml:space="preserve"> и Е. Б. Пастернак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DDD4FF8"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51B583"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AD22F4"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7022C59A"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30.01.2023 04.02.2023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103926B" w14:textId="77777777" w:rsidR="003C5F91" w:rsidRDefault="00E33273">
            <w:pPr>
              <w:autoSpaceDE w:val="0"/>
              <w:autoSpaceDN w:val="0"/>
              <w:spacing w:before="78" w:after="0" w:line="254" w:lineRule="auto"/>
              <w:ind w:left="68" w:right="144"/>
            </w:pPr>
            <w:r w:rsidRPr="00452651">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452651">
              <w:rPr>
                <w:lang w:val="ru-RU"/>
              </w:rPr>
              <w:br/>
            </w:r>
            <w:r w:rsidRPr="00452651">
              <w:rPr>
                <w:rFonts w:ascii="Times New Roman" w:eastAsia="Times New Roman" w:hAnsi="Times New Roman"/>
                <w:color w:val="000000"/>
                <w:w w:val="97"/>
                <w:sz w:val="16"/>
                <w:lang w:val="ru-RU"/>
              </w:rPr>
              <w:t xml:space="preserve">Отвечать на вопросы, формулировать самостоятельно вопросы к тексту, пересказывать прозаические </w:t>
            </w:r>
            <w:r w:rsidRPr="00452651">
              <w:rPr>
                <w:lang w:val="ru-RU"/>
              </w:rPr>
              <w:br/>
            </w:r>
            <w:r w:rsidRPr="00452651">
              <w:rPr>
                <w:rFonts w:ascii="Times New Roman" w:eastAsia="Times New Roman" w:hAnsi="Times New Roman"/>
                <w:color w:val="000000"/>
                <w:w w:val="97"/>
                <w:sz w:val="16"/>
                <w:lang w:val="ru-RU"/>
              </w:rPr>
              <w:t xml:space="preserve">произведения.; </w:t>
            </w:r>
            <w:r w:rsidRPr="00452651">
              <w:rPr>
                <w:lang w:val="ru-RU"/>
              </w:rPr>
              <w:br/>
            </w:r>
            <w:r w:rsidRPr="00452651">
              <w:rPr>
                <w:rFonts w:ascii="Times New Roman" w:eastAsia="Times New Roman" w:hAnsi="Times New Roman"/>
                <w:color w:val="000000"/>
                <w:w w:val="97"/>
                <w:sz w:val="16"/>
                <w:lang w:val="ru-RU"/>
              </w:rPr>
              <w:t xml:space="preserve">Определять тему, идею произведения.;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составлять их </w:t>
            </w:r>
            <w:r w:rsidRPr="00452651">
              <w:rPr>
                <w:lang w:val="ru-RU"/>
              </w:rPr>
              <w:br/>
            </w:r>
            <w:r w:rsidRPr="00452651">
              <w:rPr>
                <w:rFonts w:ascii="Times New Roman" w:eastAsia="Times New Roman" w:hAnsi="Times New Roman"/>
                <w:color w:val="000000"/>
                <w:w w:val="97"/>
                <w:sz w:val="16"/>
                <w:lang w:val="ru-RU"/>
              </w:rPr>
              <w:t xml:space="preserve">словесный портрет.; </w:t>
            </w:r>
            <w:r w:rsidRPr="00452651">
              <w:rPr>
                <w:lang w:val="ru-RU"/>
              </w:rPr>
              <w:br/>
            </w:r>
            <w:r w:rsidRPr="00452651">
              <w:rPr>
                <w:rFonts w:ascii="Times New Roman" w:eastAsia="Times New Roman" w:hAnsi="Times New Roman"/>
                <w:color w:val="000000"/>
                <w:w w:val="97"/>
                <w:sz w:val="16"/>
                <w:lang w:val="ru-RU"/>
              </w:rPr>
              <w:t xml:space="preserve">Сопоставлять героев и их поступки с другими </w:t>
            </w:r>
            <w:r w:rsidRPr="00452651">
              <w:rPr>
                <w:lang w:val="ru-RU"/>
              </w:rPr>
              <w:br/>
            </w:r>
            <w:r w:rsidRPr="00452651">
              <w:rPr>
                <w:rFonts w:ascii="Times New Roman" w:eastAsia="Times New Roman" w:hAnsi="Times New Roman"/>
                <w:color w:val="000000"/>
                <w:w w:val="97"/>
                <w:sz w:val="16"/>
                <w:lang w:val="ru-RU"/>
              </w:rPr>
              <w:t xml:space="preserve">персонажами прочитанного произведения и </w:t>
            </w:r>
            <w:r w:rsidRPr="00452651">
              <w:rPr>
                <w:lang w:val="ru-RU"/>
              </w:rPr>
              <w:br/>
            </w:r>
            <w:r w:rsidRPr="00452651">
              <w:rPr>
                <w:rFonts w:ascii="Times New Roman" w:eastAsia="Times New Roman" w:hAnsi="Times New Roman"/>
                <w:color w:val="000000"/>
                <w:w w:val="97"/>
                <w:sz w:val="16"/>
                <w:lang w:val="ru-RU"/>
              </w:rPr>
              <w:t xml:space="preserve">персонажами других произведений.; </w:t>
            </w:r>
            <w:r w:rsidRPr="00452651">
              <w:rPr>
                <w:lang w:val="ru-RU"/>
              </w:rPr>
              <w:br/>
            </w:r>
            <w:r w:rsidRPr="00452651">
              <w:rPr>
                <w:rFonts w:ascii="Times New Roman" w:eastAsia="Times New Roman" w:hAnsi="Times New Roman"/>
                <w:color w:val="000000"/>
                <w:w w:val="97"/>
                <w:sz w:val="16"/>
                <w:lang w:val="ru-RU"/>
              </w:rPr>
              <w:t xml:space="preserve">Выявлять авторскую позицию.; </w:t>
            </w:r>
            <w:r w:rsidRPr="00452651">
              <w:rPr>
                <w:lang w:val="ru-RU"/>
              </w:rPr>
              <w:br/>
            </w:r>
            <w:r w:rsidRPr="00452651">
              <w:rPr>
                <w:rFonts w:ascii="Times New Roman" w:eastAsia="Times New Roman" w:hAnsi="Times New Roman"/>
                <w:color w:val="000000"/>
                <w:w w:val="97"/>
                <w:sz w:val="16"/>
                <w:lang w:val="ru-RU"/>
              </w:rPr>
              <w:t xml:space="preserve">Высказывать своё отношение к событиям, </w:t>
            </w:r>
            <w:r w:rsidRPr="00452651">
              <w:rPr>
                <w:lang w:val="ru-RU"/>
              </w:rPr>
              <w:br/>
            </w:r>
            <w:r w:rsidRPr="00452651">
              <w:rPr>
                <w:rFonts w:ascii="Times New Roman" w:eastAsia="Times New Roman" w:hAnsi="Times New Roman"/>
                <w:color w:val="000000"/>
                <w:w w:val="97"/>
                <w:sz w:val="16"/>
                <w:lang w:val="ru-RU"/>
              </w:rPr>
              <w:t xml:space="preserve">изображённым в произведении.; </w:t>
            </w:r>
            <w:r w:rsidRPr="00452651">
              <w:rPr>
                <w:lang w:val="ru-RU"/>
              </w:rPr>
              <w:br/>
            </w:r>
            <w:r w:rsidRPr="00452651">
              <w:rPr>
                <w:rFonts w:ascii="Times New Roman" w:eastAsia="Times New Roman" w:hAnsi="Times New Roman"/>
                <w:color w:val="000000"/>
                <w:w w:val="97"/>
                <w:sz w:val="16"/>
                <w:lang w:val="ru-RU"/>
              </w:rPr>
              <w:t xml:space="preserve">Писать отзыв на прочитанную книгу.; </w:t>
            </w:r>
            <w:r w:rsidRPr="00452651">
              <w:rPr>
                <w:lang w:val="ru-RU"/>
              </w:rPr>
              <w:br/>
            </w:r>
            <w:r w:rsidRPr="00452651">
              <w:rPr>
                <w:rFonts w:ascii="Times New Roman" w:eastAsia="Times New Roman" w:hAnsi="Times New Roman"/>
                <w:color w:val="000000"/>
                <w:w w:val="97"/>
                <w:sz w:val="16"/>
                <w:lang w:val="ru-RU"/>
              </w:rPr>
              <w:t xml:space="preserve">Выстраивать с помощью учителя траекторию </w:t>
            </w:r>
            <w:r w:rsidRPr="00452651">
              <w:rPr>
                <w:lang w:val="ru-RU"/>
              </w:rPr>
              <w:br/>
            </w:r>
            <w:proofErr w:type="spellStart"/>
            <w:r>
              <w:rPr>
                <w:rFonts w:ascii="Times New Roman" w:eastAsia="Times New Roman" w:hAnsi="Times New Roman"/>
                <w:color w:val="000000"/>
                <w:w w:val="97"/>
                <w:sz w:val="16"/>
              </w:rPr>
              <w:t>самостоятельного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чтения</w:t>
            </w:r>
            <w:proofErr w:type="spellEnd"/>
            <w:r>
              <w:rPr>
                <w:rFonts w:ascii="Times New Roman" w:eastAsia="Times New Roman" w:hAnsi="Times New Roman"/>
                <w:color w:val="000000"/>
                <w:w w:val="97"/>
                <w:sz w:val="16"/>
              </w:rPr>
              <w:t>.;</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14D4E3"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Устный опрос;</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737BCEB"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lesson/7374/</w:t>
            </w:r>
          </w:p>
        </w:tc>
      </w:tr>
      <w:tr w:rsidR="003C5F91" w14:paraId="0A9B1B41" w14:textId="77777777">
        <w:trPr>
          <w:trHeight w:hRule="exact" w:val="217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738FD2"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6.3.</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F6147E6" w14:textId="77777777" w:rsidR="003C5F91" w:rsidRPr="00452651" w:rsidRDefault="00E33273">
            <w:pPr>
              <w:autoSpaceDE w:val="0"/>
              <w:autoSpaceDN w:val="0"/>
              <w:spacing w:before="78" w:after="0" w:line="245" w:lineRule="auto"/>
              <w:ind w:left="72" w:right="432"/>
              <w:rPr>
                <w:lang w:val="ru-RU"/>
              </w:rPr>
            </w:pPr>
            <w:r w:rsidRPr="00452651">
              <w:rPr>
                <w:rFonts w:ascii="Times New Roman" w:eastAsia="Times New Roman" w:hAnsi="Times New Roman"/>
                <w:b/>
                <w:color w:val="000000"/>
                <w:w w:val="97"/>
                <w:sz w:val="16"/>
                <w:lang w:val="ru-RU"/>
              </w:rPr>
              <w:t>Произведения приключенческого жанра отечественных писателей (одно по выбору).</w:t>
            </w:r>
          </w:p>
          <w:p w14:paraId="62102FE0" w14:textId="77777777" w:rsidR="003C5F91" w:rsidRPr="00452651" w:rsidRDefault="00E33273">
            <w:pPr>
              <w:autoSpaceDE w:val="0"/>
              <w:autoSpaceDN w:val="0"/>
              <w:spacing w:before="20" w:after="0" w:line="247" w:lineRule="auto"/>
              <w:ind w:left="72" w:right="144"/>
              <w:rPr>
                <w:lang w:val="ru-RU"/>
              </w:rPr>
            </w:pPr>
            <w:r w:rsidRPr="00452651">
              <w:rPr>
                <w:rFonts w:ascii="Times New Roman" w:eastAsia="Times New Roman" w:hAnsi="Times New Roman"/>
                <w:b/>
                <w:color w:val="000000"/>
                <w:w w:val="97"/>
                <w:sz w:val="16"/>
                <w:lang w:val="ru-RU"/>
              </w:rPr>
              <w:t xml:space="preserve">Например, К. Булычёв «Девочка, с </w:t>
            </w:r>
            <w:proofErr w:type="spellStart"/>
            <w:r w:rsidRPr="00452651">
              <w:rPr>
                <w:rFonts w:ascii="Times New Roman" w:eastAsia="Times New Roman" w:hAnsi="Times New Roman"/>
                <w:b/>
                <w:color w:val="000000"/>
                <w:w w:val="97"/>
                <w:sz w:val="16"/>
                <w:lang w:val="ru-RU"/>
              </w:rPr>
              <w:t>которойничегоне</w:t>
            </w:r>
            <w:proofErr w:type="spellEnd"/>
            <w:r w:rsidRPr="00452651">
              <w:rPr>
                <w:rFonts w:ascii="Times New Roman" w:eastAsia="Times New Roman" w:hAnsi="Times New Roman"/>
                <w:b/>
                <w:color w:val="000000"/>
                <w:w w:val="97"/>
                <w:sz w:val="16"/>
                <w:lang w:val="ru-RU"/>
              </w:rPr>
              <w:t xml:space="preserve"> случится», «Миллион приключений» (главы по выбору)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097EB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FF4BF"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6D264B"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1D62DC19"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20.02.2023 28.02.2023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74A25E2E" w14:textId="77777777" w:rsidR="003C5F91" w:rsidRDefault="00E33273">
            <w:pPr>
              <w:autoSpaceDE w:val="0"/>
              <w:autoSpaceDN w:val="0"/>
              <w:spacing w:before="78" w:after="0" w:line="254" w:lineRule="auto"/>
              <w:ind w:left="68" w:right="144"/>
            </w:pPr>
            <w:r w:rsidRPr="00452651">
              <w:rPr>
                <w:rFonts w:ascii="Times New Roman" w:eastAsia="Times New Roman" w:hAnsi="Times New Roman"/>
                <w:color w:val="000000"/>
                <w:w w:val="97"/>
                <w:sz w:val="16"/>
                <w:lang w:val="ru-RU"/>
              </w:rPr>
              <w:t xml:space="preserve">Воспринимать и выразительно читать прозаический текст, отвечать на вопросы, пересказывать текст, используя авторские средства художественной </w:t>
            </w:r>
            <w:r w:rsidRPr="00452651">
              <w:rPr>
                <w:lang w:val="ru-RU"/>
              </w:rPr>
              <w:br/>
            </w:r>
            <w:r w:rsidRPr="00452651">
              <w:rPr>
                <w:rFonts w:ascii="Times New Roman" w:eastAsia="Times New Roman" w:hAnsi="Times New Roman"/>
                <w:color w:val="000000"/>
                <w:w w:val="97"/>
                <w:sz w:val="16"/>
                <w:lang w:val="ru-RU"/>
              </w:rPr>
              <w:t xml:space="preserve">выразительности.; </w:t>
            </w:r>
            <w:r w:rsidRPr="00452651">
              <w:rPr>
                <w:lang w:val="ru-RU"/>
              </w:rPr>
              <w:br/>
            </w:r>
            <w:r w:rsidRPr="00452651">
              <w:rPr>
                <w:rFonts w:ascii="Times New Roman" w:eastAsia="Times New Roman" w:hAnsi="Times New Roman"/>
                <w:color w:val="000000"/>
                <w:w w:val="97"/>
                <w:sz w:val="16"/>
                <w:lang w:val="ru-RU"/>
              </w:rPr>
              <w:t xml:space="preserve">Определять тему, идею произведения.;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основные события.; Писать отзыв на прочитанное произведение, </w:t>
            </w:r>
            <w:r w:rsidRPr="00452651">
              <w:rPr>
                <w:lang w:val="ru-RU"/>
              </w:rPr>
              <w:br/>
            </w:r>
            <w:r w:rsidRPr="00452651">
              <w:rPr>
                <w:rFonts w:ascii="Times New Roman" w:eastAsia="Times New Roman" w:hAnsi="Times New Roman"/>
                <w:color w:val="000000"/>
                <w:w w:val="97"/>
                <w:sz w:val="16"/>
                <w:lang w:val="ru-RU"/>
              </w:rPr>
              <w:t xml:space="preserve">аргументировать своё мнение.; </w:t>
            </w:r>
            <w:r w:rsidRPr="00452651">
              <w:rPr>
                <w:lang w:val="ru-RU"/>
              </w:rPr>
              <w:br/>
            </w:r>
            <w:r w:rsidRPr="00452651">
              <w:rPr>
                <w:rFonts w:ascii="Times New Roman" w:eastAsia="Times New Roman" w:hAnsi="Times New Roman"/>
                <w:color w:val="000000"/>
                <w:w w:val="97"/>
                <w:sz w:val="16"/>
                <w:lang w:val="ru-RU"/>
              </w:rPr>
              <w:t xml:space="preserve">Выстраивать с помощью учителя траекторию </w:t>
            </w:r>
            <w:r w:rsidRPr="00452651">
              <w:rPr>
                <w:lang w:val="ru-RU"/>
              </w:rPr>
              <w:br/>
            </w:r>
            <w:proofErr w:type="spellStart"/>
            <w:r>
              <w:rPr>
                <w:rFonts w:ascii="Times New Roman" w:eastAsia="Times New Roman" w:hAnsi="Times New Roman"/>
                <w:color w:val="000000"/>
                <w:w w:val="97"/>
                <w:sz w:val="16"/>
              </w:rPr>
              <w:t>самостоятельного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чтения</w:t>
            </w:r>
            <w:proofErr w:type="spellEnd"/>
            <w:r>
              <w:rPr>
                <w:rFonts w:ascii="Times New Roman" w:eastAsia="Times New Roman" w:hAnsi="Times New Roman"/>
                <w:color w:val="000000"/>
                <w:w w:val="97"/>
                <w:sz w:val="16"/>
              </w:rPr>
              <w:t>.;</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040645"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Устный опрос;</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14CC5"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https://resh.edu.ru/subject/ lesson/7399/start/301528/</w:t>
            </w:r>
          </w:p>
        </w:tc>
      </w:tr>
      <w:tr w:rsidR="003C5F91" w14:paraId="060DB22C"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B713F7C"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29D8510"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16</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30068AF5" w14:textId="77777777" w:rsidR="003C5F91" w:rsidRDefault="003C5F91"/>
        </w:tc>
      </w:tr>
      <w:tr w:rsidR="003C5F91" w:rsidRPr="009C6A0C" w14:paraId="7A4DB773" w14:textId="77777777">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678FB4E" w14:textId="77777777" w:rsidR="003C5F91" w:rsidRPr="00452651" w:rsidRDefault="00E33273">
            <w:pPr>
              <w:autoSpaceDE w:val="0"/>
              <w:autoSpaceDN w:val="0"/>
              <w:spacing w:before="76" w:after="0" w:line="233" w:lineRule="auto"/>
              <w:ind w:left="72"/>
              <w:rPr>
                <w:lang w:val="ru-RU"/>
              </w:rPr>
            </w:pPr>
            <w:r w:rsidRPr="00452651">
              <w:rPr>
                <w:rFonts w:ascii="Times New Roman" w:eastAsia="Times New Roman" w:hAnsi="Times New Roman"/>
                <w:color w:val="000000"/>
                <w:w w:val="97"/>
                <w:sz w:val="16"/>
                <w:lang w:val="ru-RU"/>
              </w:rPr>
              <w:t xml:space="preserve">Раздел 7. </w:t>
            </w:r>
            <w:r w:rsidRPr="00452651">
              <w:rPr>
                <w:rFonts w:ascii="Times New Roman" w:eastAsia="Times New Roman" w:hAnsi="Times New Roman"/>
                <w:b/>
                <w:color w:val="000000"/>
                <w:w w:val="97"/>
                <w:sz w:val="16"/>
                <w:lang w:val="ru-RU"/>
              </w:rPr>
              <w:t>Литература народов Российской Федерации</w:t>
            </w:r>
          </w:p>
        </w:tc>
      </w:tr>
    </w:tbl>
    <w:p w14:paraId="1283A7FF" w14:textId="77777777" w:rsidR="003C5F91" w:rsidRPr="00452651" w:rsidRDefault="003C5F91">
      <w:pPr>
        <w:autoSpaceDE w:val="0"/>
        <w:autoSpaceDN w:val="0"/>
        <w:spacing w:after="0" w:line="14" w:lineRule="exact"/>
        <w:rPr>
          <w:lang w:val="ru-RU"/>
        </w:rPr>
      </w:pPr>
    </w:p>
    <w:p w14:paraId="5FD0A6CB" w14:textId="77777777" w:rsidR="003C5F91" w:rsidRPr="00452651" w:rsidRDefault="003C5F91">
      <w:pPr>
        <w:rPr>
          <w:lang w:val="ru-RU"/>
        </w:rPr>
        <w:sectPr w:rsidR="003C5F91" w:rsidRPr="00452651">
          <w:pgSz w:w="16840" w:h="11900"/>
          <w:pgMar w:top="284" w:right="640" w:bottom="706" w:left="666" w:header="720" w:footer="720" w:gutter="0"/>
          <w:cols w:space="720" w:equalWidth="0">
            <w:col w:w="15534" w:space="0"/>
          </w:cols>
          <w:docGrid w:linePitch="360"/>
        </w:sectPr>
      </w:pPr>
    </w:p>
    <w:p w14:paraId="629BACAF" w14:textId="77777777" w:rsidR="003C5F91" w:rsidRPr="00452651" w:rsidRDefault="003C5F91">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47B7FC6D" w14:textId="77777777">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CA7D8"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7.1.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76FFBD04"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b/>
                <w:color w:val="000000"/>
                <w:w w:val="97"/>
                <w:sz w:val="16"/>
                <w:lang w:val="ru-RU"/>
              </w:rPr>
              <w:t>Стихотворения (одно по выбору).</w:t>
            </w:r>
          </w:p>
          <w:p w14:paraId="4C034175" w14:textId="77777777" w:rsidR="003C5F91" w:rsidRPr="00452651" w:rsidRDefault="00E33273">
            <w:pPr>
              <w:autoSpaceDE w:val="0"/>
              <w:autoSpaceDN w:val="0"/>
              <w:spacing w:before="20" w:after="0" w:line="245" w:lineRule="auto"/>
              <w:ind w:left="72"/>
              <w:rPr>
                <w:lang w:val="ru-RU"/>
              </w:rPr>
            </w:pPr>
            <w:r w:rsidRPr="00452651">
              <w:rPr>
                <w:rFonts w:ascii="Times New Roman" w:eastAsia="Times New Roman" w:hAnsi="Times New Roman"/>
                <w:b/>
                <w:color w:val="000000"/>
                <w:w w:val="97"/>
                <w:sz w:val="16"/>
                <w:lang w:val="ru-RU"/>
              </w:rPr>
              <w:t xml:space="preserve">Например, Р. Г. Гамзатов. «Песня соловья»; М. Карим. «Эту песню мать мне пела»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F2FAD9"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8E2C67"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A2F87"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010E2C28"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01.03.2023 11.03.2023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17C0B368" w14:textId="77777777" w:rsidR="003C5F91" w:rsidRPr="00452651" w:rsidRDefault="00E33273">
            <w:pPr>
              <w:autoSpaceDE w:val="0"/>
              <w:autoSpaceDN w:val="0"/>
              <w:spacing w:before="78" w:after="0" w:line="252" w:lineRule="auto"/>
              <w:ind w:left="68" w:right="144"/>
              <w:rPr>
                <w:lang w:val="ru-RU"/>
              </w:rPr>
            </w:pPr>
            <w:r w:rsidRPr="00452651">
              <w:rPr>
                <w:rFonts w:ascii="Times New Roman" w:eastAsia="Times New Roman" w:hAnsi="Times New Roman"/>
                <w:color w:val="000000"/>
                <w:w w:val="97"/>
                <w:sz w:val="16"/>
                <w:lang w:val="ru-RU"/>
              </w:rPr>
              <w:t xml:space="preserve">Выразительно читать и анализировать поэтический текст.; </w:t>
            </w:r>
            <w:r w:rsidRPr="00452651">
              <w:rPr>
                <w:lang w:val="ru-RU"/>
              </w:rPr>
              <w:br/>
            </w:r>
            <w:r w:rsidRPr="00452651">
              <w:rPr>
                <w:rFonts w:ascii="Times New Roman" w:eastAsia="Times New Roman" w:hAnsi="Times New Roman"/>
                <w:color w:val="000000"/>
                <w:w w:val="97"/>
                <w:sz w:val="16"/>
                <w:lang w:val="ru-RU"/>
              </w:rPr>
              <w:t xml:space="preserve">Характеризовать лирического героя.; </w:t>
            </w:r>
            <w:r w:rsidRPr="00452651">
              <w:rPr>
                <w:lang w:val="ru-RU"/>
              </w:rPr>
              <w:br/>
            </w:r>
            <w:r w:rsidRPr="00452651">
              <w:rPr>
                <w:rFonts w:ascii="Times New Roman" w:eastAsia="Times New Roman" w:hAnsi="Times New Roman"/>
                <w:color w:val="000000"/>
                <w:w w:val="97"/>
                <w:sz w:val="16"/>
                <w:lang w:val="ru-RU"/>
              </w:rPr>
              <w:t xml:space="preserve">Определять общность темы и её художественное </w:t>
            </w:r>
            <w:r w:rsidRPr="00452651">
              <w:rPr>
                <w:lang w:val="ru-RU"/>
              </w:rPr>
              <w:br/>
            </w:r>
            <w:r w:rsidRPr="00452651">
              <w:rPr>
                <w:rFonts w:ascii="Times New Roman" w:eastAsia="Times New Roman" w:hAnsi="Times New Roman"/>
                <w:color w:val="000000"/>
                <w:w w:val="97"/>
                <w:sz w:val="16"/>
                <w:lang w:val="ru-RU"/>
              </w:rPr>
              <w:t xml:space="preserve">воплощение в стихотворениях русской поэзии и в произведениях поэтов народов России.; </w:t>
            </w:r>
            <w:r w:rsidRPr="00452651">
              <w:rPr>
                <w:lang w:val="ru-RU"/>
              </w:rPr>
              <w:br/>
            </w:r>
            <w:r w:rsidRPr="00452651">
              <w:rPr>
                <w:rFonts w:ascii="Times New Roman" w:eastAsia="Times New Roman" w:hAnsi="Times New Roman"/>
                <w:color w:val="000000"/>
                <w:w w:val="97"/>
                <w:sz w:val="16"/>
                <w:lang w:val="ru-RU"/>
              </w:rPr>
              <w:t>Выявлять художественные средства выразительности.;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AF4B16" w14:textId="77777777" w:rsidR="003C5F91" w:rsidRDefault="00E33273">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E07A13"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/lesson/7379/</w:t>
            </w:r>
          </w:p>
        </w:tc>
      </w:tr>
      <w:tr w:rsidR="003C5F91" w14:paraId="1E80FDAD"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85BAD0C"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0AA230"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3</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2FCFCF4" w14:textId="77777777" w:rsidR="003C5F91" w:rsidRDefault="003C5F91"/>
        </w:tc>
      </w:tr>
      <w:tr w:rsidR="003C5F91" w14:paraId="263B97F4" w14:textId="77777777">
        <w:trPr>
          <w:trHeight w:hRule="exact" w:val="37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59091F0"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 xml:space="preserve">Раздел 8. </w:t>
            </w:r>
            <w:r>
              <w:rPr>
                <w:rFonts w:ascii="Times New Roman" w:eastAsia="Times New Roman" w:hAnsi="Times New Roman"/>
                <w:b/>
                <w:color w:val="000000"/>
                <w:w w:val="97"/>
                <w:sz w:val="16"/>
              </w:rPr>
              <w:t>Зарубежная литература</w:t>
            </w:r>
          </w:p>
        </w:tc>
      </w:tr>
      <w:tr w:rsidR="003C5F91" w14:paraId="4DD4E570" w14:textId="77777777">
        <w:trPr>
          <w:trHeight w:hRule="exact" w:val="265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7413778" w14:textId="77777777" w:rsidR="003C5F91" w:rsidRDefault="00E33273">
            <w:pPr>
              <w:autoSpaceDE w:val="0"/>
              <w:autoSpaceDN w:val="0"/>
              <w:spacing w:before="76" w:after="0" w:line="233" w:lineRule="auto"/>
              <w:jc w:val="center"/>
            </w:pPr>
            <w:r>
              <w:rPr>
                <w:rFonts w:ascii="Times New Roman" w:eastAsia="Times New Roman" w:hAnsi="Times New Roman"/>
                <w:color w:val="000000"/>
                <w:w w:val="97"/>
                <w:sz w:val="16"/>
              </w:rPr>
              <w:t>8.1.</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7BF9C989" w14:textId="77777777" w:rsidR="003C5F91" w:rsidRDefault="00E33273">
            <w:pPr>
              <w:autoSpaceDE w:val="0"/>
              <w:autoSpaceDN w:val="0"/>
              <w:spacing w:before="76" w:after="0" w:line="245" w:lineRule="auto"/>
              <w:ind w:left="72" w:right="1152"/>
            </w:pPr>
            <w:r w:rsidRPr="00452651">
              <w:rPr>
                <w:rFonts w:ascii="Times New Roman" w:eastAsia="Times New Roman" w:hAnsi="Times New Roman"/>
                <w:b/>
                <w:color w:val="000000"/>
                <w:w w:val="97"/>
                <w:sz w:val="16"/>
                <w:lang w:val="ru-RU"/>
              </w:rPr>
              <w:t xml:space="preserve">Х. К. Андерсен. Сказки (одна по выбору). </w:t>
            </w:r>
            <w:proofErr w:type="spellStart"/>
            <w:r>
              <w:rPr>
                <w:rFonts w:ascii="Times New Roman" w:eastAsia="Times New Roman" w:hAnsi="Times New Roman"/>
                <w:b/>
                <w:color w:val="000000"/>
                <w:w w:val="97"/>
                <w:sz w:val="16"/>
              </w:rPr>
              <w:t>Например</w:t>
            </w:r>
            <w:proofErr w:type="spellEnd"/>
            <w:r>
              <w:rPr>
                <w:rFonts w:ascii="Times New Roman" w:eastAsia="Times New Roman" w:hAnsi="Times New Roman"/>
                <w:b/>
                <w:color w:val="000000"/>
                <w:w w:val="97"/>
                <w:sz w:val="16"/>
              </w:rPr>
              <w:t>, «</w:t>
            </w:r>
            <w:proofErr w:type="spellStart"/>
            <w:r>
              <w:rPr>
                <w:rFonts w:ascii="Times New Roman" w:eastAsia="Times New Roman" w:hAnsi="Times New Roman"/>
                <w:b/>
                <w:color w:val="000000"/>
                <w:w w:val="97"/>
                <w:sz w:val="16"/>
              </w:rPr>
              <w:t>Снежная</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королева</w:t>
            </w:r>
            <w:proofErr w:type="spellEnd"/>
            <w:r>
              <w:rPr>
                <w:rFonts w:ascii="Times New Roman" w:eastAsia="Times New Roman" w:hAnsi="Times New Roman"/>
                <w:b/>
                <w:color w:val="000000"/>
                <w:w w:val="97"/>
                <w:sz w:val="16"/>
              </w:rPr>
              <w:t>», «</w:t>
            </w:r>
            <w:proofErr w:type="spellStart"/>
            <w:r>
              <w:rPr>
                <w:rFonts w:ascii="Times New Roman" w:eastAsia="Times New Roman" w:hAnsi="Times New Roman"/>
                <w:b/>
                <w:color w:val="000000"/>
                <w:w w:val="97"/>
                <w:sz w:val="16"/>
              </w:rPr>
              <w:t>Соловей</w:t>
            </w:r>
            <w:proofErr w:type="spellEnd"/>
            <w:r>
              <w:rPr>
                <w:rFonts w:ascii="Times New Roman" w:eastAsia="Times New Roman" w:hAnsi="Times New Roman"/>
                <w:b/>
                <w:color w:val="000000"/>
                <w:w w:val="97"/>
                <w:sz w:val="16"/>
              </w:rPr>
              <w:t>»</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B58FE5"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5E193D"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CFAF2DB" w14:textId="77777777" w:rsidR="003C5F91" w:rsidRDefault="00E33273">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02439028"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13.03.2023 23.03.2023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74FE04C7" w14:textId="77777777" w:rsidR="003C5F91" w:rsidRPr="00452651" w:rsidRDefault="00E33273">
            <w:pPr>
              <w:autoSpaceDE w:val="0"/>
              <w:autoSpaceDN w:val="0"/>
              <w:spacing w:before="76" w:after="0" w:line="254" w:lineRule="auto"/>
              <w:ind w:left="68"/>
              <w:rPr>
                <w:lang w:val="ru-RU"/>
              </w:rPr>
            </w:pPr>
            <w:r w:rsidRPr="00452651">
              <w:rPr>
                <w:rFonts w:ascii="Times New Roman" w:eastAsia="Times New Roman" w:hAnsi="Times New Roman"/>
                <w:color w:val="000000"/>
                <w:w w:val="97"/>
                <w:sz w:val="16"/>
                <w:lang w:val="ru-RU"/>
              </w:rPr>
              <w:t xml:space="preserve">Читать сказку, отвечать на вопросы, пересказывать.; Определять сюжет, композиционные и художественные особенности произведения.; </w:t>
            </w:r>
            <w:r w:rsidRPr="00452651">
              <w:rPr>
                <w:lang w:val="ru-RU"/>
              </w:rPr>
              <w:br/>
            </w:r>
            <w:r w:rsidRPr="00452651">
              <w:rPr>
                <w:rFonts w:ascii="Times New Roman" w:eastAsia="Times New Roman" w:hAnsi="Times New Roman"/>
                <w:color w:val="000000"/>
                <w:w w:val="97"/>
                <w:sz w:val="16"/>
                <w:lang w:val="ru-RU"/>
              </w:rPr>
              <w:t xml:space="preserve">Формулировать вопросы к отдельным фрагментам сказки.;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сравнивать их </w:t>
            </w:r>
            <w:r w:rsidRPr="00452651">
              <w:rPr>
                <w:lang w:val="ru-RU"/>
              </w:rPr>
              <w:br/>
            </w:r>
            <w:r w:rsidRPr="00452651">
              <w:rPr>
                <w:rFonts w:ascii="Times New Roman" w:eastAsia="Times New Roman" w:hAnsi="Times New Roman"/>
                <w:color w:val="000000"/>
                <w:w w:val="97"/>
                <w:sz w:val="16"/>
                <w:lang w:val="ru-RU"/>
              </w:rPr>
              <w:t xml:space="preserve">поступки.; </w:t>
            </w:r>
            <w:r w:rsidRPr="00452651">
              <w:rPr>
                <w:lang w:val="ru-RU"/>
              </w:rPr>
              <w:br/>
            </w:r>
            <w:r w:rsidRPr="00452651">
              <w:rPr>
                <w:rFonts w:ascii="Times New Roman" w:eastAsia="Times New Roman" w:hAnsi="Times New Roman"/>
                <w:color w:val="000000"/>
                <w:w w:val="97"/>
                <w:sz w:val="16"/>
                <w:lang w:val="ru-RU"/>
              </w:rPr>
              <w:t xml:space="preserve">Высказывать своё отношение к событиям и героям сказки.; </w:t>
            </w:r>
            <w:r w:rsidRPr="00452651">
              <w:rPr>
                <w:lang w:val="ru-RU"/>
              </w:rPr>
              <w:br/>
            </w:r>
            <w:r w:rsidRPr="00452651">
              <w:rPr>
                <w:rFonts w:ascii="Times New Roman" w:eastAsia="Times New Roman" w:hAnsi="Times New Roman"/>
                <w:color w:val="000000"/>
                <w:w w:val="97"/>
                <w:sz w:val="16"/>
                <w:lang w:val="ru-RU"/>
              </w:rPr>
              <w:t xml:space="preserve">Определять связь сказки Х. К. Андерсена с </w:t>
            </w:r>
            <w:r w:rsidRPr="00452651">
              <w:rPr>
                <w:lang w:val="ru-RU"/>
              </w:rPr>
              <w:br/>
            </w:r>
            <w:r w:rsidRPr="00452651">
              <w:rPr>
                <w:rFonts w:ascii="Times New Roman" w:eastAsia="Times New Roman" w:hAnsi="Times New Roman"/>
                <w:color w:val="000000"/>
                <w:w w:val="97"/>
                <w:sz w:val="16"/>
                <w:lang w:val="ru-RU"/>
              </w:rPr>
              <w:t xml:space="preserve">фольклорными произведениями.; </w:t>
            </w:r>
            <w:r w:rsidRPr="00452651">
              <w:rPr>
                <w:lang w:val="ru-RU"/>
              </w:rPr>
              <w:br/>
            </w:r>
            <w:r w:rsidRPr="00452651">
              <w:rPr>
                <w:rFonts w:ascii="Times New Roman" w:eastAsia="Times New Roman" w:hAnsi="Times New Roman"/>
                <w:color w:val="000000"/>
                <w:w w:val="97"/>
                <w:sz w:val="16"/>
                <w:lang w:val="ru-RU"/>
              </w:rPr>
              <w:t>Пользоваться библиотечным каталогом для поиска книги.;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0A339D" w14:textId="77777777" w:rsidR="003C5F91" w:rsidRDefault="00E33273">
            <w:pPr>
              <w:autoSpaceDE w:val="0"/>
              <w:autoSpaceDN w:val="0"/>
              <w:spacing w:before="76" w:after="0" w:line="250"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AFF67" w14:textId="77777777" w:rsidR="003C5F91" w:rsidRDefault="00E33273">
            <w:pPr>
              <w:autoSpaceDE w:val="0"/>
              <w:autoSpaceDN w:val="0"/>
              <w:spacing w:before="76" w:after="0" w:line="245" w:lineRule="auto"/>
              <w:ind w:left="72"/>
            </w:pPr>
            <w:r>
              <w:rPr>
                <w:rFonts w:ascii="Times New Roman" w:eastAsia="Times New Roman" w:hAnsi="Times New Roman"/>
                <w:color w:val="000000"/>
                <w:w w:val="97"/>
                <w:sz w:val="16"/>
              </w:rPr>
              <w:t>https://resh.edu.ru/subject /lesson/7413/</w:t>
            </w:r>
          </w:p>
        </w:tc>
      </w:tr>
      <w:tr w:rsidR="003C5F91" w14:paraId="7B8E2422" w14:textId="77777777">
        <w:trPr>
          <w:trHeight w:hRule="exact" w:val="24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B72DD6A"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8.2.</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00A522A6" w14:textId="77777777" w:rsidR="003C5F91" w:rsidRPr="00452651" w:rsidRDefault="00E33273">
            <w:pPr>
              <w:autoSpaceDE w:val="0"/>
              <w:autoSpaceDN w:val="0"/>
              <w:spacing w:before="78" w:after="0" w:line="245" w:lineRule="auto"/>
              <w:jc w:val="center"/>
              <w:rPr>
                <w:lang w:val="ru-RU"/>
              </w:rPr>
            </w:pPr>
            <w:r w:rsidRPr="00452651">
              <w:rPr>
                <w:rFonts w:ascii="Times New Roman" w:eastAsia="Times New Roman" w:hAnsi="Times New Roman"/>
                <w:b/>
                <w:color w:val="000000"/>
                <w:w w:val="97"/>
                <w:sz w:val="16"/>
                <w:lang w:val="ru-RU"/>
              </w:rPr>
              <w:t>Зарубежная сказочная проза (одно произведение по выбору). Например, Л. Кэрролл. «Алиса в Стране Чудес» (главы); Дж.</w:t>
            </w:r>
          </w:p>
          <w:p w14:paraId="5A2EE696" w14:textId="77777777" w:rsidR="003C5F91" w:rsidRPr="00452651" w:rsidRDefault="00E33273">
            <w:pPr>
              <w:autoSpaceDE w:val="0"/>
              <w:autoSpaceDN w:val="0"/>
              <w:spacing w:before="20" w:after="0" w:line="230" w:lineRule="auto"/>
              <w:ind w:left="72"/>
              <w:rPr>
                <w:lang w:val="ru-RU"/>
              </w:rPr>
            </w:pPr>
            <w:r w:rsidRPr="00452651">
              <w:rPr>
                <w:rFonts w:ascii="Times New Roman" w:eastAsia="Times New Roman" w:hAnsi="Times New Roman"/>
                <w:b/>
                <w:color w:val="000000"/>
                <w:w w:val="97"/>
                <w:sz w:val="16"/>
                <w:lang w:val="ru-RU"/>
              </w:rPr>
              <w:t xml:space="preserve">Р. Р. </w:t>
            </w:r>
            <w:proofErr w:type="spellStart"/>
            <w:r w:rsidRPr="00452651">
              <w:rPr>
                <w:rFonts w:ascii="Times New Roman" w:eastAsia="Times New Roman" w:hAnsi="Times New Roman"/>
                <w:b/>
                <w:color w:val="000000"/>
                <w:w w:val="97"/>
                <w:sz w:val="16"/>
                <w:lang w:val="ru-RU"/>
              </w:rPr>
              <w:t>Толкин</w:t>
            </w:r>
            <w:proofErr w:type="spellEnd"/>
            <w:r w:rsidRPr="00452651">
              <w:rPr>
                <w:rFonts w:ascii="Times New Roman" w:eastAsia="Times New Roman" w:hAnsi="Times New Roman"/>
                <w:b/>
                <w:color w:val="000000"/>
                <w:w w:val="97"/>
                <w:sz w:val="16"/>
                <w:lang w:val="ru-RU"/>
              </w:rPr>
              <w:t xml:space="preserve">. «Хоббит, или Туда и обратно» (главы) и др.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50EFB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0A3CD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CDD94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6B146CD3"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03.04.2023 08.04.2023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99FCF2B" w14:textId="77777777" w:rsidR="003C5F91" w:rsidRPr="00452651" w:rsidRDefault="00E33273">
            <w:pPr>
              <w:autoSpaceDE w:val="0"/>
              <w:autoSpaceDN w:val="0"/>
              <w:spacing w:before="78" w:after="0" w:line="254" w:lineRule="auto"/>
              <w:ind w:left="68"/>
              <w:rPr>
                <w:lang w:val="ru-RU"/>
              </w:rPr>
            </w:pPr>
            <w:r w:rsidRPr="00452651">
              <w:rPr>
                <w:rFonts w:ascii="Times New Roman" w:eastAsia="Times New Roman" w:hAnsi="Times New Roman"/>
                <w:color w:val="000000"/>
                <w:w w:val="97"/>
                <w:sz w:val="16"/>
                <w:lang w:val="ru-RU"/>
              </w:rPr>
              <w:t xml:space="preserve">Выразительно читать произведение, задавать вопросы к отдельным фрагментам, формулировать тему и </w:t>
            </w:r>
            <w:r w:rsidRPr="00452651">
              <w:rPr>
                <w:lang w:val="ru-RU"/>
              </w:rPr>
              <w:br/>
            </w:r>
            <w:r w:rsidRPr="00452651">
              <w:rPr>
                <w:rFonts w:ascii="Times New Roman" w:eastAsia="Times New Roman" w:hAnsi="Times New Roman"/>
                <w:color w:val="000000"/>
                <w:w w:val="97"/>
                <w:sz w:val="16"/>
                <w:lang w:val="ru-RU"/>
              </w:rPr>
              <w:t xml:space="preserve">основную идею прочитанных глав.; </w:t>
            </w:r>
            <w:r w:rsidRPr="00452651">
              <w:rPr>
                <w:lang w:val="ru-RU"/>
              </w:rPr>
              <w:br/>
            </w:r>
            <w:r w:rsidRPr="00452651">
              <w:rPr>
                <w:rFonts w:ascii="Times New Roman" w:eastAsia="Times New Roman" w:hAnsi="Times New Roman"/>
                <w:color w:val="000000"/>
                <w:w w:val="97"/>
                <w:sz w:val="16"/>
                <w:lang w:val="ru-RU"/>
              </w:rPr>
              <w:t xml:space="preserve">Рассуждать о героях и проблематике произведения, обосновывать свои суждения с опорой на текст.; </w:t>
            </w:r>
            <w:r w:rsidRPr="00452651">
              <w:rPr>
                <w:lang w:val="ru-RU"/>
              </w:rPr>
              <w:br/>
            </w:r>
            <w:r w:rsidRPr="00452651">
              <w:rPr>
                <w:rFonts w:ascii="Times New Roman" w:eastAsia="Times New Roman" w:hAnsi="Times New Roman"/>
                <w:color w:val="000000"/>
                <w:w w:val="97"/>
                <w:sz w:val="16"/>
                <w:lang w:val="ru-RU"/>
              </w:rPr>
              <w:t xml:space="preserve">Выявлять своеобразие авторской сказочной прозы и её отличие от народной сказки.; </w:t>
            </w:r>
            <w:r w:rsidRPr="00452651">
              <w:rPr>
                <w:lang w:val="ru-RU"/>
              </w:rPr>
              <w:br/>
            </w:r>
            <w:r w:rsidRPr="00452651">
              <w:rPr>
                <w:rFonts w:ascii="Times New Roman" w:eastAsia="Times New Roman" w:hAnsi="Times New Roman"/>
                <w:color w:val="000000"/>
                <w:w w:val="97"/>
                <w:sz w:val="16"/>
                <w:lang w:val="ru-RU"/>
              </w:rPr>
              <w:t xml:space="preserve">Выделять ключевые эпизоды в тексте произведения.; Писать отзыв на прочитанное произведение.; </w:t>
            </w:r>
            <w:r w:rsidRPr="00452651">
              <w:rPr>
                <w:lang w:val="ru-RU"/>
              </w:rPr>
              <w:br/>
            </w:r>
            <w:r w:rsidRPr="00452651">
              <w:rPr>
                <w:rFonts w:ascii="Times New Roman" w:eastAsia="Times New Roman" w:hAnsi="Times New Roman"/>
                <w:color w:val="000000"/>
                <w:w w:val="97"/>
                <w:sz w:val="16"/>
                <w:lang w:val="ru-RU"/>
              </w:rPr>
              <w:t>Пользоваться библиотечным каталогом для поиска книги.;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2DB697B" w14:textId="77777777" w:rsidR="003C5F91" w:rsidRDefault="00E33273">
            <w:pPr>
              <w:autoSpaceDE w:val="0"/>
              <w:autoSpaceDN w:val="0"/>
              <w:spacing w:before="78" w:after="0" w:line="230" w:lineRule="auto"/>
              <w:ind w:left="7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6A6AC0"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/lesson/7395/</w:t>
            </w:r>
          </w:p>
        </w:tc>
      </w:tr>
      <w:tr w:rsidR="003C5F91" w14:paraId="21FBB45F" w14:textId="77777777">
        <w:trPr>
          <w:trHeight w:hRule="exact" w:val="205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0D2B22"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8.3.</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3C77B6" w14:textId="77777777" w:rsidR="003C5F91" w:rsidRPr="00452651" w:rsidRDefault="00E33273">
            <w:pPr>
              <w:autoSpaceDE w:val="0"/>
              <w:autoSpaceDN w:val="0"/>
              <w:spacing w:before="78" w:after="0" w:line="247" w:lineRule="auto"/>
              <w:ind w:left="72" w:right="144"/>
              <w:rPr>
                <w:lang w:val="ru-RU"/>
              </w:rPr>
            </w:pPr>
            <w:r w:rsidRPr="00452651">
              <w:rPr>
                <w:rFonts w:ascii="Times New Roman" w:eastAsia="Times New Roman" w:hAnsi="Times New Roman"/>
                <w:b/>
                <w:color w:val="000000"/>
                <w:w w:val="97"/>
                <w:sz w:val="16"/>
                <w:lang w:val="ru-RU"/>
              </w:rPr>
              <w:t xml:space="preserve">Зарубежная проза о детях </w:t>
            </w:r>
            <w:r w:rsidRPr="00452651">
              <w:rPr>
                <w:lang w:val="ru-RU"/>
              </w:rPr>
              <w:br/>
            </w:r>
            <w:r w:rsidRPr="00452651">
              <w:rPr>
                <w:rFonts w:ascii="Times New Roman" w:eastAsia="Times New Roman" w:hAnsi="Times New Roman"/>
                <w:b/>
                <w:color w:val="000000"/>
                <w:w w:val="97"/>
                <w:sz w:val="16"/>
                <w:lang w:val="ru-RU"/>
              </w:rPr>
              <w:t>и подростках (два произведения по выбору). Например, М. Твен. «Приключения Тома Сойера» (главы); Дж. Лондон.</w:t>
            </w:r>
          </w:p>
          <w:p w14:paraId="7DC98271" w14:textId="77777777" w:rsidR="003C5F91" w:rsidRPr="00452651" w:rsidRDefault="00E33273">
            <w:pPr>
              <w:autoSpaceDE w:val="0"/>
              <w:autoSpaceDN w:val="0"/>
              <w:spacing w:before="20" w:after="0" w:line="245" w:lineRule="auto"/>
              <w:ind w:left="72" w:right="2736"/>
              <w:rPr>
                <w:lang w:val="ru-RU"/>
              </w:rPr>
            </w:pPr>
            <w:r w:rsidRPr="00452651">
              <w:rPr>
                <w:rFonts w:ascii="Times New Roman" w:eastAsia="Times New Roman" w:hAnsi="Times New Roman"/>
                <w:b/>
                <w:color w:val="000000"/>
                <w:w w:val="97"/>
                <w:sz w:val="16"/>
                <w:lang w:val="ru-RU"/>
              </w:rPr>
              <w:t xml:space="preserve">«Сказание о </w:t>
            </w:r>
            <w:proofErr w:type="spellStart"/>
            <w:r w:rsidRPr="00452651">
              <w:rPr>
                <w:rFonts w:ascii="Times New Roman" w:eastAsia="Times New Roman" w:hAnsi="Times New Roman"/>
                <w:b/>
                <w:color w:val="000000"/>
                <w:w w:val="97"/>
                <w:sz w:val="16"/>
                <w:lang w:val="ru-RU"/>
              </w:rPr>
              <w:t>Кише</w:t>
            </w:r>
            <w:proofErr w:type="spellEnd"/>
            <w:r w:rsidRPr="00452651">
              <w:rPr>
                <w:rFonts w:ascii="Times New Roman" w:eastAsia="Times New Roman" w:hAnsi="Times New Roman"/>
                <w:b/>
                <w:color w:val="000000"/>
                <w:w w:val="97"/>
                <w:sz w:val="16"/>
                <w:lang w:val="ru-RU"/>
              </w:rPr>
              <w:t xml:space="preserve">»; </w:t>
            </w:r>
            <w:r w:rsidRPr="00452651">
              <w:rPr>
                <w:lang w:val="ru-RU"/>
              </w:rPr>
              <w:br/>
            </w:r>
            <w:r w:rsidRPr="00452651">
              <w:rPr>
                <w:rFonts w:ascii="Times New Roman" w:eastAsia="Times New Roman" w:hAnsi="Times New Roman"/>
                <w:b/>
                <w:color w:val="000000"/>
                <w:w w:val="97"/>
                <w:sz w:val="16"/>
                <w:lang w:val="ru-RU"/>
              </w:rPr>
              <w:t>Р. Брэдбери. Рассказы.</w:t>
            </w:r>
          </w:p>
          <w:p w14:paraId="369E16AC" w14:textId="77777777" w:rsidR="003C5F91" w:rsidRPr="00452651" w:rsidRDefault="00E33273">
            <w:pPr>
              <w:autoSpaceDE w:val="0"/>
              <w:autoSpaceDN w:val="0"/>
              <w:spacing w:before="20" w:after="0" w:line="245" w:lineRule="auto"/>
              <w:ind w:left="72" w:right="432"/>
              <w:rPr>
                <w:lang w:val="ru-RU"/>
              </w:rPr>
            </w:pPr>
            <w:r w:rsidRPr="00452651">
              <w:rPr>
                <w:rFonts w:ascii="Times New Roman" w:eastAsia="Times New Roman" w:hAnsi="Times New Roman"/>
                <w:b/>
                <w:color w:val="000000"/>
                <w:w w:val="97"/>
                <w:sz w:val="16"/>
                <w:lang w:val="ru-RU"/>
              </w:rPr>
              <w:t>Например, «Каникулы», «Звук бегущих ног», «Зелёное утро»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D8946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338E5"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6A8979"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5228D075"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10.04.2023 22.04.2023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2D1E8C2" w14:textId="77777777" w:rsidR="003C5F91" w:rsidRPr="00452651" w:rsidRDefault="00E33273">
            <w:pPr>
              <w:autoSpaceDE w:val="0"/>
              <w:autoSpaceDN w:val="0"/>
              <w:spacing w:before="78" w:after="0" w:line="254" w:lineRule="auto"/>
              <w:ind w:left="68" w:right="144"/>
              <w:rPr>
                <w:lang w:val="ru-RU"/>
              </w:rPr>
            </w:pPr>
            <w:r w:rsidRPr="00452651">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452651">
              <w:rPr>
                <w:lang w:val="ru-RU"/>
              </w:rPr>
              <w:br/>
            </w:r>
            <w:r w:rsidRPr="00452651">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отдельных глав.; Определять тему, идею произведения.; </w:t>
            </w:r>
            <w:r w:rsidRPr="00452651">
              <w:rPr>
                <w:lang w:val="ru-RU"/>
              </w:rPr>
              <w:br/>
            </w:r>
            <w:r w:rsidRPr="00452651">
              <w:rPr>
                <w:rFonts w:ascii="Times New Roman" w:eastAsia="Times New Roman" w:hAnsi="Times New Roman"/>
                <w:color w:val="000000"/>
                <w:w w:val="97"/>
                <w:sz w:val="16"/>
                <w:lang w:val="ru-RU"/>
              </w:rPr>
              <w:t xml:space="preserve">Характеризовать главных героев, составлять их </w:t>
            </w:r>
            <w:r w:rsidRPr="00452651">
              <w:rPr>
                <w:lang w:val="ru-RU"/>
              </w:rPr>
              <w:br/>
            </w:r>
            <w:r w:rsidRPr="00452651">
              <w:rPr>
                <w:rFonts w:ascii="Times New Roman" w:eastAsia="Times New Roman" w:hAnsi="Times New Roman"/>
                <w:color w:val="000000"/>
                <w:w w:val="97"/>
                <w:sz w:val="16"/>
                <w:lang w:val="ru-RU"/>
              </w:rPr>
              <w:t xml:space="preserve">словесные портреты.; </w:t>
            </w:r>
            <w:r w:rsidRPr="00452651">
              <w:rPr>
                <w:lang w:val="ru-RU"/>
              </w:rPr>
              <w:br/>
            </w:r>
            <w:r w:rsidRPr="00452651">
              <w:rPr>
                <w:rFonts w:ascii="Times New Roman" w:eastAsia="Times New Roman" w:hAnsi="Times New Roman"/>
                <w:color w:val="000000"/>
                <w:w w:val="97"/>
                <w:sz w:val="16"/>
                <w:lang w:val="ru-RU"/>
              </w:rPr>
              <w:t xml:space="preserve">Сопоставлять героев и их поступки с другими </w:t>
            </w:r>
            <w:r w:rsidRPr="00452651">
              <w:rPr>
                <w:lang w:val="ru-RU"/>
              </w:rPr>
              <w:br/>
            </w:r>
            <w:r w:rsidRPr="00452651">
              <w:rPr>
                <w:rFonts w:ascii="Times New Roman" w:eastAsia="Times New Roman" w:hAnsi="Times New Roman"/>
                <w:color w:val="000000"/>
                <w:w w:val="97"/>
                <w:sz w:val="16"/>
                <w:lang w:val="ru-RU"/>
              </w:rPr>
              <w:t xml:space="preserve">персонажами прочитанного произведения.; </w:t>
            </w:r>
            <w:r w:rsidRPr="00452651">
              <w:rPr>
                <w:lang w:val="ru-RU"/>
              </w:rPr>
              <w:br/>
            </w:r>
            <w:r w:rsidRPr="00452651">
              <w:rPr>
                <w:rFonts w:ascii="Times New Roman" w:eastAsia="Times New Roman" w:hAnsi="Times New Roman"/>
                <w:color w:val="000000"/>
                <w:w w:val="97"/>
                <w:sz w:val="16"/>
                <w:lang w:val="ru-RU"/>
              </w:rPr>
              <w:t>Писать отзыв на прочитанную книгу.;</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AFC32" w14:textId="77777777" w:rsidR="003C5F91" w:rsidRDefault="00E33273">
            <w:pPr>
              <w:autoSpaceDE w:val="0"/>
              <w:autoSpaceDN w:val="0"/>
              <w:spacing w:before="78" w:after="0" w:line="247" w:lineRule="auto"/>
              <w:ind w:left="72" w:right="144"/>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9D9F6"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/lesson/7411/</w:t>
            </w:r>
          </w:p>
        </w:tc>
      </w:tr>
    </w:tbl>
    <w:p w14:paraId="504359AE" w14:textId="77777777" w:rsidR="003C5F91" w:rsidRDefault="003C5F91">
      <w:pPr>
        <w:autoSpaceDE w:val="0"/>
        <w:autoSpaceDN w:val="0"/>
        <w:spacing w:after="0" w:line="14" w:lineRule="exact"/>
      </w:pPr>
    </w:p>
    <w:p w14:paraId="42D458C1" w14:textId="77777777" w:rsidR="003C5F91" w:rsidRDefault="003C5F91">
      <w:pPr>
        <w:sectPr w:rsidR="003C5F91">
          <w:pgSz w:w="16840" w:h="11900"/>
          <w:pgMar w:top="284" w:right="640" w:bottom="970" w:left="666" w:header="720" w:footer="720" w:gutter="0"/>
          <w:cols w:space="720" w:equalWidth="0">
            <w:col w:w="15534" w:space="0"/>
          </w:cols>
          <w:docGrid w:linePitch="360"/>
        </w:sectPr>
      </w:pPr>
    </w:p>
    <w:p w14:paraId="675DB735" w14:textId="77777777" w:rsidR="003C5F91" w:rsidRDefault="003C5F91">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4502"/>
        <w:gridCol w:w="530"/>
        <w:gridCol w:w="1104"/>
        <w:gridCol w:w="1140"/>
        <w:gridCol w:w="866"/>
        <w:gridCol w:w="3914"/>
        <w:gridCol w:w="1236"/>
        <w:gridCol w:w="1814"/>
      </w:tblGrid>
      <w:tr w:rsidR="003C5F91" w14:paraId="7D229837" w14:textId="77777777">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A56F4" w14:textId="77777777" w:rsidR="003C5F91" w:rsidRDefault="00E33273">
            <w:pPr>
              <w:autoSpaceDE w:val="0"/>
              <w:autoSpaceDN w:val="0"/>
              <w:spacing w:before="78" w:after="0" w:line="230" w:lineRule="auto"/>
              <w:jc w:val="center"/>
            </w:pPr>
            <w:r>
              <w:rPr>
                <w:rFonts w:ascii="Times New Roman" w:eastAsia="Times New Roman" w:hAnsi="Times New Roman"/>
                <w:color w:val="000000"/>
                <w:w w:val="97"/>
                <w:sz w:val="16"/>
              </w:rPr>
              <w:t>8.4.</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6BF69B4A" w14:textId="77777777" w:rsidR="003C5F91" w:rsidRPr="00452651" w:rsidRDefault="00E33273">
            <w:pPr>
              <w:autoSpaceDE w:val="0"/>
              <w:autoSpaceDN w:val="0"/>
              <w:spacing w:before="78" w:after="0" w:line="245" w:lineRule="auto"/>
              <w:ind w:left="72" w:right="144"/>
              <w:rPr>
                <w:lang w:val="ru-RU"/>
              </w:rPr>
            </w:pPr>
            <w:r w:rsidRPr="00452651">
              <w:rPr>
                <w:rFonts w:ascii="Times New Roman" w:eastAsia="Times New Roman" w:hAnsi="Times New Roman"/>
                <w:b/>
                <w:color w:val="000000"/>
                <w:w w:val="97"/>
                <w:sz w:val="16"/>
                <w:lang w:val="ru-RU"/>
              </w:rPr>
              <w:t>Зарубежная приключенческая проза (два произведения по выбору).</w:t>
            </w:r>
          </w:p>
          <w:p w14:paraId="6EB05F1D" w14:textId="77777777" w:rsidR="003C5F91" w:rsidRPr="00452651" w:rsidRDefault="00E33273">
            <w:pPr>
              <w:autoSpaceDE w:val="0"/>
              <w:autoSpaceDN w:val="0"/>
              <w:spacing w:before="20" w:after="0" w:line="245" w:lineRule="auto"/>
              <w:ind w:left="72" w:right="288"/>
              <w:rPr>
                <w:lang w:val="ru-RU"/>
              </w:rPr>
            </w:pPr>
            <w:r w:rsidRPr="00452651">
              <w:rPr>
                <w:rFonts w:ascii="Times New Roman" w:eastAsia="Times New Roman" w:hAnsi="Times New Roman"/>
                <w:b/>
                <w:color w:val="000000"/>
                <w:w w:val="97"/>
                <w:sz w:val="16"/>
                <w:lang w:val="ru-RU"/>
              </w:rPr>
              <w:t>Например, Р. Л. Стивенсон. «Остров сокровищ», «Чёрная стрела» (главы по выбору) и др.</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3DD7D6"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8E3A23"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58FAE7"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619E2D82" w14:textId="77777777" w:rsidR="003C5F91" w:rsidRDefault="00E33273">
            <w:pPr>
              <w:autoSpaceDE w:val="0"/>
              <w:autoSpaceDN w:val="0"/>
              <w:spacing w:before="78" w:after="0" w:line="245" w:lineRule="auto"/>
              <w:jc w:val="center"/>
            </w:pPr>
            <w:r>
              <w:rPr>
                <w:rFonts w:ascii="Times New Roman" w:eastAsia="Times New Roman" w:hAnsi="Times New Roman"/>
                <w:color w:val="000000"/>
                <w:w w:val="97"/>
                <w:sz w:val="16"/>
              </w:rPr>
              <w:t>24.04.2023 04.05.2023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C44D0E9" w14:textId="77777777" w:rsidR="003C5F91" w:rsidRPr="00452651" w:rsidRDefault="00E33273">
            <w:pPr>
              <w:autoSpaceDE w:val="0"/>
              <w:autoSpaceDN w:val="0"/>
              <w:spacing w:before="78" w:after="0" w:line="254" w:lineRule="auto"/>
              <w:ind w:left="68" w:right="576"/>
              <w:rPr>
                <w:lang w:val="ru-RU"/>
              </w:rPr>
            </w:pPr>
            <w:r w:rsidRPr="00452651">
              <w:rPr>
                <w:rFonts w:ascii="Times New Roman" w:eastAsia="Times New Roman" w:hAnsi="Times New Roman"/>
                <w:color w:val="000000"/>
                <w:w w:val="97"/>
                <w:sz w:val="16"/>
                <w:lang w:val="ru-RU"/>
              </w:rPr>
              <w:t xml:space="preserve">Читать литературное произведение, отвечать на вопросы.; </w:t>
            </w:r>
            <w:r w:rsidRPr="00452651">
              <w:rPr>
                <w:lang w:val="ru-RU"/>
              </w:rPr>
              <w:br/>
            </w:r>
            <w:r w:rsidRPr="00452651">
              <w:rPr>
                <w:rFonts w:ascii="Times New Roman" w:eastAsia="Times New Roman" w:hAnsi="Times New Roman"/>
                <w:color w:val="000000"/>
                <w:w w:val="97"/>
                <w:sz w:val="16"/>
                <w:lang w:val="ru-RU"/>
              </w:rPr>
              <w:t xml:space="preserve">Самостоятельно формулировать вопросы к </w:t>
            </w:r>
            <w:r w:rsidRPr="00452651">
              <w:rPr>
                <w:lang w:val="ru-RU"/>
              </w:rPr>
              <w:br/>
            </w:r>
            <w:r w:rsidRPr="00452651">
              <w:rPr>
                <w:rFonts w:ascii="Times New Roman" w:eastAsia="Times New Roman" w:hAnsi="Times New Roman"/>
                <w:color w:val="000000"/>
                <w:w w:val="97"/>
                <w:sz w:val="16"/>
                <w:lang w:val="ru-RU"/>
              </w:rPr>
              <w:t xml:space="preserve">произведению в процессе его анализа.; </w:t>
            </w:r>
            <w:r w:rsidRPr="00452651">
              <w:rPr>
                <w:lang w:val="ru-RU"/>
              </w:rPr>
              <w:br/>
            </w:r>
            <w:r w:rsidRPr="00452651">
              <w:rPr>
                <w:rFonts w:ascii="Times New Roman" w:eastAsia="Times New Roman" w:hAnsi="Times New Roman"/>
                <w:color w:val="000000"/>
                <w:w w:val="97"/>
                <w:sz w:val="16"/>
                <w:lang w:val="ru-RU"/>
              </w:rPr>
              <w:t xml:space="preserve">Сопоставлять произведения по жанровым </w:t>
            </w:r>
            <w:r w:rsidRPr="00452651">
              <w:rPr>
                <w:lang w:val="ru-RU"/>
              </w:rPr>
              <w:br/>
            </w:r>
            <w:r w:rsidRPr="00452651">
              <w:rPr>
                <w:rFonts w:ascii="Times New Roman" w:eastAsia="Times New Roman" w:hAnsi="Times New Roman"/>
                <w:color w:val="000000"/>
                <w:w w:val="97"/>
                <w:sz w:val="16"/>
                <w:lang w:val="ru-RU"/>
              </w:rPr>
              <w:t xml:space="preserve">особенностям.; </w:t>
            </w:r>
            <w:r w:rsidRPr="00452651">
              <w:rPr>
                <w:lang w:val="ru-RU"/>
              </w:rPr>
              <w:br/>
            </w:r>
            <w:r w:rsidRPr="00452651">
              <w:rPr>
                <w:rFonts w:ascii="Times New Roman" w:eastAsia="Times New Roman" w:hAnsi="Times New Roman"/>
                <w:color w:val="000000"/>
                <w:w w:val="97"/>
                <w:sz w:val="16"/>
                <w:lang w:val="ru-RU"/>
              </w:rPr>
              <w:t>Выстраивать с помощью учителя траекторию самостоятельного чтения.;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F37B6" w14:textId="77777777" w:rsidR="003C5F91" w:rsidRPr="00452651" w:rsidRDefault="00E33273">
            <w:pPr>
              <w:autoSpaceDE w:val="0"/>
              <w:autoSpaceDN w:val="0"/>
              <w:spacing w:before="78" w:after="0" w:line="250" w:lineRule="auto"/>
              <w:ind w:left="72"/>
              <w:rPr>
                <w:lang w:val="ru-RU"/>
              </w:rPr>
            </w:pPr>
            <w:r w:rsidRPr="00452651">
              <w:rPr>
                <w:rFonts w:ascii="Times New Roman" w:eastAsia="Times New Roman" w:hAnsi="Times New Roman"/>
                <w:color w:val="000000"/>
                <w:w w:val="97"/>
                <w:sz w:val="16"/>
                <w:lang w:val="ru-RU"/>
              </w:rPr>
              <w:t xml:space="preserve">Самооценка с </w:t>
            </w:r>
            <w:r w:rsidRPr="00452651">
              <w:rPr>
                <w:lang w:val="ru-RU"/>
              </w:rPr>
              <w:br/>
            </w:r>
            <w:proofErr w:type="spellStart"/>
            <w:r w:rsidRPr="00452651">
              <w:rPr>
                <w:rFonts w:ascii="Times New Roman" w:eastAsia="Times New Roman" w:hAnsi="Times New Roman"/>
                <w:color w:val="000000"/>
                <w:w w:val="97"/>
                <w:sz w:val="16"/>
                <w:lang w:val="ru-RU"/>
              </w:rPr>
              <w:t>использованием«Оценочного</w:t>
            </w:r>
            <w:proofErr w:type="spellEnd"/>
            <w:r w:rsidRPr="00452651">
              <w:rPr>
                <w:rFonts w:ascii="Times New Roman" w:eastAsia="Times New Roman" w:hAnsi="Times New Roman"/>
                <w:color w:val="000000"/>
                <w:w w:val="97"/>
                <w:sz w:val="16"/>
                <w:lang w:val="ru-RU"/>
              </w:rPr>
              <w:t xml:space="preserve"> </w:t>
            </w:r>
            <w:r w:rsidRPr="00452651">
              <w:rPr>
                <w:lang w:val="ru-RU"/>
              </w:rPr>
              <w:br/>
            </w:r>
            <w:r w:rsidRPr="00452651">
              <w:rPr>
                <w:rFonts w:ascii="Times New Roman" w:eastAsia="Times New Roman" w:hAnsi="Times New Roman"/>
                <w:color w:val="000000"/>
                <w:w w:val="97"/>
                <w:sz w:val="16"/>
                <w:lang w:val="ru-RU"/>
              </w:rPr>
              <w:t>листа»;</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D91C62" w14:textId="77777777" w:rsidR="003C5F91" w:rsidRDefault="00E33273">
            <w:pPr>
              <w:autoSpaceDE w:val="0"/>
              <w:autoSpaceDN w:val="0"/>
              <w:spacing w:before="78" w:after="0" w:line="245" w:lineRule="auto"/>
              <w:ind w:left="72"/>
            </w:pPr>
            <w:r>
              <w:rPr>
                <w:rFonts w:ascii="Times New Roman" w:eastAsia="Times New Roman" w:hAnsi="Times New Roman"/>
                <w:color w:val="000000"/>
                <w:w w:val="97"/>
                <w:sz w:val="16"/>
              </w:rPr>
              <w:t>https://resh.edu.ru/subject /lesson/7414/</w:t>
            </w:r>
          </w:p>
        </w:tc>
      </w:tr>
      <w:tr w:rsidR="003C5F91" w14:paraId="3946D551" w14:textId="77777777">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367429" w14:textId="77777777" w:rsidR="003C5F91" w:rsidRDefault="00E33273">
            <w:pPr>
              <w:autoSpaceDE w:val="0"/>
              <w:autoSpaceDN w:val="0"/>
              <w:spacing w:before="76" w:after="0" w:line="230" w:lineRule="auto"/>
              <w:jc w:val="center"/>
            </w:pPr>
            <w:r>
              <w:rPr>
                <w:rFonts w:ascii="Times New Roman" w:eastAsia="Times New Roman" w:hAnsi="Times New Roman"/>
                <w:color w:val="000000"/>
                <w:w w:val="97"/>
                <w:sz w:val="16"/>
              </w:rPr>
              <w:t>8.5.</w:t>
            </w:r>
          </w:p>
        </w:tc>
        <w:tc>
          <w:tcPr>
            <w:tcW w:w="4502" w:type="dxa"/>
            <w:tcBorders>
              <w:top w:val="single" w:sz="4" w:space="0" w:color="000000"/>
              <w:left w:val="single" w:sz="4" w:space="0" w:color="000000"/>
              <w:bottom w:val="single" w:sz="4" w:space="0" w:color="000000"/>
              <w:right w:val="single" w:sz="4" w:space="0" w:color="000000"/>
            </w:tcBorders>
            <w:tcMar>
              <w:left w:w="0" w:type="dxa"/>
              <w:right w:w="0" w:type="dxa"/>
            </w:tcMar>
          </w:tcPr>
          <w:p w14:paraId="4B131E3D" w14:textId="77777777" w:rsidR="003C5F91" w:rsidRPr="00452651" w:rsidRDefault="00E33273">
            <w:pPr>
              <w:autoSpaceDE w:val="0"/>
              <w:autoSpaceDN w:val="0"/>
              <w:spacing w:before="76" w:after="0" w:line="245" w:lineRule="auto"/>
              <w:ind w:left="72" w:right="288"/>
              <w:rPr>
                <w:lang w:val="ru-RU"/>
              </w:rPr>
            </w:pPr>
            <w:r w:rsidRPr="00452651">
              <w:rPr>
                <w:rFonts w:ascii="Times New Roman" w:eastAsia="Times New Roman" w:hAnsi="Times New Roman"/>
                <w:b/>
                <w:color w:val="000000"/>
                <w:w w:val="97"/>
                <w:sz w:val="16"/>
                <w:lang w:val="ru-RU"/>
              </w:rPr>
              <w:t>Зарубежная проза о животных (одно-два произведения по выбору).</w:t>
            </w:r>
          </w:p>
          <w:p w14:paraId="377BDFBB" w14:textId="77777777" w:rsidR="003C5F91" w:rsidRDefault="00E33273">
            <w:pPr>
              <w:autoSpaceDE w:val="0"/>
              <w:autoSpaceDN w:val="0"/>
              <w:spacing w:before="20" w:after="0" w:line="250" w:lineRule="auto"/>
              <w:ind w:left="72" w:right="144"/>
            </w:pPr>
            <w:r w:rsidRPr="00452651">
              <w:rPr>
                <w:rFonts w:ascii="Times New Roman" w:eastAsia="Times New Roman" w:hAnsi="Times New Roman"/>
                <w:b/>
                <w:color w:val="000000"/>
                <w:w w:val="97"/>
                <w:sz w:val="16"/>
                <w:lang w:val="ru-RU"/>
              </w:rPr>
              <w:t xml:space="preserve">Например, Э. Сетон-Томпсон. «Королевская </w:t>
            </w:r>
            <w:proofErr w:type="spellStart"/>
            <w:r w:rsidRPr="00452651">
              <w:rPr>
                <w:rFonts w:ascii="Times New Roman" w:eastAsia="Times New Roman" w:hAnsi="Times New Roman"/>
                <w:b/>
                <w:color w:val="000000"/>
                <w:w w:val="97"/>
                <w:sz w:val="16"/>
                <w:lang w:val="ru-RU"/>
              </w:rPr>
              <w:t>аналостанка</w:t>
            </w:r>
            <w:proofErr w:type="spellEnd"/>
            <w:r w:rsidRPr="00452651">
              <w:rPr>
                <w:rFonts w:ascii="Times New Roman" w:eastAsia="Times New Roman" w:hAnsi="Times New Roman"/>
                <w:b/>
                <w:color w:val="000000"/>
                <w:w w:val="97"/>
                <w:sz w:val="16"/>
                <w:lang w:val="ru-RU"/>
              </w:rPr>
              <w:t xml:space="preserve">»; Дж. Даррелл. «Говорящий свёрток»; Дж. Лондон. </w:t>
            </w:r>
            <w:r>
              <w:rPr>
                <w:rFonts w:ascii="Times New Roman" w:eastAsia="Times New Roman" w:hAnsi="Times New Roman"/>
                <w:b/>
                <w:color w:val="000000"/>
                <w:w w:val="97"/>
                <w:sz w:val="16"/>
              </w:rPr>
              <w:t>«</w:t>
            </w:r>
            <w:proofErr w:type="spellStart"/>
            <w:r>
              <w:rPr>
                <w:rFonts w:ascii="Times New Roman" w:eastAsia="Times New Roman" w:hAnsi="Times New Roman"/>
                <w:b/>
                <w:color w:val="000000"/>
                <w:w w:val="97"/>
                <w:sz w:val="16"/>
              </w:rPr>
              <w:t>Белый</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Клык</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Дж</w:t>
            </w:r>
            <w:proofErr w:type="spellEnd"/>
            <w:r>
              <w:rPr>
                <w:rFonts w:ascii="Times New Roman" w:eastAsia="Times New Roman" w:hAnsi="Times New Roman"/>
                <w:b/>
                <w:color w:val="000000"/>
                <w:w w:val="97"/>
                <w:sz w:val="16"/>
              </w:rPr>
              <w:t xml:space="preserve">. Р. Киплинг. «Маугли», «Рикки-Тикки-Тави» </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42CD0C"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C0FD1B"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BAD40A"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5" w:space="0" w:color="000000"/>
            </w:tcBorders>
            <w:tcMar>
              <w:left w:w="0" w:type="dxa"/>
              <w:right w:w="0" w:type="dxa"/>
            </w:tcMar>
          </w:tcPr>
          <w:p w14:paraId="4B657EBD" w14:textId="77777777" w:rsidR="003C5F91" w:rsidRDefault="00E33273">
            <w:pPr>
              <w:autoSpaceDE w:val="0"/>
              <w:autoSpaceDN w:val="0"/>
              <w:spacing w:before="76" w:after="0" w:line="245" w:lineRule="auto"/>
              <w:jc w:val="center"/>
            </w:pPr>
            <w:r>
              <w:rPr>
                <w:rFonts w:ascii="Times New Roman" w:eastAsia="Times New Roman" w:hAnsi="Times New Roman"/>
                <w:color w:val="000000"/>
                <w:w w:val="97"/>
                <w:sz w:val="16"/>
              </w:rPr>
              <w:t>11.05.2023 24.05.2023</w:t>
            </w:r>
          </w:p>
        </w:tc>
        <w:tc>
          <w:tcPr>
            <w:tcW w:w="3914" w:type="dxa"/>
            <w:tcBorders>
              <w:top w:val="single" w:sz="4" w:space="0" w:color="000000"/>
              <w:left w:val="single" w:sz="5" w:space="0" w:color="000000"/>
              <w:bottom w:val="single" w:sz="4" w:space="0" w:color="000000"/>
              <w:right w:val="single" w:sz="4" w:space="0" w:color="000000"/>
            </w:tcBorders>
            <w:tcMar>
              <w:left w:w="0" w:type="dxa"/>
              <w:right w:w="0" w:type="dxa"/>
            </w:tcMar>
          </w:tcPr>
          <w:p w14:paraId="0FBC0336" w14:textId="77777777" w:rsidR="003C5F91" w:rsidRDefault="00E33273">
            <w:pPr>
              <w:autoSpaceDE w:val="0"/>
              <w:autoSpaceDN w:val="0"/>
              <w:spacing w:before="76" w:after="0" w:line="254" w:lineRule="auto"/>
              <w:ind w:left="68" w:right="144"/>
            </w:pPr>
            <w:r w:rsidRPr="00452651">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452651">
              <w:rPr>
                <w:lang w:val="ru-RU"/>
              </w:rPr>
              <w:br/>
            </w:r>
            <w:r w:rsidRPr="00452651">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произведения или отдельных глав.; </w:t>
            </w:r>
            <w:r w:rsidRPr="00452651">
              <w:rPr>
                <w:lang w:val="ru-RU"/>
              </w:rPr>
              <w:br/>
            </w:r>
            <w:r w:rsidRPr="00452651">
              <w:rPr>
                <w:rFonts w:ascii="Times New Roman" w:eastAsia="Times New Roman" w:hAnsi="Times New Roman"/>
                <w:color w:val="000000"/>
                <w:w w:val="97"/>
                <w:sz w:val="16"/>
                <w:lang w:val="ru-RU"/>
              </w:rPr>
              <w:t xml:space="preserve">Сопоставлять произведения по жанровым </w:t>
            </w:r>
            <w:r w:rsidRPr="00452651">
              <w:rPr>
                <w:lang w:val="ru-RU"/>
              </w:rPr>
              <w:br/>
            </w:r>
            <w:r w:rsidRPr="00452651">
              <w:rPr>
                <w:rFonts w:ascii="Times New Roman" w:eastAsia="Times New Roman" w:hAnsi="Times New Roman"/>
                <w:color w:val="000000"/>
                <w:w w:val="97"/>
                <w:sz w:val="16"/>
                <w:lang w:val="ru-RU"/>
              </w:rPr>
              <w:t xml:space="preserve">особенностям.; </w:t>
            </w:r>
            <w:r w:rsidRPr="00452651">
              <w:rPr>
                <w:lang w:val="ru-RU"/>
              </w:rPr>
              <w:br/>
            </w:r>
            <w:r w:rsidRPr="00452651">
              <w:rPr>
                <w:rFonts w:ascii="Times New Roman" w:eastAsia="Times New Roman" w:hAnsi="Times New Roman"/>
                <w:color w:val="000000"/>
                <w:w w:val="97"/>
                <w:sz w:val="16"/>
                <w:lang w:val="ru-RU"/>
              </w:rPr>
              <w:t xml:space="preserve">Выстраивать с помощью учителя траекторию </w:t>
            </w:r>
            <w:r w:rsidRPr="00452651">
              <w:rPr>
                <w:lang w:val="ru-RU"/>
              </w:rPr>
              <w:br/>
            </w:r>
            <w:proofErr w:type="spellStart"/>
            <w:r>
              <w:rPr>
                <w:rFonts w:ascii="Times New Roman" w:eastAsia="Times New Roman" w:hAnsi="Times New Roman"/>
                <w:color w:val="000000"/>
                <w:w w:val="97"/>
                <w:sz w:val="16"/>
              </w:rPr>
              <w:t>самостоятельного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чтения</w:t>
            </w:r>
            <w:proofErr w:type="spellEnd"/>
            <w:r>
              <w:rPr>
                <w:rFonts w:ascii="Times New Roman" w:eastAsia="Times New Roman" w:hAnsi="Times New Roman"/>
                <w:color w:val="000000"/>
                <w:w w:val="97"/>
                <w:sz w:val="16"/>
              </w:rPr>
              <w:t>.;</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3ED55" w14:textId="77777777" w:rsidR="003C5F91" w:rsidRDefault="00E33273">
            <w:pPr>
              <w:autoSpaceDE w:val="0"/>
              <w:autoSpaceDN w:val="0"/>
              <w:spacing w:before="76" w:after="0" w:line="230" w:lineRule="auto"/>
              <w:ind w:left="72"/>
            </w:pPr>
            <w:r>
              <w:rPr>
                <w:rFonts w:ascii="Times New Roman" w:eastAsia="Times New Roman" w:hAnsi="Times New Roman"/>
                <w:color w:val="000000"/>
                <w:w w:val="97"/>
                <w:sz w:val="16"/>
              </w:rPr>
              <w:t>Устный опрос;</w:t>
            </w:r>
          </w:p>
        </w:tc>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44B0FD" w14:textId="77777777" w:rsidR="003C5F91" w:rsidRDefault="00E33273">
            <w:pPr>
              <w:autoSpaceDE w:val="0"/>
              <w:autoSpaceDN w:val="0"/>
              <w:spacing w:before="76" w:after="0" w:line="245" w:lineRule="auto"/>
              <w:ind w:left="72" w:right="576"/>
            </w:pPr>
            <w:r>
              <w:rPr>
                <w:rFonts w:ascii="Times New Roman" w:eastAsia="Times New Roman" w:hAnsi="Times New Roman"/>
                <w:color w:val="000000"/>
                <w:w w:val="97"/>
                <w:sz w:val="16"/>
              </w:rPr>
              <w:t>https://resh.edu.ru /for-pupil</w:t>
            </w:r>
          </w:p>
        </w:tc>
      </w:tr>
      <w:tr w:rsidR="003C5F91" w14:paraId="4A2A43B4"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D72648E"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889D83"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13</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C0F833C" w14:textId="77777777" w:rsidR="003C5F91" w:rsidRDefault="003C5F91"/>
        </w:tc>
      </w:tr>
      <w:tr w:rsidR="003C5F91" w14:paraId="575A2856" w14:textId="77777777">
        <w:trPr>
          <w:trHeight w:hRule="exact" w:val="34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2741EFD"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Резервное время</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D5BE81"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0</w:t>
            </w:r>
          </w:p>
        </w:tc>
        <w:tc>
          <w:tcPr>
            <w:tcW w:w="1007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1FA3899" w14:textId="77777777" w:rsidR="003C5F91" w:rsidRDefault="003C5F91"/>
        </w:tc>
      </w:tr>
      <w:tr w:rsidR="003C5F91" w14:paraId="06EEEBEB" w14:textId="77777777">
        <w:trPr>
          <w:trHeight w:hRule="exact" w:val="328"/>
        </w:trPr>
        <w:tc>
          <w:tcPr>
            <w:tcW w:w="489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8CA5484" w14:textId="77777777" w:rsidR="003C5F91" w:rsidRPr="00452651" w:rsidRDefault="00E33273">
            <w:pPr>
              <w:autoSpaceDE w:val="0"/>
              <w:autoSpaceDN w:val="0"/>
              <w:spacing w:before="78" w:after="0" w:line="230" w:lineRule="auto"/>
              <w:ind w:left="72"/>
              <w:rPr>
                <w:lang w:val="ru-RU"/>
              </w:rPr>
            </w:pPr>
            <w:r w:rsidRPr="00452651">
              <w:rPr>
                <w:rFonts w:ascii="Times New Roman" w:eastAsia="Times New Roman" w:hAnsi="Times New Roman"/>
                <w:color w:val="000000"/>
                <w:w w:val="97"/>
                <w:sz w:val="16"/>
                <w:lang w:val="ru-RU"/>
              </w:rPr>
              <w:t>ОБЩЕЕ КОЛИЧЕСТВО ЧАСОВ ПО ПРОГРАММЕ</w:t>
            </w:r>
          </w:p>
        </w:tc>
        <w:tc>
          <w:tcPr>
            <w:tcW w:w="5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5192DA9"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F980D6"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2</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D086C9" w14:textId="77777777" w:rsidR="003C5F91" w:rsidRDefault="00E33273">
            <w:pPr>
              <w:autoSpaceDE w:val="0"/>
              <w:autoSpaceDN w:val="0"/>
              <w:spacing w:before="78" w:after="0" w:line="230" w:lineRule="auto"/>
              <w:ind w:left="72"/>
            </w:pPr>
            <w:r>
              <w:rPr>
                <w:rFonts w:ascii="Times New Roman" w:eastAsia="Times New Roman" w:hAnsi="Times New Roman"/>
                <w:color w:val="000000"/>
                <w:w w:val="97"/>
                <w:sz w:val="16"/>
              </w:rPr>
              <w:t>26</w:t>
            </w:r>
          </w:p>
        </w:tc>
        <w:tc>
          <w:tcPr>
            <w:tcW w:w="7830"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59CF7601" w14:textId="77777777" w:rsidR="003C5F91" w:rsidRDefault="003C5F91"/>
        </w:tc>
      </w:tr>
    </w:tbl>
    <w:p w14:paraId="16DD4AE6" w14:textId="77777777" w:rsidR="003C5F91" w:rsidRDefault="003C5F91">
      <w:pPr>
        <w:autoSpaceDE w:val="0"/>
        <w:autoSpaceDN w:val="0"/>
        <w:spacing w:after="0" w:line="14" w:lineRule="exact"/>
      </w:pPr>
    </w:p>
    <w:p w14:paraId="428F19B2" w14:textId="77777777" w:rsidR="003C5F91" w:rsidRDefault="003C5F91">
      <w:pPr>
        <w:sectPr w:rsidR="003C5F91">
          <w:pgSz w:w="16840" w:h="11900"/>
          <w:pgMar w:top="284" w:right="640" w:bottom="1440" w:left="666" w:header="720" w:footer="720" w:gutter="0"/>
          <w:cols w:space="720" w:equalWidth="0">
            <w:col w:w="15534" w:space="0"/>
          </w:cols>
          <w:docGrid w:linePitch="360"/>
        </w:sectPr>
      </w:pPr>
    </w:p>
    <w:p w14:paraId="06D987BA" w14:textId="77777777" w:rsidR="003C5F91" w:rsidRDefault="003C5F91">
      <w:pPr>
        <w:autoSpaceDE w:val="0"/>
        <w:autoSpaceDN w:val="0"/>
        <w:spacing w:after="78" w:line="220" w:lineRule="exact"/>
      </w:pPr>
    </w:p>
    <w:p w14:paraId="623897AD" w14:textId="77777777" w:rsidR="003C5F91" w:rsidRDefault="00E33273">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14:paraId="301FAF06" w14:textId="77777777" w:rsidR="003C5F91" w:rsidRPr="00452651" w:rsidRDefault="00E33273">
      <w:pPr>
        <w:autoSpaceDE w:val="0"/>
        <w:autoSpaceDN w:val="0"/>
        <w:spacing w:before="346" w:after="0" w:line="298" w:lineRule="auto"/>
        <w:ind w:right="432"/>
        <w:rPr>
          <w:lang w:val="ru-RU"/>
        </w:rPr>
      </w:pPr>
      <w:r w:rsidRPr="00452651">
        <w:rPr>
          <w:rFonts w:ascii="Times New Roman" w:eastAsia="Times New Roman" w:hAnsi="Times New Roman"/>
          <w:b/>
          <w:color w:val="000000"/>
          <w:sz w:val="24"/>
          <w:lang w:val="ru-RU"/>
        </w:rPr>
        <w:t xml:space="preserve">ОБЯЗАТЕЛЬНЫЕ УЧЕБНЫЕ МАТЕРИАЛЫ ДЛЯ УЧЕНИКА </w:t>
      </w:r>
      <w:r w:rsidRPr="00452651">
        <w:rPr>
          <w:lang w:val="ru-RU"/>
        </w:rPr>
        <w:br/>
      </w:r>
      <w:r w:rsidRPr="00452651">
        <w:rPr>
          <w:rFonts w:ascii="Times New Roman" w:eastAsia="Times New Roman" w:hAnsi="Times New Roman"/>
          <w:color w:val="000000"/>
          <w:sz w:val="24"/>
          <w:lang w:val="ru-RU"/>
        </w:rPr>
        <w:t>Литература (в 2 частях), 5 класс /Коровина В.Я., Журавлев В.П., Коровин В.И., АО «</w:t>
      </w:r>
      <w:proofErr w:type="spellStart"/>
      <w:r w:rsidRPr="00452651">
        <w:rPr>
          <w:rFonts w:ascii="Times New Roman" w:eastAsia="Times New Roman" w:hAnsi="Times New Roman"/>
          <w:color w:val="000000"/>
          <w:sz w:val="24"/>
          <w:lang w:val="ru-RU"/>
        </w:rPr>
        <w:t>Издательство«Просвещение</w:t>
      </w:r>
      <w:proofErr w:type="spellEnd"/>
      <w:r w:rsidRPr="00452651">
        <w:rPr>
          <w:rFonts w:ascii="Times New Roman" w:eastAsia="Times New Roman" w:hAnsi="Times New Roman"/>
          <w:color w:val="000000"/>
          <w:sz w:val="24"/>
          <w:lang w:val="ru-RU"/>
        </w:rPr>
        <w:t xml:space="preserve">»; </w:t>
      </w:r>
      <w:r w:rsidRPr="00452651">
        <w:rPr>
          <w:lang w:val="ru-RU"/>
        </w:rPr>
        <w:br/>
      </w:r>
      <w:r w:rsidRPr="00452651">
        <w:rPr>
          <w:rFonts w:ascii="Times New Roman" w:eastAsia="Times New Roman" w:hAnsi="Times New Roman"/>
          <w:color w:val="000000"/>
          <w:sz w:val="24"/>
          <w:lang w:val="ru-RU"/>
        </w:rPr>
        <w:t>Введите свой вариант:</w:t>
      </w:r>
    </w:p>
    <w:p w14:paraId="4A8A5797" w14:textId="77777777" w:rsidR="003C5F91" w:rsidRPr="00452651" w:rsidRDefault="00E33273">
      <w:pPr>
        <w:autoSpaceDE w:val="0"/>
        <w:autoSpaceDN w:val="0"/>
        <w:spacing w:before="262" w:after="0" w:line="302" w:lineRule="auto"/>
        <w:ind w:right="4896"/>
        <w:rPr>
          <w:lang w:val="ru-RU"/>
        </w:rPr>
      </w:pPr>
      <w:r w:rsidRPr="00452651">
        <w:rPr>
          <w:rFonts w:ascii="Times New Roman" w:eastAsia="Times New Roman" w:hAnsi="Times New Roman"/>
          <w:b/>
          <w:color w:val="000000"/>
          <w:sz w:val="24"/>
          <w:lang w:val="ru-RU"/>
        </w:rPr>
        <w:t xml:space="preserve">МЕТОДИЧЕСКИЕ МАТЕРИАЛЫ ДЛЯ УЧИТЕЛЯ </w:t>
      </w:r>
      <w:r w:rsidRPr="00452651">
        <w:rPr>
          <w:rFonts w:ascii="Times New Roman" w:eastAsia="Times New Roman" w:hAnsi="Times New Roman"/>
          <w:color w:val="000000"/>
          <w:sz w:val="24"/>
          <w:lang w:val="ru-RU"/>
        </w:rPr>
        <w:t>Учебники, пособия, художественная литература</w:t>
      </w:r>
    </w:p>
    <w:p w14:paraId="384F109A" w14:textId="77777777" w:rsidR="003C5F91" w:rsidRPr="00452651" w:rsidRDefault="00E33273">
      <w:pPr>
        <w:autoSpaceDE w:val="0"/>
        <w:autoSpaceDN w:val="0"/>
        <w:spacing w:before="264" w:after="0" w:line="302" w:lineRule="auto"/>
        <w:ind w:right="1440"/>
        <w:rPr>
          <w:lang w:val="ru-RU"/>
        </w:rPr>
      </w:pPr>
      <w:r w:rsidRPr="00452651">
        <w:rPr>
          <w:rFonts w:ascii="Times New Roman" w:eastAsia="Times New Roman" w:hAnsi="Times New Roman"/>
          <w:b/>
          <w:color w:val="000000"/>
          <w:sz w:val="24"/>
          <w:lang w:val="ru-RU"/>
        </w:rPr>
        <w:t xml:space="preserve">ЦИФРОВЫЕ ОБРАЗОВАТЕЛЬНЫЕ РЕСУРСЫ И РЕСУРСЫ СЕТИ ИНТЕРНЕТ </w:t>
      </w:r>
      <w:r>
        <w:rPr>
          <w:rFonts w:ascii="Times New Roman" w:eastAsia="Times New Roman" w:hAnsi="Times New Roman"/>
          <w:color w:val="000000"/>
          <w:sz w:val="24"/>
        </w:rPr>
        <w:t>https</w:t>
      </w:r>
      <w:r w:rsidRPr="0045265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45265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452651">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452651">
        <w:rPr>
          <w:rFonts w:ascii="Times New Roman" w:eastAsia="Times New Roman" w:hAnsi="Times New Roman"/>
          <w:color w:val="000000"/>
          <w:sz w:val="24"/>
          <w:lang w:val="ru-RU"/>
        </w:rPr>
        <w:t>/, я класс</w:t>
      </w:r>
    </w:p>
    <w:p w14:paraId="4C3CA821" w14:textId="77777777" w:rsidR="003C5F91" w:rsidRPr="00452651" w:rsidRDefault="003C5F91">
      <w:pPr>
        <w:rPr>
          <w:lang w:val="ru-RU"/>
        </w:rPr>
        <w:sectPr w:rsidR="003C5F91" w:rsidRPr="00452651">
          <w:pgSz w:w="11900" w:h="16840"/>
          <w:pgMar w:top="298" w:right="650" w:bottom="1440" w:left="666" w:header="720" w:footer="720" w:gutter="0"/>
          <w:cols w:space="720" w:equalWidth="0">
            <w:col w:w="10584" w:space="0"/>
          </w:cols>
          <w:docGrid w:linePitch="360"/>
        </w:sectPr>
      </w:pPr>
    </w:p>
    <w:p w14:paraId="4E0ADF11" w14:textId="77777777" w:rsidR="003C5F91" w:rsidRPr="00452651" w:rsidRDefault="003C5F91">
      <w:pPr>
        <w:autoSpaceDE w:val="0"/>
        <w:autoSpaceDN w:val="0"/>
        <w:spacing w:after="78" w:line="220" w:lineRule="exact"/>
        <w:rPr>
          <w:lang w:val="ru-RU"/>
        </w:rPr>
      </w:pPr>
    </w:p>
    <w:p w14:paraId="121C6A4B" w14:textId="77777777" w:rsidR="003C5F91" w:rsidRPr="00452651" w:rsidRDefault="00E33273">
      <w:pPr>
        <w:autoSpaceDE w:val="0"/>
        <w:autoSpaceDN w:val="0"/>
        <w:spacing w:after="0" w:line="230" w:lineRule="auto"/>
        <w:rPr>
          <w:lang w:val="ru-RU"/>
        </w:rPr>
      </w:pPr>
      <w:r w:rsidRPr="00452651">
        <w:rPr>
          <w:rFonts w:ascii="Times New Roman" w:eastAsia="Times New Roman" w:hAnsi="Times New Roman"/>
          <w:b/>
          <w:color w:val="000000"/>
          <w:sz w:val="24"/>
          <w:lang w:val="ru-RU"/>
        </w:rPr>
        <w:t>МАТЕРИАЛЬНО-ТЕХНИЧЕСКОЕ ОБЕСПЕЧЕНИЕ ОБРАЗОВАТЕЛЬНОГО ПРОЦЕССА</w:t>
      </w:r>
    </w:p>
    <w:p w14:paraId="67266DED" w14:textId="77777777" w:rsidR="003C5F91" w:rsidRPr="00452651" w:rsidRDefault="00E33273">
      <w:pPr>
        <w:autoSpaceDE w:val="0"/>
        <w:autoSpaceDN w:val="0"/>
        <w:spacing w:before="346" w:after="0" w:line="302" w:lineRule="auto"/>
        <w:ind w:right="6624"/>
        <w:rPr>
          <w:lang w:val="ru-RU"/>
        </w:rPr>
      </w:pPr>
      <w:r w:rsidRPr="00452651">
        <w:rPr>
          <w:rFonts w:ascii="Times New Roman" w:eastAsia="Times New Roman" w:hAnsi="Times New Roman"/>
          <w:b/>
          <w:color w:val="000000"/>
          <w:sz w:val="24"/>
          <w:lang w:val="ru-RU"/>
        </w:rPr>
        <w:t xml:space="preserve">УЧЕБНОЕ ОБОРУДОВАНИЕ </w:t>
      </w:r>
      <w:r w:rsidRPr="00452651">
        <w:rPr>
          <w:lang w:val="ru-RU"/>
        </w:rPr>
        <w:br/>
      </w:r>
      <w:r w:rsidRPr="00452651">
        <w:rPr>
          <w:rFonts w:ascii="Times New Roman" w:eastAsia="Times New Roman" w:hAnsi="Times New Roman"/>
          <w:color w:val="000000"/>
          <w:sz w:val="24"/>
          <w:lang w:val="ru-RU"/>
        </w:rPr>
        <w:t>Печатные пособия, плакаты, таблицы</w:t>
      </w:r>
    </w:p>
    <w:p w14:paraId="4853FD28" w14:textId="77777777" w:rsidR="003C5F91" w:rsidRPr="00452651" w:rsidRDefault="00E33273">
      <w:pPr>
        <w:autoSpaceDE w:val="0"/>
        <w:autoSpaceDN w:val="0"/>
        <w:spacing w:before="262" w:after="0" w:line="300" w:lineRule="auto"/>
        <w:ind w:right="720"/>
        <w:rPr>
          <w:lang w:val="ru-RU"/>
        </w:rPr>
      </w:pPr>
      <w:r w:rsidRPr="00452651">
        <w:rPr>
          <w:rFonts w:ascii="Times New Roman" w:eastAsia="Times New Roman" w:hAnsi="Times New Roman"/>
          <w:b/>
          <w:color w:val="000000"/>
          <w:sz w:val="24"/>
          <w:lang w:val="ru-RU"/>
        </w:rPr>
        <w:t xml:space="preserve">ОБОРУДОВАНИЕ ДЛЯ ПРОВЕДЕНИЯ ЛАБОРАТОРНЫХ, ПРАКТИЧЕСКИХ РАБОТ, ДЕМОНСТРАЦИЙ </w:t>
      </w:r>
      <w:r w:rsidRPr="00452651">
        <w:rPr>
          <w:lang w:val="ru-RU"/>
        </w:rPr>
        <w:br/>
      </w:r>
      <w:r w:rsidRPr="00452651">
        <w:rPr>
          <w:rFonts w:ascii="Times New Roman" w:eastAsia="Times New Roman" w:hAnsi="Times New Roman"/>
          <w:color w:val="000000"/>
          <w:sz w:val="24"/>
          <w:lang w:val="ru-RU"/>
        </w:rPr>
        <w:t>Экран, мультимедийный проектор, аудиоколонки</w:t>
      </w:r>
    </w:p>
    <w:p w14:paraId="5923BC20" w14:textId="77777777" w:rsidR="003C5F91" w:rsidRPr="00452651" w:rsidRDefault="003C5F91">
      <w:pPr>
        <w:rPr>
          <w:lang w:val="ru-RU"/>
        </w:rPr>
        <w:sectPr w:rsidR="003C5F91" w:rsidRPr="00452651">
          <w:pgSz w:w="11900" w:h="16840"/>
          <w:pgMar w:top="298" w:right="650" w:bottom="1440" w:left="666" w:header="720" w:footer="720" w:gutter="0"/>
          <w:cols w:space="720" w:equalWidth="0">
            <w:col w:w="10584" w:space="0"/>
          </w:cols>
          <w:docGrid w:linePitch="360"/>
        </w:sectPr>
      </w:pPr>
    </w:p>
    <w:p w14:paraId="4AF4F43C" w14:textId="77777777" w:rsidR="00E33273" w:rsidRPr="00452651" w:rsidRDefault="00E33273">
      <w:pPr>
        <w:rPr>
          <w:lang w:val="ru-RU"/>
        </w:rPr>
      </w:pPr>
    </w:p>
    <w:sectPr w:rsidR="00E33273" w:rsidRPr="00452651"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Serif">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C5F91"/>
    <w:rsid w:val="00452651"/>
    <w:rsid w:val="007406C9"/>
    <w:rsid w:val="00817A6A"/>
    <w:rsid w:val="009C6A0C"/>
    <w:rsid w:val="00AA1D8D"/>
    <w:rsid w:val="00B47730"/>
    <w:rsid w:val="00CB0664"/>
    <w:rsid w:val="00E332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14C42"/>
  <w14:defaultImageDpi w14:val="300"/>
  <w15:docId w15:val="{197CCA24-9420-4EE2-8B68-A287E9BA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226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51BDE-0CCE-4B4A-9CE1-AE1F554FC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7650</Words>
  <Characters>43607</Characters>
  <Application>Microsoft Office Word</Application>
  <DocSecurity>0</DocSecurity>
  <Lines>363</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Lenovo</cp:lastModifiedBy>
  <cp:revision>3</cp:revision>
  <dcterms:created xsi:type="dcterms:W3CDTF">2022-07-09T08:29:00Z</dcterms:created>
  <dcterms:modified xsi:type="dcterms:W3CDTF">2022-07-09T08:29:00Z</dcterms:modified>
</cp:coreProperties>
</file>